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Geçmişten Günümüze Ulaşım Araçları Çalışma Kâğıdı</w:t>
      </w:r>
    </w:p>
    <w:p>
      <w:pPr>
        <w:jc w:val="center"/>
      </w:pPr>
      <w:r>
        <w:rPr>
          <w:i/>
          <w:sz w:val="20"/>
        </w:rPr>
        <w:t>Hayat Bilgisi / Sosyal Bilgiler - Türkiye Yüzyılı Maarif Modeli</w:t>
      </w:r>
    </w:p>
    <w:p>
      <w:pPr>
        <w:spacing w:after="160"/>
      </w:pPr>
      <w:r>
        <w:t>Adı Soyadı: ................................................................   Sınıfı / No: ....................   Tarih: ..../..../202..</w:t>
      </w:r>
    </w:p>
    <w:p>
      <w:pPr>
        <w:spacing w:before="80" w:after="80"/>
      </w:pPr>
      <w:r>
        <w:rPr>
          <w:b/>
          <w:sz w:val="24"/>
        </w:rPr>
        <w:t>1. Bölüm: Ulaşımın Zaman Yolculuğu (Kronolojik Sıralama)</w:t>
      </w:r>
    </w:p>
    <w:p>
      <w:r>
        <w:t>İnsanlar ilk çağlardan günümüze kadar yük taşımak ve seyahat etmek için farklı araçlar geliştirmişlerdir. Aşağıdaki taşıtları ve buluşları eskiden yeniye doğru (1'den 6'ya kadar) numaralandırarak kutucuklara yazınız: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Sıra No (1-6)</w:t>
            </w:r>
          </w:p>
        </w:tc>
        <w:tc>
          <w:tcPr>
            <w:tcW w:type="dxa" w:w="3312"/>
          </w:tcPr>
          <w:p>
            <w:r>
              <w:t>Ulaşım Aracı / Gelişme</w:t>
            </w:r>
          </w:p>
        </w:tc>
        <w:tc>
          <w:tcPr>
            <w:tcW w:type="dxa" w:w="3312"/>
          </w:tcPr>
          <w:p>
            <w:r>
              <w:t>Kullanılan Güç Kaynağı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Yürüyerek ve evcil hayvanlarla taşıma</w:t>
            </w:r>
          </w:p>
        </w:tc>
        <w:tc>
          <w:tcPr>
            <w:tcW w:type="dxa" w:w="3312"/>
          </w:tcPr>
          <w:p>
            <w:r>
              <w:t>Kas gücü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Tekerleğin icadı ve ilkel at arabaları</w:t>
            </w:r>
          </w:p>
        </w:tc>
        <w:tc>
          <w:tcPr>
            <w:tcW w:type="dxa" w:w="3312"/>
          </w:tcPr>
          <w:p>
            <w:r>
              <w:t>Hayvan gücü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Rüzgârla hareket eden yelkenli gemiler</w:t>
            </w:r>
          </w:p>
        </w:tc>
        <w:tc>
          <w:tcPr>
            <w:tcW w:type="dxa" w:w="3312"/>
          </w:tcPr>
          <w:p>
            <w:r>
              <w:t>Rüzgâr gücü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Kömürle çalışan buharlı trenler ve lokomotifler</w:t>
            </w:r>
          </w:p>
        </w:tc>
        <w:tc>
          <w:tcPr>
            <w:tcW w:type="dxa" w:w="3312"/>
          </w:tcPr>
          <w:p>
            <w:r>
              <w:t>Buhar gücü (Kömür)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Benzin ve motorinle çalışan ilk otomobiller</w:t>
            </w:r>
          </w:p>
        </w:tc>
        <w:tc>
          <w:tcPr>
            <w:tcW w:type="dxa" w:w="3312"/>
          </w:tcPr>
          <w:p>
            <w:r>
              <w:t>Fosil yakıtlı motor</w:t>
            </w:r>
          </w:p>
        </w:tc>
      </w:tr>
      <w:tr>
        <w:tc>
          <w:tcPr>
            <w:tcW w:type="dxa" w:w="3312"/>
          </w:tcPr>
          <w:p>
            <w:r>
              <w:t>(    )</w:t>
            </w:r>
          </w:p>
        </w:tc>
        <w:tc>
          <w:tcPr>
            <w:tcW w:type="dxa" w:w="3312"/>
          </w:tcPr>
          <w:p>
            <w:r>
              <w:t>Yüksek hızlı trenler ve elektrikli araçlar</w:t>
            </w:r>
          </w:p>
        </w:tc>
        <w:tc>
          <w:tcPr>
            <w:tcW w:type="dxa" w:w="3312"/>
          </w:tcPr>
          <w:p>
            <w:r>
              <w:t>Elektrik enerjisi</w:t>
            </w:r>
          </w:p>
        </w:tc>
      </w:tr>
    </w:tbl>
    <w:p>
      <w:pPr>
        <w:spacing w:before="120" w:after="80"/>
      </w:pPr>
      <w:r>
        <w:rPr>
          <w:b/>
          <w:sz w:val="24"/>
        </w:rPr>
        <w:br/>
        <w:t>2. Bölüm: Ulaşım Türlerini Gruplandırma</w:t>
      </w:r>
    </w:p>
    <w:p>
      <w:r>
        <w:t>Aşağıda karışık olarak verilen ulaşım araçlarını ait oldukları ulaşım yolunun altındaki boş kutucuklara yazınız:</w:t>
        <w:br/>
        <w:t>(Kelimeler: Vapur, Helikopter, Metro, Kamyon, Zeplin, Şehirlerarası Otobüs, Yük Gemisi, Tramvay, Balon)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Kara Yolu</w:t>
            </w:r>
          </w:p>
        </w:tc>
        <w:tc>
          <w:tcPr>
            <w:tcW w:type="dxa" w:w="2484"/>
          </w:tcPr>
          <w:p>
            <w:r>
              <w:t>Demir Yolu</w:t>
            </w:r>
          </w:p>
        </w:tc>
        <w:tc>
          <w:tcPr>
            <w:tcW w:type="dxa" w:w="2484"/>
          </w:tcPr>
          <w:p>
            <w:r>
              <w:t>Deniz Yolu</w:t>
            </w:r>
          </w:p>
        </w:tc>
        <w:tc>
          <w:tcPr>
            <w:tcW w:type="dxa" w:w="2484"/>
          </w:tcPr>
          <w:p>
            <w:r>
              <w:t>Hava Yolu</w:t>
            </w:r>
          </w:p>
        </w:tc>
      </w:tr>
      <w:tr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</w:tr>
      <w:tr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</w:tr>
      <w:tr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  <w:tc>
          <w:tcPr>
            <w:tcW w:type="dxa" w:w="2484"/>
          </w:tcPr>
          <w:p>
            <w:r>
              <w:t>• .........................</w:t>
            </w:r>
          </w:p>
        </w:tc>
      </w:tr>
    </w:tbl>
    <w:p>
      <w:r>
        <w:br w:type="page"/>
      </w:r>
    </w:p>
    <w:p>
      <w:pPr>
        <w:spacing w:before="40" w:after="80"/>
      </w:pPr>
      <w:r>
        <w:rPr>
          <w:b/>
          <w:sz w:val="24"/>
        </w:rPr>
        <w:t>3. Bölüm: Geleceğin Çevre Dostu Ulaşım Aracı (Tasarım &amp; Düşünme)</w:t>
      </w:r>
    </w:p>
    <w:p>
      <w:r>
        <w:t>Günümüzde çevre kirliliğini önlemek için güneş ve elektrik enerjisiyle çalışan araçlar yaygınlaşmaktadır. Sen bir mühendis olsaydın, geleceğin şehirleri için nasıl bir ulaşım aracı tasarlardın?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Aracın Adı:</w:t>
            </w:r>
          </w:p>
        </w:tc>
        <w:tc>
          <w:tcPr>
            <w:tcW w:type="dxa" w:w="4968"/>
          </w:tcPr>
          <w:p>
            <w:r>
              <w:t>...........................................................................</w:t>
            </w:r>
          </w:p>
        </w:tc>
      </w:tr>
      <w:tr>
        <w:tc>
          <w:tcPr>
            <w:tcW w:type="dxa" w:w="4968"/>
          </w:tcPr>
          <w:p>
            <w:r>
              <w:t>Enerji Kaynağı:</w:t>
            </w:r>
          </w:p>
        </w:tc>
        <w:tc>
          <w:tcPr>
            <w:tcW w:type="dxa" w:w="4968"/>
          </w:tcPr>
          <w:p>
            <w:r>
              <w:t>...........................................................................</w:t>
            </w:r>
          </w:p>
        </w:tc>
      </w:tr>
      <w:tr>
        <w:tc>
          <w:tcPr>
            <w:tcW w:type="dxa" w:w="4968"/>
          </w:tcPr>
          <w:p>
            <w:r>
              <w:t>En Önemli Özelliği:</w:t>
            </w:r>
          </w:p>
        </w:tc>
        <w:tc>
          <w:tcPr>
            <w:tcW w:type="dxa" w:w="4968"/>
          </w:tcPr>
          <w:p>
            <w:r>
              <w:t>...........................................................................</w:t>
            </w:r>
          </w:p>
        </w:tc>
      </w:tr>
    </w:tbl>
    <w:p>
      <w:r>
        <w:br/>
        <w:t>Aracının kısa tanıtımını buraya yaz: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80" w:after="80"/>
      </w:pPr>
      <w:r>
        <w:rPr>
          <w:b/>
          <w:sz w:val="24"/>
        </w:rPr>
        <w:t>4. Bölüm: Doğru mu, Yanlış mı?</w:t>
      </w:r>
    </w:p>
    <w:p>
      <w:pPr>
        <w:spacing w:after="40"/>
      </w:pPr>
      <w:r>
        <w:t>(   ) Tekerleğin icadı, insanlık tarihinin en önemli ulaşım adımlarından biridir.</w:t>
      </w:r>
    </w:p>
    <w:p>
      <w:pPr>
        <w:spacing w:after="40"/>
      </w:pPr>
      <w:r>
        <w:t>(   ) Buharlı trenler icat edilmeden önce yük taşımacılığında en çok uçaklar kullanılırdı.</w:t>
      </w:r>
    </w:p>
    <w:p>
      <w:pPr>
        <w:spacing w:after="40"/>
      </w:pPr>
      <w:r>
        <w:t>(   ) Deniz yolu ulaşımı, tek seferde çok büyük miktarda yük taşımak için en ekonomik yoldur.</w:t>
      </w:r>
    </w:p>
    <w:p>
      <w:pPr>
        <w:spacing w:after="40"/>
      </w:pPr>
      <w:r>
        <w:t>(   ) Hava yolu ulaşımı, günümüzdeki en hızlı ancak maliyeti en yüksek ulaşım türüdür.</w:t>
      </w:r>
    </w:p>
    <w:p>
      <w:pPr>
        <w:spacing w:after="40"/>
      </w:pPr>
      <w:r>
        <w:t>(   ) Elektrikli araçlar çevreye fosil yakıtlı araçlardan daha fazla karbon salımı yapar.</w:t>
      </w:r>
    </w:p>
    <w:p>
      <w:pPr>
        <w:spacing w:before="80" w:after="80"/>
      </w:pPr>
      <w:r>
        <w:rPr>
          <w:b/>
          <w:sz w:val="24"/>
        </w:rPr>
        <w:br/>
        <w:t>5. Bölüm: Öğrenci Öz Değerlendirme Tablosu (Maarif Modeli)</w:t>
      </w:r>
    </w:p>
    <w:p>
      <w:r>
        <w:t>Bu çalışmayı tamamlarken kendi öğrenme sürecini nasıl görüyorsun? Uygun kutucuğu (X) ile işaretle: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Kazanım ve Beceriler</w:t>
            </w:r>
          </w:p>
        </w:tc>
        <w:tc>
          <w:tcPr>
            <w:tcW w:type="dxa" w:w="3312"/>
          </w:tcPr>
          <w:p>
            <w:r>
              <w:t>Tam Başardım (3)</w:t>
            </w:r>
          </w:p>
        </w:tc>
        <w:tc>
          <w:tcPr>
            <w:tcW w:type="dxa" w:w="3312"/>
          </w:tcPr>
          <w:p>
            <w:r>
              <w:t>Geliştirmeliyim (1)</w:t>
            </w:r>
          </w:p>
        </w:tc>
      </w:tr>
      <w:tr>
        <w:tc>
          <w:tcPr>
            <w:tcW w:type="dxa" w:w="3312"/>
          </w:tcPr>
          <w:p>
            <w:r>
              <w:t>Geçmişten günümüze ulaşım araçlarının gelişimini doğru sıraladım.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</w:tr>
      <w:tr>
        <w:tc>
          <w:tcPr>
            <w:tcW w:type="dxa" w:w="3312"/>
          </w:tcPr>
          <w:p>
            <w:r>
              <w:t>Ulaşım türlerini (kara, hava, deniz, demir yolu) doğru ayırt ettim.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</w:tr>
      <w:tr>
        <w:tc>
          <w:tcPr>
            <w:tcW w:type="dxa" w:w="3312"/>
          </w:tcPr>
          <w:p>
            <w:r>
              <w:t>Geleceğin ulaşımı için çevre dostu ve yaratıcı fikirler ürettim.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</w:tr>
      <w:tr>
        <w:tc>
          <w:tcPr>
            <w:tcW w:type="dxa" w:w="3312"/>
          </w:tcPr>
          <w:p>
            <w:r>
              <w:t>Çalışma kâğıdındaki etkinlikleri zamanında ve özenle tamamladım.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  <w:tc>
          <w:tcPr>
            <w:tcW w:type="dxa" w:w="3312"/>
          </w:tcPr>
          <w:p>
            <w:r>
              <w:t>(   )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