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Tork ve Kesişen Kuvvetlerin Dengesi</w:t>
      </w:r>
    </w:p>
    <w:p>
      <w:r>
        <w:t>Lise fizik için kavram ve uygulama çalışması</w:t>
      </w:r>
    </w:p>
    <w:p>
      <w:r>
        <w:t>Adı soyadı: ........................................  Sınıfı: ........  Tarih: ..../..../........</w:t>
      </w:r>
    </w:p>
    <w:p>
      <w:pPr>
        <w:pStyle w:val="Heading2"/>
      </w:pPr>
      <w:r>
        <w:t>1 Formüller ve kavramlar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2778"/>
        <w:gridCol w:w="5159"/>
      </w:tblGrid>
      <w:tr>
        <w:trPr>
          <w:cantSplit/>
          <w:tblHeader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Kavram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Model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Anlam ve koşul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Tork büyüklüğü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τ = F·r·sinα = F·d⊥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r: dönme noktasından kuvvetin uygulandığı noktaya uzaklık. α: r ile F arasındaki açı. d⊥: kuvvet doğrultusuna dik uzaklık. Birim N·m.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Öteleme dengesi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ΣF = 0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Kütle merkezinin ivmesi sıfırdır. Başlangıçta duran cisim durur, hareketli cisim sabit hızla ilerler.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Dönme dengesi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Στ = 0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Sabit eksende açısal ivme sıfırdır. Başlangıçta dönmeyen cisim dönmez; dönüyorsa açısal hızı sabit kalabilir.</w:t>
            </w:r>
          </w:p>
        </w:tc>
      </w:tr>
    </w:tbl>
    <w:p>
      <w:r>
        <w:t>Duran bir cismin statik dengesi için hem ΣF = 0 hem Στ = 0 sağlanmalıdır. Düzlemde tork yönü saat yönü veya saat yönünün tersi olarak izlenebilir.</w:t>
      </w:r>
    </w:p>
    <w:p>
      <w:pPr>
        <w:pStyle w:val="Heading2"/>
      </w:pPr>
      <w:r>
        <w:t>2 Bir kuvvetin torkunu hesaplama</w:t>
      </w:r>
    </w:p>
    <w:p>
      <w:r>
        <w:t>O noktasına bağlı yatay bir çubuğun ucuna, O’dan 4 m uzakta, çubuğa dik 20 N kuvvet uygulanıyor. Yalnız bu kuvvetin O’ya göre tork büyüklüğünü hesapla. Çubuğun ağırlığını bu soruda hesaba katma.</w:t>
      </w:r>
    </w:p>
    <w:p>
      <w:r>
        <w:t>Veriler ve işlem: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t>Aynı kuvvet 2 m uzaktan uygulanırsa tork kaç N·m olur? Nedeniyle açıkla.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t>3 Kesişen üç kuvvet ve Lami bağıntısı</w:t>
      </w:r>
    </w:p>
    <w:p>
      <w:r>
        <w:t>Aynı düzlemdeki, paralel olmayan F₁, F₂ ve F₃ kuvvetleri bir noktada dengededir. α, F₂ ile F₃ arasındaki; β, F₁ ile F₃ arasındaki; γ, F₁ ile F₂ arasındaki açıdır. F₁, F₂ ve F₃ için sinüslerle kurulan oranı yaz.</w:t>
      </w:r>
    </w:p>
    <w:p>
      <w:r>
        <w:t>Bağıntı ve açıların neden bu şekilde eşleştiği: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pStyle w:val="Heading2"/>
      </w:pPr>
      <w:r>
        <w:t>4 Dengeyi yorumlama</w:t>
      </w:r>
    </w:p>
    <w:p>
      <w:r>
        <w:t>Bir levhaya zıt yönlerde eşit büyüklükte iki paralel kuvvet uygulanıyor. Kuvvetlerin doğrultuları farklıdır. Toplam kuvvet sıfır olsa da levha neden dönmeye başlayabilir?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pStyle w:val="Heading2"/>
      </w:pPr>
      <w:r>
        <w:t>5 Doğru yanlış kontrolü</w:t>
      </w:r>
    </w:p>
    <w:p>
      <w:r>
        <w:t>[  ] Kuvvetin doğrultusu dönme noktasından geçerse torku sıfırdır.</w:t>
      </w:r>
    </w:p>
    <w:p>
      <w:r>
        <w:t>[  ] Tork vektörel bir niceliktir.</w:t>
      </w:r>
    </w:p>
    <w:p>
      <w:r>
        <w:t>[  ] Statik denge için yalnız toplam kuvvetin sıfır olması yeterlidir.</w:t>
      </w:r>
    </w:p>
    <w:p>
      <w:r>
        <w:t>[  ] Kapı koluna uygulanan kuvvetin dik uzaklığı artarsa tork büyüklüğü artar.</w:t>
      </w:r>
    </w:p>
    <w:p>
      <w:r>
        <w:t>Yanlış cümlenin doğrusu: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pStyle w:val="Heading2"/>
      </w:pPr>
      <w:r>
        <w:t>Maarif Modeli Öz Değerlendirme</w:t>
      </w:r>
    </w:p>
    <w:p>
      <w:r>
        <w:t>Her satırda bir kutuyu işaretle. Yardım gereken bir konuyu öğretmeninle paylaş.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1814"/>
        <w:gridCol w:w="1814"/>
      </w:tblGrid>
      <w:tr>
        <w:trPr>
          <w:cantSplit/>
          <w:tblHeader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Yapabildiğim çalışma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Kendi başıma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Yardımla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Dik uzaklık ile r uzaklığını ayırt ettim.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Kuvvet ve tork dengesi koşullarını birlikte kullandım.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Lami bağıntısında kuvveti karşısındaki açıyla eşleştirdim.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</w:tbl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Tork ve Kesişen Kuvvetlerin Dengesi</dc:title>
  <dc:subject/>
  <dc:creator>EtkinlikPaylaş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