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Mekanik Enerji ve Verim</w:t>
      </w:r>
    </w:p>
    <w:p>
      <w:r>
        <w:t>Lise fizik için enerji dönüşümü ve verim çalışması</w:t>
      </w:r>
    </w:p>
    <w:p>
      <w:r>
        <w:t>Adı soyadı: ........................................  Sınıfı: ........  Tarih: ..../..../........</w:t>
      </w:r>
    </w:p>
    <w:p>
      <w:pPr>
        <w:pStyle w:val="Heading2"/>
      </w:pPr>
      <w:r>
        <w:t>1 Enerji modelleri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268"/>
        <w:gridCol w:w="5159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Enerji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Model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Koşul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Kinetik enerji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Eₖ = ½mv²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m: kg, v: m/s, enerji: joule (J).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Yer çekimi potansiyel enerjisi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Eₚ = mgh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Sabit g yaklaşımı. h, seçilen sıfır düzeyine göre yüksekliktir.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Mekanik enerji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Eₘ = Eₖ + Eₚ</w:t>
            </w:r>
          </w:p>
        </w:tc>
        <w:tc>
          <w:tcPr>
            <w:tcW w:type="dxa" w:w="515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Bu çalışmada yay enerjisi yoktur. Yalnız korunumlu kuvvetler iş yapıyorsa toplam mekanik enerji korunur.</w:t>
            </w:r>
          </w:p>
        </w:tc>
      </w:tr>
    </w:tbl>
    <w:p>
      <w:r>
        <w:t>Sürtünmenin olmaması tek başına yeterli değildir. Örneğin bir motorun yaptığı dış iş mekanik enerjiyi değiştirebilir. Sürtünmede mekanik enerji iç enerjiye dönüşebilir; toplam enerji korunur.</w:t>
      </w:r>
    </w:p>
    <w:p>
      <w:pPr>
        <w:pStyle w:val="Heading2"/>
      </w:pPr>
      <w:r>
        <w:t>2 Motorun verimi</w:t>
      </w:r>
    </w:p>
    <w:p>
      <w:r>
        <w:t>Bir motor 500 J elektrik enerjisi alıyor ve yükü kaldırırken 400 J yararlı iş yapıyor. Enerji depolamadığını kabul et.</w:t>
      </w:r>
    </w:p>
    <w:p>
      <w:r>
        <w:t>a. Yüzde verim = (yararlı enerji / alınan enerji) × 100 bağıntısıyla verimi bul.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b. Yararlı işe dönüşmeyen enerjiyi bul. Bu enerji ısı veya ses gibi hangi biçimlere dönüşebilir?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t>3 Serbest düşmede enerji dönüşümü</w:t>
      </w:r>
    </w:p>
    <w:p>
      <w:r>
        <w:t>2 kg kütleli bir cisim, yerden 20 m yüksekte durgun hâlden bırakılıyor. Hava direncini ihmal et. g = 10 m/s² al. Potansiyel enerjinin sıfır düzeyi yerdir.</w:t>
      </w:r>
    </w:p>
    <w:p>
      <w:r>
        <w:t>a. Başlangıç potansiyel enerjisini hesapla.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b. Yere çarpmadan hemen önce kinetik enerjisini ve hızını hesapla.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r>
        <w:t>c. Hava direnci varsa aynı yükseklikten bırakılan cismin son kinetik enerjisi nasıl değişir? Toplam enerjiye ne olur?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spacing w:after="120"/>
      </w:pPr>
      <w:r>
        <w:t>........................................................................................................</w:t>
      </w:r>
    </w:p>
    <w:p>
      <w:pPr>
        <w:pStyle w:val="Heading2"/>
      </w:pPr>
      <w:r>
        <w:t>4 Doğru yanlış kontrolü</w:t>
      </w:r>
    </w:p>
    <w:p>
      <w:r>
        <w:t>[  ] Sürtünmede mekanik enerjinin bir bölümü iç enerjiye dönüşebilir.</w:t>
      </w:r>
    </w:p>
    <w:p>
      <w:r>
        <w:t>[  ] Bir enerji dönüştürücüsünde yararlı çıkış enerjisi, alınan enerjiden büyük olamaz.</w:t>
      </w:r>
    </w:p>
    <w:p>
      <w:r>
        <w:t>[  ] Enerji yoktan var edilemez; biçim değiştirebilir.</w:t>
      </w:r>
    </w:p>
    <w:p>
      <w:r>
        <w:t>[  ] Aynı yararlı iş için daha yüksek verimli bir motor daha az giriş enerjisi gerektirir.</w:t>
      </w:r>
    </w:p>
    <w:p>
      <w:pPr>
        <w:pStyle w:val="Heading2"/>
      </w:pPr>
      <w:r>
        <w:t>Maarif Modeli Öz Değerlendirme</w:t>
      </w:r>
    </w:p>
    <w:p>
      <w:r>
        <w:t>Her satırda bir kutuyu işaretle. Yardım gereken bir konuyu öğretmeninle paylaş.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1814"/>
        <w:gridCol w:w="1814"/>
      </w:tblGrid>
      <w:tr>
        <w:trPr>
          <w:cantSplit/>
          <w:tblHeader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Yapabildiğim çalışma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Kendi başıma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  <w:shd w:fill="EDEDED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Yardımla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Mekanik enerjinin korunma koşullarını açıkladım.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Verim ile yararlı enerjiye dönüşmeyen enerjiyi hesapladım.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  <w:tr>
        <w:trPr>
          <w:cantSplit/>
        </w:trPr>
        <w:tc>
          <w:tcPr>
            <w:tcW w:type="dxa" w:w="62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Serbest düşmedeki enerji ve hız hesabında birimleri kullandım.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bottom w:w="80" w:type="dxa"/>
              <w:left w:w="85" w:type="dxa"/>
              <w:right w:w="85" w:type="dxa"/>
            </w:tcMar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[  ]</w:t>
            </w:r>
          </w:p>
        </w:tc>
      </w:tr>
    </w:tbl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Mekanik Enerji ve Verim</dc:title>
  <dc:subject/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