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9 - 10 - 11. Sınıf Haftalık Ders Çalışma ve Takip Çizelgesi</w:t>
      </w:r>
    </w:p>
    <w:p>
      <w:pPr>
        <w:jc w:val="center"/>
      </w:pPr>
      <w:r>
        <w:rPr>
          <w:i/>
          <w:sz w:val="20"/>
        </w:rPr>
        <w:t>Lise Rehberlik ve Bireysel Gelişim Şablonu (Maarif Modeli)</w:t>
      </w:r>
    </w:p>
    <w:p>
      <w:r>
        <w:t>Öğrenci Adı Soyadı: ................................................................   Sınıfı / Şubesi: ....................   Hedef: ................................................................</w:t>
      </w:r>
    </w:p>
    <w:p>
      <w:r>
        <w:t>1. Bölüm: Haftalık Saatlik Çalışma Çizelgesi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</w:tcPr>
          <w:p>
            <w:r>
              <w:t>Saat</w:t>
            </w:r>
          </w:p>
        </w:tc>
        <w:tc>
          <w:tcPr>
            <w:tcW w:type="dxa" w:w="1704"/>
          </w:tcPr>
          <w:p>
            <w:r>
              <w:t>Pazartesi</w:t>
            </w:r>
          </w:p>
        </w:tc>
        <w:tc>
          <w:tcPr>
            <w:tcW w:type="dxa" w:w="1704"/>
          </w:tcPr>
          <w:p>
            <w:r>
              <w:t>Salı</w:t>
            </w:r>
          </w:p>
        </w:tc>
        <w:tc>
          <w:tcPr>
            <w:tcW w:type="dxa" w:w="1704"/>
          </w:tcPr>
          <w:p>
            <w:r>
              <w:t>Çarşamba</w:t>
            </w:r>
          </w:p>
        </w:tc>
        <w:tc>
          <w:tcPr>
            <w:tcW w:type="dxa" w:w="1704"/>
          </w:tcPr>
          <w:p>
            <w:r>
              <w:t>Perşembe</w:t>
            </w:r>
          </w:p>
        </w:tc>
        <w:tc>
          <w:tcPr>
            <w:tcW w:type="dxa" w:w="1704"/>
          </w:tcPr>
          <w:p>
            <w:r>
              <w:t>Cuma</w:t>
            </w:r>
          </w:p>
        </w:tc>
      </w:tr>
      <w:tr>
        <w:tc>
          <w:tcPr>
            <w:tcW w:type="dxa" w:w="1704"/>
          </w:tcPr>
          <w:p>
            <w:r>
              <w:t>16.30 - 17.30</w:t>
            </w:r>
          </w:p>
        </w:tc>
        <w:tc>
          <w:tcPr>
            <w:tcW w:type="dxa" w:w="1704"/>
          </w:tcPr>
          <w:p>
            <w:r>
              <w:t>Dinlenme &amp; Atıştırma</w:t>
            </w:r>
          </w:p>
        </w:tc>
        <w:tc>
          <w:tcPr>
            <w:tcW w:type="dxa" w:w="1704"/>
          </w:tcPr>
          <w:p>
            <w:r>
              <w:t>Dinlenme &amp; Yemek</w:t>
            </w:r>
          </w:p>
        </w:tc>
        <w:tc>
          <w:tcPr>
            <w:tcW w:type="dxa" w:w="1704"/>
          </w:tcPr>
          <w:p>
            <w:r>
              <w:t>Dinlenme &amp; Yemek</w:t>
            </w:r>
          </w:p>
        </w:tc>
        <w:tc>
          <w:tcPr>
            <w:tcW w:type="dxa" w:w="1704"/>
          </w:tcPr>
          <w:p>
            <w:r>
              <w:t>Dinlenme &amp; Yemek</w:t>
            </w:r>
          </w:p>
        </w:tc>
        <w:tc>
          <w:tcPr>
            <w:tcW w:type="dxa" w:w="1704"/>
          </w:tcPr>
          <w:p>
            <w:r>
              <w:t>Hafta Sonu Planı</w:t>
            </w:r>
          </w:p>
        </w:tc>
      </w:tr>
      <w:tr>
        <w:tc>
          <w:tcPr>
            <w:tcW w:type="dxa" w:w="1704"/>
          </w:tcPr>
          <w:p>
            <w:r>
              <w:t>17.30 - 18.30</w:t>
            </w:r>
          </w:p>
        </w:tc>
        <w:tc>
          <w:tcPr>
            <w:tcW w:type="dxa" w:w="1704"/>
          </w:tcPr>
          <w:p>
            <w:r>
              <w:t>Günün Ders Tekrarı</w:t>
            </w:r>
          </w:p>
        </w:tc>
        <w:tc>
          <w:tcPr>
            <w:tcW w:type="dxa" w:w="1704"/>
          </w:tcPr>
          <w:p>
            <w:r>
              <w:t>Günün Ders Tekrarı</w:t>
            </w:r>
          </w:p>
        </w:tc>
        <w:tc>
          <w:tcPr>
            <w:tcW w:type="dxa" w:w="1704"/>
          </w:tcPr>
          <w:p>
            <w:r>
              <w:t>Günün Ders Tekrarı</w:t>
            </w:r>
          </w:p>
        </w:tc>
        <w:tc>
          <w:tcPr>
            <w:tcW w:type="dxa" w:w="1704"/>
          </w:tcPr>
          <w:p>
            <w:r>
              <w:t>Günün Ders Tekrarı</w:t>
            </w:r>
          </w:p>
        </w:tc>
        <w:tc>
          <w:tcPr>
            <w:tcW w:type="dxa" w:w="1704"/>
          </w:tcPr>
          <w:p>
            <w:r>
              <w:t>Haftalık Özet</w:t>
            </w:r>
          </w:p>
        </w:tc>
      </w:tr>
      <w:tr>
        <w:tc>
          <w:tcPr>
            <w:tcW w:type="dxa" w:w="1704"/>
          </w:tcPr>
          <w:p>
            <w:r>
              <w:t>18.45 - 19.45</w:t>
            </w:r>
          </w:p>
        </w:tc>
        <w:tc>
          <w:tcPr>
            <w:tcW w:type="dxa" w:w="1704"/>
          </w:tcPr>
          <w:p>
            <w:r>
              <w:t>Matematik Konu/Soru</w:t>
            </w:r>
          </w:p>
        </w:tc>
        <w:tc>
          <w:tcPr>
            <w:tcW w:type="dxa" w:w="1704"/>
          </w:tcPr>
          <w:p>
            <w:r>
              <w:t>Fizik / Kimya</w:t>
            </w:r>
          </w:p>
        </w:tc>
        <w:tc>
          <w:tcPr>
            <w:tcW w:type="dxa" w:w="1704"/>
          </w:tcPr>
          <w:p>
            <w:r>
              <w:t>Türk Dili ve Edebiyatı</w:t>
            </w:r>
          </w:p>
        </w:tc>
        <w:tc>
          <w:tcPr>
            <w:tcW w:type="dxa" w:w="1704"/>
          </w:tcPr>
          <w:p>
            <w:r>
              <w:t>Biyoloji / Tarih</w:t>
            </w:r>
          </w:p>
        </w:tc>
        <w:tc>
          <w:tcPr>
            <w:tcW w:type="dxa" w:w="1704"/>
          </w:tcPr>
          <w:p>
            <w:r>
              <w:t>Eksik Tamamlama</w:t>
            </w:r>
          </w:p>
        </w:tc>
      </w:tr>
      <w:tr>
        <w:tc>
          <w:tcPr>
            <w:tcW w:type="dxa" w:w="1704"/>
          </w:tcPr>
          <w:p>
            <w:r>
              <w:t>20.00 - 21.00</w:t>
            </w:r>
          </w:p>
        </w:tc>
        <w:tc>
          <w:tcPr>
            <w:tcW w:type="dxa" w:w="1704"/>
          </w:tcPr>
          <w:p>
            <w:r>
              <w:t>Ödev ve Proje Çalışması</w:t>
            </w:r>
          </w:p>
        </w:tc>
        <w:tc>
          <w:tcPr>
            <w:tcW w:type="dxa" w:w="1704"/>
          </w:tcPr>
          <w:p>
            <w:r>
              <w:t>Ödev Tamamlama</w:t>
            </w:r>
          </w:p>
        </w:tc>
        <w:tc>
          <w:tcPr>
            <w:tcW w:type="dxa" w:w="1704"/>
          </w:tcPr>
          <w:p>
            <w:r>
              <w:t>Soru Çözümü</w:t>
            </w:r>
          </w:p>
        </w:tc>
        <w:tc>
          <w:tcPr>
            <w:tcW w:type="dxa" w:w="1704"/>
          </w:tcPr>
          <w:p>
            <w:r>
              <w:t>Yabancı Dil (İngilizce)</w:t>
            </w:r>
          </w:p>
        </w:tc>
        <w:tc>
          <w:tcPr>
            <w:tcW w:type="dxa" w:w="1704"/>
          </w:tcPr>
          <w:p>
            <w:r>
              <w:t>Serbest Etkinlik</w:t>
            </w:r>
          </w:p>
        </w:tc>
      </w:tr>
      <w:tr>
        <w:tc>
          <w:tcPr>
            <w:tcW w:type="dxa" w:w="1704"/>
          </w:tcPr>
          <w:p>
            <w:r>
              <w:t>21.15 - 22.00</w:t>
            </w:r>
          </w:p>
        </w:tc>
        <w:tc>
          <w:tcPr>
            <w:tcW w:type="dxa" w:w="1704"/>
          </w:tcPr>
          <w:p>
            <w:r>
              <w:t>Kitap Okuma (20-30 sf)</w:t>
            </w:r>
          </w:p>
        </w:tc>
        <w:tc>
          <w:tcPr>
            <w:tcW w:type="dxa" w:w="1704"/>
          </w:tcPr>
          <w:p>
            <w:r>
              <w:t>Kitap Okuma</w:t>
            </w:r>
          </w:p>
        </w:tc>
        <w:tc>
          <w:tcPr>
            <w:tcW w:type="dxa" w:w="1704"/>
          </w:tcPr>
          <w:p>
            <w:r>
              <w:t>Kitap Okuma</w:t>
            </w:r>
          </w:p>
        </w:tc>
        <w:tc>
          <w:tcPr>
            <w:tcW w:type="dxa" w:w="1704"/>
          </w:tcPr>
          <w:p>
            <w:r>
              <w:t>Kitap Okuma</w:t>
            </w:r>
          </w:p>
        </w:tc>
        <w:tc>
          <w:tcPr>
            <w:tcW w:type="dxa" w:w="1704"/>
          </w:tcPr>
          <w:p>
            <w:r>
              <w:t>Kitap / Dinlenme</w:t>
            </w:r>
          </w:p>
        </w:tc>
      </w:tr>
      <w:tr>
        <w:tc>
          <w:tcPr>
            <w:tcW w:type="dxa" w:w="1704"/>
          </w:tcPr>
          <w:p>
            <w:r>
              <w:t>22.00 - 22.30</w:t>
            </w:r>
          </w:p>
        </w:tc>
        <w:tc>
          <w:tcPr>
            <w:tcW w:type="dxa" w:w="1704"/>
          </w:tcPr>
          <w:p>
            <w:r>
              <w:t>Günün Değerlendirmesi</w:t>
            </w:r>
          </w:p>
        </w:tc>
        <w:tc>
          <w:tcPr>
            <w:tcW w:type="dxa" w:w="1704"/>
          </w:tcPr>
          <w:p>
            <w:r>
              <w:t>Yatış Hazırlığı</w:t>
            </w:r>
          </w:p>
        </w:tc>
        <w:tc>
          <w:tcPr>
            <w:tcW w:type="dxa" w:w="1704"/>
          </w:tcPr>
          <w:p>
            <w:r>
              <w:t>Yatış Hazırlığı</w:t>
            </w:r>
          </w:p>
        </w:tc>
        <w:tc>
          <w:tcPr>
            <w:tcW w:type="dxa" w:w="1704"/>
          </w:tcPr>
          <w:p>
            <w:r>
              <w:t>Yatış Hazırlığı</w:t>
            </w:r>
          </w:p>
        </w:tc>
        <w:tc>
          <w:tcPr>
            <w:tcW w:type="dxa" w:w="1704"/>
          </w:tcPr>
          <w:p>
            <w:r>
              <w:t>Dinlenme</w:t>
            </w:r>
          </w:p>
        </w:tc>
      </w:tr>
    </w:tbl>
    <w:p>
      <w:r>
        <w:br w:type="page"/>
      </w:r>
    </w:p>
    <w:p>
      <w:r>
        <w:t>2. Bölüm: Haftalık Ders Bazlı Soru ve Konu Takip Çizelgesi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Ders</w:t>
            </w:r>
          </w:p>
        </w:tc>
        <w:tc>
          <w:tcPr>
            <w:tcW w:type="dxa" w:w="2556"/>
          </w:tcPr>
          <w:p>
            <w:r>
              <w:t>Tekrar Edilen Konu</w:t>
            </w:r>
          </w:p>
        </w:tc>
        <w:tc>
          <w:tcPr>
            <w:tcW w:type="dxa" w:w="2556"/>
          </w:tcPr>
          <w:p>
            <w:r>
              <w:t>Çözülen Soru Sayısı</w:t>
            </w:r>
          </w:p>
        </w:tc>
        <w:tc>
          <w:tcPr>
            <w:tcW w:type="dxa" w:w="2556"/>
          </w:tcPr>
          <w:p>
            <w:r>
              <w:t>Öğrenci Notu</w:t>
            </w:r>
          </w:p>
        </w:tc>
      </w:tr>
      <w:tr>
        <w:tc>
          <w:tcPr>
            <w:tcW w:type="dxa" w:w="2556"/>
          </w:tcPr>
          <w:p>
            <w:r>
              <w:t>Matematik</w:t>
            </w:r>
          </w:p>
        </w:tc>
        <w:tc>
          <w:tcPr>
            <w:tcW w:type="dxa" w:w="2556"/>
          </w:tcPr>
          <w:p>
            <w:r>
              <w:t>................................</w:t>
            </w:r>
          </w:p>
        </w:tc>
        <w:tc>
          <w:tcPr>
            <w:tcW w:type="dxa" w:w="2556"/>
          </w:tcPr>
          <w:p>
            <w:r>
              <w:t>........ / ........</w:t>
            </w:r>
          </w:p>
        </w:tc>
        <w:tc>
          <w:tcPr>
            <w:tcW w:type="dxa" w:w="2556"/>
          </w:tcPr>
          <w:p>
            <w:r>
              <w:t>................................</w:t>
            </w:r>
          </w:p>
        </w:tc>
      </w:tr>
      <w:tr>
        <w:tc>
          <w:tcPr>
            <w:tcW w:type="dxa" w:w="2556"/>
          </w:tcPr>
          <w:p>
            <w:r>
              <w:t>Fizik</w:t>
            </w:r>
          </w:p>
        </w:tc>
        <w:tc>
          <w:tcPr>
            <w:tcW w:type="dxa" w:w="2556"/>
          </w:tcPr>
          <w:p>
            <w:r>
              <w:t>................................</w:t>
            </w:r>
          </w:p>
        </w:tc>
        <w:tc>
          <w:tcPr>
            <w:tcW w:type="dxa" w:w="2556"/>
          </w:tcPr>
          <w:p>
            <w:r>
              <w:t>........ / ........</w:t>
            </w:r>
          </w:p>
        </w:tc>
        <w:tc>
          <w:tcPr>
            <w:tcW w:type="dxa" w:w="2556"/>
          </w:tcPr>
          <w:p>
            <w:r>
              <w:t>................................</w:t>
            </w:r>
          </w:p>
        </w:tc>
      </w:tr>
      <w:tr>
        <w:tc>
          <w:tcPr>
            <w:tcW w:type="dxa" w:w="2556"/>
          </w:tcPr>
          <w:p>
            <w:r>
              <w:t>Kimya</w:t>
            </w:r>
          </w:p>
        </w:tc>
        <w:tc>
          <w:tcPr>
            <w:tcW w:type="dxa" w:w="2556"/>
          </w:tcPr>
          <w:p>
            <w:r>
              <w:t>................................</w:t>
            </w:r>
          </w:p>
        </w:tc>
        <w:tc>
          <w:tcPr>
            <w:tcW w:type="dxa" w:w="2556"/>
          </w:tcPr>
          <w:p>
            <w:r>
              <w:t>........ / ........</w:t>
            </w:r>
          </w:p>
        </w:tc>
        <w:tc>
          <w:tcPr>
            <w:tcW w:type="dxa" w:w="2556"/>
          </w:tcPr>
          <w:p>
            <w:r>
              <w:t>................................</w:t>
            </w:r>
          </w:p>
        </w:tc>
      </w:tr>
      <w:tr>
        <w:tc>
          <w:tcPr>
            <w:tcW w:type="dxa" w:w="2556"/>
          </w:tcPr>
          <w:p>
            <w:r>
              <w:t>Biyoloji</w:t>
            </w:r>
          </w:p>
        </w:tc>
        <w:tc>
          <w:tcPr>
            <w:tcW w:type="dxa" w:w="2556"/>
          </w:tcPr>
          <w:p>
            <w:r>
              <w:t>................................</w:t>
            </w:r>
          </w:p>
        </w:tc>
        <w:tc>
          <w:tcPr>
            <w:tcW w:type="dxa" w:w="2556"/>
          </w:tcPr>
          <w:p>
            <w:r>
              <w:t>........ / ........</w:t>
            </w:r>
          </w:p>
        </w:tc>
        <w:tc>
          <w:tcPr>
            <w:tcW w:type="dxa" w:w="2556"/>
          </w:tcPr>
          <w:p>
            <w:r>
              <w:t>................................</w:t>
            </w:r>
          </w:p>
        </w:tc>
      </w:tr>
      <w:tr>
        <w:tc>
          <w:tcPr>
            <w:tcW w:type="dxa" w:w="2556"/>
          </w:tcPr>
          <w:p>
            <w:r>
              <w:t>Türk Dili ve Edebiyatı</w:t>
            </w:r>
          </w:p>
        </w:tc>
        <w:tc>
          <w:tcPr>
            <w:tcW w:type="dxa" w:w="2556"/>
          </w:tcPr>
          <w:p>
            <w:r>
              <w:t>................................</w:t>
            </w:r>
          </w:p>
        </w:tc>
        <w:tc>
          <w:tcPr>
            <w:tcW w:type="dxa" w:w="2556"/>
          </w:tcPr>
          <w:p>
            <w:r>
              <w:t>........ / ........</w:t>
            </w:r>
          </w:p>
        </w:tc>
        <w:tc>
          <w:tcPr>
            <w:tcW w:type="dxa" w:w="2556"/>
          </w:tcPr>
          <w:p>
            <w:r>
              <w:t>................................</w:t>
            </w:r>
          </w:p>
        </w:tc>
      </w:tr>
    </w:tbl>
    <w:p>
      <w:r>
        <w:br/>
        <w:t>3. Bölüm: Maarif Modeli Bireysel Süreç Değerlendirme Tablosu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Öz Disiplin ve Gelişim Kriteri</w:t>
            </w:r>
          </w:p>
        </w:tc>
        <w:tc>
          <w:tcPr>
            <w:tcW w:type="dxa" w:w="3408"/>
          </w:tcPr>
          <w:p>
            <w:r>
              <w:t>Başardım (X)</w:t>
            </w:r>
          </w:p>
        </w:tc>
        <w:tc>
          <w:tcPr>
            <w:tcW w:type="dxa" w:w="3408"/>
          </w:tcPr>
          <w:p>
            <w:r>
              <w:t>Geliştirmeliyim (X)</w:t>
            </w:r>
          </w:p>
        </w:tc>
      </w:tr>
      <w:tr>
        <w:tc>
          <w:tcPr>
            <w:tcW w:type="dxa" w:w="3408"/>
          </w:tcPr>
          <w:p>
            <w:r>
              <w:t>Belirlediğim ders çalışma ve mola saatlerine düzenli uydum.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</w:tr>
      <w:tr>
        <w:tc>
          <w:tcPr>
            <w:tcW w:type="dxa" w:w="3408"/>
          </w:tcPr>
          <w:p>
            <w:r>
              <w:t>Günlük konu tekrarlarını aksatmadan okul gününde tamamladım.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</w:tr>
      <w:tr>
        <w:tc>
          <w:tcPr>
            <w:tcW w:type="dxa" w:w="3408"/>
          </w:tcPr>
          <w:p>
            <w:r>
              <w:t>Ekran süresini (telefon/sosyal medya) çalışma saatlerinde sınırlandırdım.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</w:tr>
    </w:tbl>
    <w:p>
      <w:r>
        <w:br/>
        <w:t>Veli / Rehber Öğretmen Görüşü:</w:t>
        <w:br/>
        <w:t>........................................................................................................................................................................................................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