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İntegral Konu Kavrama ve Uygulama</w:t>
      </w:r>
    </w:p>
    <w:p>
      <w:r>
        <w:t>İntegral çalışan lise ve sınava hazırlık öğrencileri için</w:t>
      </w:r>
    </w:p>
    <w:p>
      <w:r>
        <w:t>Adı soyadı: ........................................  Sınıfı: ........  Tarih: ..../..../........</w:t>
      </w:r>
    </w:p>
    <w:p>
      <w:pPr>
        <w:pStyle w:val="Heading2"/>
      </w:pPr>
      <w:r>
        <w:t>1 Belirsiz integral kuralları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4535"/>
        <w:gridCol w:w="3515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Kural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Matematiksel ifade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Örnek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Sabit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∫a dx = ax + C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∫5 dx = 5x + C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Kuvvet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∫xⁿ dx = xⁿ⁺¹/(n+1) + C, n ≠ −1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∫x³ dx = x⁴/4 + C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Sabit katsayı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∫k f(x) dx = k ∫f(x) dx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∫6x² dx = 2x³ + C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Toplam fark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İntegral her terime ayrı uygulanır.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∫(2x+3) dx = x² + 3x + C</w:t>
            </w:r>
          </w:p>
        </w:tc>
      </w:tr>
    </w:tbl>
    <w:p>
      <w:r>
        <w:t>C, belirsiz integralde sabit bir reel sayıdır. C’nin türevi sıfırdır. Sonucunu türev alarak kontrol edebilirsin.</w:t>
      </w:r>
    </w:p>
    <w:p>
      <w:pPr>
        <w:pStyle w:val="Heading2"/>
      </w:pPr>
      <w:r>
        <w:t>2 Değişken değiştirme</w:t>
      </w:r>
    </w:p>
    <w:p>
      <w:r>
        <w:t>∫2x(x²+1)⁴ dx integralinde u = x²+1 seç. du’yu yaz, integrali u cinsinden hesapla ve x’e geri dön.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r>
        <w:t>Bulduğun sonucun türevini alıp başlangıçtaki integrandla karşılaştır.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t>3 Belirli integral ve alan</w:t>
      </w:r>
    </w:p>
    <w:p>
      <w:r>
        <w:t>f(x)=x² eğrisi, x=0 ve x=3 doğruları ile x ekseni arasındaki bölgenin alanını hesapla. x² bu aralıkta negatif değildir.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r>
        <w:t>f(x)=x fonksiyonu için −1 ile 1 arasındaki belirli integral sıfırdır. Buna rağmen grafik ile x ekseni arasındaki toplam geometrik alan sıfır mıdır? Aralığı iki parçaya ayırarak açıkla.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pStyle w:val="Heading2"/>
      </w:pPr>
      <w:r>
        <w:t>4 Doğru yanlış ve gerekçe</w:t>
      </w:r>
    </w:p>
    <w:p>
      <w:r>
        <w:t>[  ] Belirsiz integralde integral sabiti C yazılır.</w:t>
      </w:r>
    </w:p>
    <w:p>
      <w:r>
        <w:t>[  ] Türevlenebilir f için ∫f′(x)dx = f(x)+C olur.</w:t>
      </w:r>
    </w:p>
    <w:p>
      <w:r>
        <w:t>[  ] Sabit sınırlı bir belirli integral her zaman değişkenli sonuç verir.</w:t>
      </w:r>
    </w:p>
    <w:p>
      <w:r>
        <w:t>[  ] Fonksiyon işaret değiştiriyorsa geometrik alan için aralıklar ayrı değerlendirilir.</w:t>
      </w:r>
    </w:p>
    <w:p>
      <w:r>
        <w:t>Yanlış cümlenin doğrusu: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pStyle w:val="Heading2"/>
      </w:pPr>
      <w:r>
        <w:t>Maarif Modeli Öz Değerlendirme</w:t>
      </w:r>
    </w:p>
    <w:p>
      <w:r>
        <w:t>Her satırda bir kutuyu işaretle. Yardım gereken bir konuyu öğretmeninle paylaş.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1814"/>
        <w:gridCol w:w="1814"/>
      </w:tblGrid>
      <w:tr>
        <w:trPr>
          <w:cantSplit/>
          <w:tblHeader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Yapabildiğim çalışma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Kendi başıma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Yardımla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Temel integral kurallarını uyguladım.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Değişken değiştirmede du’yu doğru yazdım.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İşaretli integral ile geometrik alanı ayırt ettim.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</w:tr>
    </w:tbl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İntegral Konu Kavrama ve Uygulama</dc:title>
  <dc:subject/>
  <dc:creator>EtkinlikPaylaş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