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Atatürk’ün Hayatı ve Millî Mücadele</w:t>
      </w:r>
    </w:p>
    <w:p>
      <w:r>
        <w:t>İlkokul için sunum sonrası çalışma kâğıdı</w:t>
      </w:r>
    </w:p>
    <w:p>
      <w:r>
        <w:t>Adı soyadı: ........................................  Sınıfı: ........  Tarih: ..../..../........</w:t>
      </w:r>
    </w:p>
    <w:p>
      <w:pPr>
        <w:pStyle w:val="Heading2"/>
      </w:pPr>
      <w:r>
        <w:t>Kısa bilgi metni</w:t>
      </w:r>
    </w:p>
    <w:p>
      <w:r>
        <w:t>Mustafa Kemal Atatürk 1881 yılında Selanik’te doğdu. Şemsi Efendi Okulunda ve Selanik Askerî Rüştiyesinde öğrenim gördü. 1915 yılında Çanakkale’de görev yaptı. 19 Mayıs 1919’da Samsun’a çıktı. 23 Nisan 1920’de Türkiye Büyük Millet Meclisi açıldı. 29 Ekim 1923’te Cumhuriyet ilan edildi ve Atatürk ilk Cumhurbaşkanı seçildi. Atatürk, sorunları çözerken akla ve bilime önem verdi.</w:t>
      </w:r>
    </w:p>
    <w:p>
      <w:pPr>
        <w:pStyle w:val="Heading2"/>
      </w:pPr>
      <w:r>
        <w:t>1 Olayları tarih sırasına koyma</w:t>
      </w:r>
    </w:p>
    <w:p>
      <w:r>
        <w:t>Karışık olayları en eskiden en yeniye 1’den 5’e kadar numaralandır.</w:t>
      </w:r>
    </w:p>
    <w:tbl>
      <w:tblPr>
        <w:tblW w:type="auto" w:w="0"/>
        <w:jc w:val="center"/>
        <w:tblLayout w:type="fixed"/>
        <w:tblLook w:firstColumn="1" w:firstRow="1" w:lastColumn="0" w:lastRow="0" w:noHBand="0" w:noVBand="1" w:val="04A0"/>
      </w:tblPr>
      <w:tblGrid>
        <w:gridCol w:w="850"/>
        <w:gridCol w:w="2948"/>
        <w:gridCol w:w="6066"/>
      </w:tblGrid>
      <w:tr>
        <w:trPr>
          <w:cantSplit/>
          <w:tblHeader/>
        </w:trPr>
        <w:tc>
          <w:tcPr>
            <w:tcW w:type="dxa" w:w="850"/>
            <w:vAlign w:val="center"/>
            <w:tcBorders>
              <w:top w:val="single" w:sz="4" w:color="D9D9D9"/>
              <w:left w:val="single" w:sz="4" w:color="D9D9D9"/>
              <w:bottom w:val="single" w:sz="4" w:color="D9D9D9"/>
              <w:right w:val="single" w:sz="4" w:color="D9D9D9"/>
            </w:tcBorders>
            <w:tcMar>
              <w:top w:w="80" w:type="dxa"/>
              <w:bottom w:w="80" w:type="dxa"/>
              <w:left w:w="85" w:type="dxa"/>
              <w:right w:w="85" w:type="dxa"/>
            </w:tcMar>
            <w:shd w:fill="EDEDED"/>
          </w:tcPr>
          <w:p>
            <w:pPr>
              <w:spacing w:after="0" w:line="245" w:lineRule="auto"/>
            </w:pPr>
            <w:r>
              <w:rPr>
                <w:b/>
                <w:sz w:val="21"/>
              </w:rPr>
              <w:t>Sıra</w:t>
            </w:r>
          </w:p>
        </w:tc>
        <w:tc>
          <w:tcPr>
            <w:tcW w:type="dxa" w:w="2948"/>
            <w:vAlign w:val="center"/>
            <w:tcBorders>
              <w:top w:val="single" w:sz="4" w:color="D9D9D9"/>
              <w:left w:val="single" w:sz="4" w:color="D9D9D9"/>
              <w:bottom w:val="single" w:sz="4" w:color="D9D9D9"/>
              <w:right w:val="single" w:sz="4" w:color="D9D9D9"/>
            </w:tcBorders>
            <w:tcMar>
              <w:top w:w="80" w:type="dxa"/>
              <w:bottom w:w="80" w:type="dxa"/>
              <w:left w:w="85" w:type="dxa"/>
              <w:right w:w="85" w:type="dxa"/>
            </w:tcMar>
            <w:shd w:fill="EDEDED"/>
          </w:tcPr>
          <w:p>
            <w:pPr>
              <w:spacing w:after="0" w:line="245" w:lineRule="auto"/>
            </w:pPr>
            <w:r>
              <w:rPr>
                <w:b/>
                <w:sz w:val="21"/>
              </w:rPr>
              <w:t>Tarih ve yer</w:t>
            </w:r>
          </w:p>
        </w:tc>
        <w:tc>
          <w:tcPr>
            <w:tcW w:type="dxa" w:w="6066"/>
            <w:vAlign w:val="center"/>
            <w:tcBorders>
              <w:top w:val="single" w:sz="4" w:color="D9D9D9"/>
              <w:left w:val="single" w:sz="4" w:color="D9D9D9"/>
              <w:bottom w:val="single" w:sz="4" w:color="D9D9D9"/>
              <w:right w:val="single" w:sz="4" w:color="D9D9D9"/>
            </w:tcBorders>
            <w:tcMar>
              <w:top w:w="80" w:type="dxa"/>
              <w:bottom w:w="80" w:type="dxa"/>
              <w:left w:w="85" w:type="dxa"/>
              <w:right w:w="85" w:type="dxa"/>
            </w:tcMar>
            <w:shd w:fill="EDEDED"/>
          </w:tcPr>
          <w:p>
            <w:pPr>
              <w:spacing w:after="0" w:line="245" w:lineRule="auto"/>
            </w:pPr>
            <w:r>
              <w:rPr>
                <w:b/>
                <w:sz w:val="21"/>
              </w:rPr>
              <w:t>Olay</w:t>
            </w:r>
          </w:p>
        </w:tc>
      </w:tr>
      <w:tr>
        <w:trPr>
          <w:cantSplit/>
        </w:trPr>
        <w:tc>
          <w:tcPr>
            <w:tcW w:type="dxa" w:w="850"/>
            <w:vAlign w:val="center"/>
            <w:tcBorders>
              <w:top w:val="single" w:sz="4" w:color="D9D9D9"/>
              <w:left w:val="single" w:sz="4" w:color="D9D9D9"/>
              <w:bottom w:val="single" w:sz="4" w:color="D9D9D9"/>
              <w:right w:val="single" w:sz="4" w:color="D9D9D9"/>
            </w:tcBorders>
            <w:tcMar>
              <w:top w:w="80" w:type="dxa"/>
              <w:bottom w:w="80" w:type="dxa"/>
              <w:left w:w="85" w:type="dxa"/>
              <w:right w:w="85" w:type="dxa"/>
            </w:tcMar>
          </w:tcPr>
          <w:p>
            <w:pPr>
              <w:spacing w:after="0" w:line="245" w:lineRule="auto"/>
            </w:pPr>
            <w:r>
              <w:rPr>
                <w:b w:val="0"/>
                <w:sz w:val="21"/>
              </w:rPr>
              <w:t>[  ]</w:t>
            </w:r>
          </w:p>
        </w:tc>
        <w:tc>
          <w:tcPr>
            <w:tcW w:type="dxa" w:w="2948"/>
            <w:vAlign w:val="center"/>
            <w:tcBorders>
              <w:top w:val="single" w:sz="4" w:color="D9D9D9"/>
              <w:left w:val="single" w:sz="4" w:color="D9D9D9"/>
              <w:bottom w:val="single" w:sz="4" w:color="D9D9D9"/>
              <w:right w:val="single" w:sz="4" w:color="D9D9D9"/>
            </w:tcBorders>
            <w:tcMar>
              <w:top w:w="80" w:type="dxa"/>
              <w:bottom w:w="80" w:type="dxa"/>
              <w:left w:w="85" w:type="dxa"/>
              <w:right w:w="85" w:type="dxa"/>
            </w:tcMar>
          </w:tcPr>
          <w:p>
            <w:pPr>
              <w:spacing w:after="0" w:line="245" w:lineRule="auto"/>
            </w:pPr>
            <w:r>
              <w:rPr>
                <w:b w:val="0"/>
                <w:sz w:val="21"/>
              </w:rPr>
              <w:t>29 Ekim 1923, Ankara</w:t>
            </w:r>
          </w:p>
        </w:tc>
        <w:tc>
          <w:tcPr>
            <w:tcW w:type="dxa" w:w="6066"/>
            <w:vAlign w:val="center"/>
            <w:tcBorders>
              <w:top w:val="single" w:sz="4" w:color="D9D9D9"/>
              <w:left w:val="single" w:sz="4" w:color="D9D9D9"/>
              <w:bottom w:val="single" w:sz="4" w:color="D9D9D9"/>
              <w:right w:val="single" w:sz="4" w:color="D9D9D9"/>
            </w:tcBorders>
            <w:tcMar>
              <w:top w:w="80" w:type="dxa"/>
              <w:bottom w:w="80" w:type="dxa"/>
              <w:left w:w="85" w:type="dxa"/>
              <w:right w:w="85" w:type="dxa"/>
            </w:tcMar>
          </w:tcPr>
          <w:p>
            <w:pPr>
              <w:spacing w:after="0" w:line="245" w:lineRule="auto"/>
            </w:pPr>
            <w:r>
              <w:rPr>
                <w:b w:val="0"/>
                <w:sz w:val="21"/>
              </w:rPr>
              <w:t>Cumhuriyetin ilanı ve ilk Cumhurbaşkanının seçilmesi</w:t>
            </w:r>
          </w:p>
        </w:tc>
      </w:tr>
      <w:tr>
        <w:trPr>
          <w:cantSplit/>
        </w:trPr>
        <w:tc>
          <w:tcPr>
            <w:tcW w:type="dxa" w:w="850"/>
            <w:vAlign w:val="center"/>
            <w:tcBorders>
              <w:top w:val="single" w:sz="4" w:color="D9D9D9"/>
              <w:left w:val="single" w:sz="4" w:color="D9D9D9"/>
              <w:bottom w:val="single" w:sz="4" w:color="D9D9D9"/>
              <w:right w:val="single" w:sz="4" w:color="D9D9D9"/>
            </w:tcBorders>
            <w:tcMar>
              <w:top w:w="80" w:type="dxa"/>
              <w:bottom w:w="80" w:type="dxa"/>
              <w:left w:w="85" w:type="dxa"/>
              <w:right w:w="85" w:type="dxa"/>
            </w:tcMar>
          </w:tcPr>
          <w:p>
            <w:pPr>
              <w:spacing w:after="0" w:line="245" w:lineRule="auto"/>
            </w:pPr>
            <w:r>
              <w:rPr>
                <w:b w:val="0"/>
                <w:sz w:val="21"/>
              </w:rPr>
              <w:t>[  ]</w:t>
            </w:r>
          </w:p>
        </w:tc>
        <w:tc>
          <w:tcPr>
            <w:tcW w:type="dxa" w:w="2948"/>
            <w:vAlign w:val="center"/>
            <w:tcBorders>
              <w:top w:val="single" w:sz="4" w:color="D9D9D9"/>
              <w:left w:val="single" w:sz="4" w:color="D9D9D9"/>
              <w:bottom w:val="single" w:sz="4" w:color="D9D9D9"/>
              <w:right w:val="single" w:sz="4" w:color="D9D9D9"/>
            </w:tcBorders>
            <w:tcMar>
              <w:top w:w="80" w:type="dxa"/>
              <w:bottom w:w="80" w:type="dxa"/>
              <w:left w:w="85" w:type="dxa"/>
              <w:right w:w="85" w:type="dxa"/>
            </w:tcMar>
          </w:tcPr>
          <w:p>
            <w:pPr>
              <w:spacing w:after="0" w:line="245" w:lineRule="auto"/>
            </w:pPr>
            <w:r>
              <w:rPr>
                <w:b w:val="0"/>
                <w:sz w:val="21"/>
              </w:rPr>
              <w:t>1881, Selanik</w:t>
            </w:r>
          </w:p>
        </w:tc>
        <w:tc>
          <w:tcPr>
            <w:tcW w:type="dxa" w:w="6066"/>
            <w:vAlign w:val="center"/>
            <w:tcBorders>
              <w:top w:val="single" w:sz="4" w:color="D9D9D9"/>
              <w:left w:val="single" w:sz="4" w:color="D9D9D9"/>
              <w:bottom w:val="single" w:sz="4" w:color="D9D9D9"/>
              <w:right w:val="single" w:sz="4" w:color="D9D9D9"/>
            </w:tcBorders>
            <w:tcMar>
              <w:top w:w="80" w:type="dxa"/>
              <w:bottom w:w="80" w:type="dxa"/>
              <w:left w:w="85" w:type="dxa"/>
              <w:right w:w="85" w:type="dxa"/>
            </w:tcMar>
          </w:tcPr>
          <w:p>
            <w:pPr>
              <w:spacing w:after="0" w:line="245" w:lineRule="auto"/>
            </w:pPr>
            <w:r>
              <w:rPr>
                <w:b w:val="0"/>
                <w:sz w:val="21"/>
              </w:rPr>
              <w:t>Mustafa Kemal Atatürk’ün doğumu</w:t>
            </w:r>
          </w:p>
        </w:tc>
      </w:tr>
      <w:tr>
        <w:trPr>
          <w:cantSplit/>
        </w:trPr>
        <w:tc>
          <w:tcPr>
            <w:tcW w:type="dxa" w:w="850"/>
            <w:vAlign w:val="center"/>
            <w:tcBorders>
              <w:top w:val="single" w:sz="4" w:color="D9D9D9"/>
              <w:left w:val="single" w:sz="4" w:color="D9D9D9"/>
              <w:bottom w:val="single" w:sz="4" w:color="D9D9D9"/>
              <w:right w:val="single" w:sz="4" w:color="D9D9D9"/>
            </w:tcBorders>
            <w:tcMar>
              <w:top w:w="80" w:type="dxa"/>
              <w:bottom w:w="80" w:type="dxa"/>
              <w:left w:w="85" w:type="dxa"/>
              <w:right w:w="85" w:type="dxa"/>
            </w:tcMar>
          </w:tcPr>
          <w:p>
            <w:pPr>
              <w:spacing w:after="0" w:line="245" w:lineRule="auto"/>
            </w:pPr>
            <w:r>
              <w:rPr>
                <w:b w:val="0"/>
                <w:sz w:val="21"/>
              </w:rPr>
              <w:t>[  ]</w:t>
            </w:r>
          </w:p>
        </w:tc>
        <w:tc>
          <w:tcPr>
            <w:tcW w:type="dxa" w:w="2948"/>
            <w:vAlign w:val="center"/>
            <w:tcBorders>
              <w:top w:val="single" w:sz="4" w:color="D9D9D9"/>
              <w:left w:val="single" w:sz="4" w:color="D9D9D9"/>
              <w:bottom w:val="single" w:sz="4" w:color="D9D9D9"/>
              <w:right w:val="single" w:sz="4" w:color="D9D9D9"/>
            </w:tcBorders>
            <w:tcMar>
              <w:top w:w="80" w:type="dxa"/>
              <w:bottom w:w="80" w:type="dxa"/>
              <w:left w:w="85" w:type="dxa"/>
              <w:right w:w="85" w:type="dxa"/>
            </w:tcMar>
          </w:tcPr>
          <w:p>
            <w:pPr>
              <w:spacing w:after="0" w:line="245" w:lineRule="auto"/>
            </w:pPr>
            <w:r>
              <w:rPr>
                <w:b w:val="0"/>
                <w:sz w:val="21"/>
              </w:rPr>
              <w:t>23 Nisan 1920, Ankara</w:t>
            </w:r>
          </w:p>
        </w:tc>
        <w:tc>
          <w:tcPr>
            <w:tcW w:type="dxa" w:w="6066"/>
            <w:vAlign w:val="center"/>
            <w:tcBorders>
              <w:top w:val="single" w:sz="4" w:color="D9D9D9"/>
              <w:left w:val="single" w:sz="4" w:color="D9D9D9"/>
              <w:bottom w:val="single" w:sz="4" w:color="D9D9D9"/>
              <w:right w:val="single" w:sz="4" w:color="D9D9D9"/>
            </w:tcBorders>
            <w:tcMar>
              <w:top w:w="80" w:type="dxa"/>
              <w:bottom w:w="80" w:type="dxa"/>
              <w:left w:w="85" w:type="dxa"/>
              <w:right w:w="85" w:type="dxa"/>
            </w:tcMar>
          </w:tcPr>
          <w:p>
            <w:pPr>
              <w:spacing w:after="0" w:line="245" w:lineRule="auto"/>
            </w:pPr>
            <w:r>
              <w:rPr>
                <w:b w:val="0"/>
                <w:sz w:val="21"/>
              </w:rPr>
              <w:t>Türkiye Büyük Millet Meclisinin açılması</w:t>
            </w:r>
          </w:p>
        </w:tc>
      </w:tr>
      <w:tr>
        <w:trPr>
          <w:cantSplit/>
        </w:trPr>
        <w:tc>
          <w:tcPr>
            <w:tcW w:type="dxa" w:w="850"/>
            <w:vAlign w:val="center"/>
            <w:tcBorders>
              <w:top w:val="single" w:sz="4" w:color="D9D9D9"/>
              <w:left w:val="single" w:sz="4" w:color="D9D9D9"/>
              <w:bottom w:val="single" w:sz="4" w:color="D9D9D9"/>
              <w:right w:val="single" w:sz="4" w:color="D9D9D9"/>
            </w:tcBorders>
            <w:tcMar>
              <w:top w:w="80" w:type="dxa"/>
              <w:bottom w:w="80" w:type="dxa"/>
              <w:left w:w="85" w:type="dxa"/>
              <w:right w:w="85" w:type="dxa"/>
            </w:tcMar>
          </w:tcPr>
          <w:p>
            <w:pPr>
              <w:spacing w:after="0" w:line="245" w:lineRule="auto"/>
            </w:pPr>
            <w:r>
              <w:rPr>
                <w:b w:val="0"/>
                <w:sz w:val="21"/>
              </w:rPr>
              <w:t>[  ]</w:t>
            </w:r>
          </w:p>
        </w:tc>
        <w:tc>
          <w:tcPr>
            <w:tcW w:type="dxa" w:w="2948"/>
            <w:vAlign w:val="center"/>
            <w:tcBorders>
              <w:top w:val="single" w:sz="4" w:color="D9D9D9"/>
              <w:left w:val="single" w:sz="4" w:color="D9D9D9"/>
              <w:bottom w:val="single" w:sz="4" w:color="D9D9D9"/>
              <w:right w:val="single" w:sz="4" w:color="D9D9D9"/>
            </w:tcBorders>
            <w:tcMar>
              <w:top w:w="80" w:type="dxa"/>
              <w:bottom w:w="80" w:type="dxa"/>
              <w:left w:w="85" w:type="dxa"/>
              <w:right w:w="85" w:type="dxa"/>
            </w:tcMar>
          </w:tcPr>
          <w:p>
            <w:pPr>
              <w:spacing w:after="0" w:line="245" w:lineRule="auto"/>
            </w:pPr>
            <w:r>
              <w:rPr>
                <w:b w:val="0"/>
                <w:sz w:val="21"/>
              </w:rPr>
              <w:t>1915, Çanakkale</w:t>
            </w:r>
          </w:p>
        </w:tc>
        <w:tc>
          <w:tcPr>
            <w:tcW w:type="dxa" w:w="6066"/>
            <w:vAlign w:val="center"/>
            <w:tcBorders>
              <w:top w:val="single" w:sz="4" w:color="D9D9D9"/>
              <w:left w:val="single" w:sz="4" w:color="D9D9D9"/>
              <w:bottom w:val="single" w:sz="4" w:color="D9D9D9"/>
              <w:right w:val="single" w:sz="4" w:color="D9D9D9"/>
            </w:tcBorders>
            <w:tcMar>
              <w:top w:w="80" w:type="dxa"/>
              <w:bottom w:w="80" w:type="dxa"/>
              <w:left w:w="85" w:type="dxa"/>
              <w:right w:w="85" w:type="dxa"/>
            </w:tcMar>
          </w:tcPr>
          <w:p>
            <w:pPr>
              <w:spacing w:after="0" w:line="245" w:lineRule="auto"/>
            </w:pPr>
            <w:r>
              <w:rPr>
                <w:b w:val="0"/>
                <w:sz w:val="21"/>
              </w:rPr>
              <w:t>Çanakkale Savaşları’nda görev yapması</w:t>
            </w:r>
          </w:p>
        </w:tc>
      </w:tr>
      <w:tr>
        <w:trPr>
          <w:cantSplit/>
        </w:trPr>
        <w:tc>
          <w:tcPr>
            <w:tcW w:type="dxa" w:w="850"/>
            <w:vAlign w:val="center"/>
            <w:tcBorders>
              <w:top w:val="single" w:sz="4" w:color="D9D9D9"/>
              <w:left w:val="single" w:sz="4" w:color="D9D9D9"/>
              <w:bottom w:val="single" w:sz="4" w:color="D9D9D9"/>
              <w:right w:val="single" w:sz="4" w:color="D9D9D9"/>
            </w:tcBorders>
            <w:tcMar>
              <w:top w:w="80" w:type="dxa"/>
              <w:bottom w:w="80" w:type="dxa"/>
              <w:left w:w="85" w:type="dxa"/>
              <w:right w:w="85" w:type="dxa"/>
            </w:tcMar>
          </w:tcPr>
          <w:p>
            <w:pPr>
              <w:spacing w:after="0" w:line="245" w:lineRule="auto"/>
            </w:pPr>
            <w:r>
              <w:rPr>
                <w:b w:val="0"/>
                <w:sz w:val="21"/>
              </w:rPr>
              <w:t>[  ]</w:t>
            </w:r>
          </w:p>
        </w:tc>
        <w:tc>
          <w:tcPr>
            <w:tcW w:type="dxa" w:w="2948"/>
            <w:vAlign w:val="center"/>
            <w:tcBorders>
              <w:top w:val="single" w:sz="4" w:color="D9D9D9"/>
              <w:left w:val="single" w:sz="4" w:color="D9D9D9"/>
              <w:bottom w:val="single" w:sz="4" w:color="D9D9D9"/>
              <w:right w:val="single" w:sz="4" w:color="D9D9D9"/>
            </w:tcBorders>
            <w:tcMar>
              <w:top w:w="80" w:type="dxa"/>
              <w:bottom w:w="80" w:type="dxa"/>
              <w:left w:w="85" w:type="dxa"/>
              <w:right w:w="85" w:type="dxa"/>
            </w:tcMar>
          </w:tcPr>
          <w:p>
            <w:pPr>
              <w:spacing w:after="0" w:line="245" w:lineRule="auto"/>
            </w:pPr>
            <w:r>
              <w:rPr>
                <w:b w:val="0"/>
                <w:sz w:val="21"/>
              </w:rPr>
              <w:t>19 Mayıs 1919, Samsun</w:t>
            </w:r>
          </w:p>
        </w:tc>
        <w:tc>
          <w:tcPr>
            <w:tcW w:type="dxa" w:w="6066"/>
            <w:vAlign w:val="center"/>
            <w:tcBorders>
              <w:top w:val="single" w:sz="4" w:color="D9D9D9"/>
              <w:left w:val="single" w:sz="4" w:color="D9D9D9"/>
              <w:bottom w:val="single" w:sz="4" w:color="D9D9D9"/>
              <w:right w:val="single" w:sz="4" w:color="D9D9D9"/>
            </w:tcBorders>
            <w:tcMar>
              <w:top w:w="80" w:type="dxa"/>
              <w:bottom w:w="80" w:type="dxa"/>
              <w:left w:w="85" w:type="dxa"/>
              <w:right w:w="85" w:type="dxa"/>
            </w:tcMar>
          </w:tcPr>
          <w:p>
            <w:pPr>
              <w:spacing w:after="0" w:line="245" w:lineRule="auto"/>
            </w:pPr>
            <w:r>
              <w:rPr>
                <w:b w:val="0"/>
                <w:sz w:val="21"/>
              </w:rPr>
              <w:t>Samsun’a çıkışı</w:t>
            </w:r>
          </w:p>
        </w:tc>
      </w:tr>
    </w:tbl>
    <w:p>
      <w:pPr>
        <w:pStyle w:val="Heading2"/>
      </w:pPr>
      <w:r>
        <w:t>2 Metni anlama ve yorumlama</w:t>
      </w:r>
    </w:p>
    <w:p>
      <w:r>
        <w:t>1. Atatürk’ün öğrenim gördüğü iki okulun adını yaz.</w:t>
      </w:r>
    </w:p>
    <w:p>
      <w:pPr>
        <w:spacing w:after="120"/>
      </w:pPr>
      <w:r>
        <w:t>........................................................................................................</w:t>
      </w:r>
    </w:p>
    <w:p>
      <w:r>
        <w:t>2. Metinden Atatürk’ün vatanı için yaptığı bir çalışmayı seç ve anlat.</w:t>
      </w:r>
    </w:p>
    <w:p>
      <w:pPr>
        <w:spacing w:after="120"/>
      </w:pPr>
      <w:r>
        <w:t>........................................................................................................</w:t>
      </w:r>
    </w:p>
    <w:p>
      <w:pPr>
        <w:spacing w:after="120"/>
      </w:pPr>
      <w:r>
        <w:t>........................................................................................................</w:t>
      </w:r>
    </w:p>
    <w:p>
      <w:r>
        <w:t>3. Bir sorun çözerken bilimsel bilgiden yararlanmak neden önemlidir?</w:t>
      </w:r>
    </w:p>
    <w:p>
      <w:pPr>
        <w:spacing w:after="120"/>
      </w:pPr>
      <w:r>
        <w:t>........................................................................................................</w:t>
      </w:r>
    </w:p>
    <w:p>
      <w:pPr>
        <w:spacing w:after="120"/>
      </w:pPr>
      <w:r>
        <w:t>........................................................................................................</w:t>
      </w:r>
    </w:p>
    <w:p>
      <w:r>
        <w:br w:type="page"/>
      </w:r>
    </w:p>
    <w:p>
      <w:pPr>
        <w:pStyle w:val="Heading2"/>
      </w:pPr>
      <w:r>
        <w:t>3 Atatürk ilkelerini eşleştirme</w:t>
      </w:r>
    </w:p>
    <w:p>
      <w:r>
        <w:t>Aşağıdaki açıklamaların harfini uygun ilkenin karşısına yaz. Aynı harfi bir kez kullan.</w:t>
      </w:r>
    </w:p>
    <w:p>
      <w:r>
        <w:t>A. Din ve devlet işlerinin birbirinden ayrılması</w:t>
        <w:br/>
        <w:t>B. Milletini sevmek ve milletin birliğini savunmak</w:t>
        <w:br/>
        <w:t>C. Halkın kendi kendini yönetmesi ve millî egemenlik</w:t>
        <w:br/>
        <w:t>D. Vatandaşların haklarda ve kanun önünde eşitliği</w:t>
      </w:r>
    </w:p>
    <w:tbl>
      <w:tblPr>
        <w:tblW w:type="auto" w:w="0"/>
        <w:jc w:val="center"/>
        <w:tblLayout w:type="fixed"/>
        <w:tblLook w:firstColumn="1" w:firstRow="1" w:lastColumn="0" w:lastRow="0" w:noHBand="0" w:noVBand="1" w:val="04A0"/>
      </w:tblPr>
      <w:tblGrid>
        <w:gridCol w:w="6236"/>
        <w:gridCol w:w="3628"/>
      </w:tblGrid>
      <w:tr>
        <w:trPr>
          <w:cantSplit/>
          <w:tblHeader/>
        </w:trPr>
        <w:tc>
          <w:tcPr>
            <w:tcW w:type="dxa" w:w="6236"/>
            <w:vAlign w:val="center"/>
            <w:tcBorders>
              <w:top w:val="single" w:sz="4" w:color="D9D9D9"/>
              <w:left w:val="single" w:sz="4" w:color="D9D9D9"/>
              <w:bottom w:val="single" w:sz="4" w:color="D9D9D9"/>
              <w:right w:val="single" w:sz="4" w:color="D9D9D9"/>
            </w:tcBorders>
            <w:tcMar>
              <w:top w:w="80" w:type="dxa"/>
              <w:bottom w:w="80" w:type="dxa"/>
              <w:left w:w="85" w:type="dxa"/>
              <w:right w:w="85" w:type="dxa"/>
            </w:tcMar>
            <w:shd w:fill="EDEDED"/>
          </w:tcPr>
          <w:p>
            <w:pPr>
              <w:spacing w:after="0" w:line="245" w:lineRule="auto"/>
            </w:pPr>
            <w:r>
              <w:rPr>
                <w:b/>
                <w:sz w:val="21"/>
              </w:rPr>
              <w:t>İlke</w:t>
            </w:r>
          </w:p>
        </w:tc>
        <w:tc>
          <w:tcPr>
            <w:tcW w:type="dxa" w:w="3628"/>
            <w:vAlign w:val="center"/>
            <w:tcBorders>
              <w:top w:val="single" w:sz="4" w:color="D9D9D9"/>
              <w:left w:val="single" w:sz="4" w:color="D9D9D9"/>
              <w:bottom w:val="single" w:sz="4" w:color="D9D9D9"/>
              <w:right w:val="single" w:sz="4" w:color="D9D9D9"/>
            </w:tcBorders>
            <w:tcMar>
              <w:top w:w="80" w:type="dxa"/>
              <w:bottom w:w="80" w:type="dxa"/>
              <w:left w:w="85" w:type="dxa"/>
              <w:right w:w="85" w:type="dxa"/>
            </w:tcMar>
            <w:shd w:fill="EDEDED"/>
          </w:tcPr>
          <w:p>
            <w:pPr>
              <w:spacing w:after="0" w:line="245" w:lineRule="auto"/>
            </w:pPr>
            <w:r>
              <w:rPr>
                <w:b/>
                <w:sz w:val="21"/>
              </w:rPr>
              <w:t>Açıklamanın harfi</w:t>
            </w:r>
          </w:p>
        </w:tc>
      </w:tr>
      <w:tr>
        <w:trPr>
          <w:cantSplit/>
        </w:trPr>
        <w:tc>
          <w:tcPr>
            <w:tcW w:type="dxa" w:w="6236"/>
            <w:vAlign w:val="center"/>
            <w:tcBorders>
              <w:top w:val="single" w:sz="4" w:color="D9D9D9"/>
              <w:left w:val="single" w:sz="4" w:color="D9D9D9"/>
              <w:bottom w:val="single" w:sz="4" w:color="D9D9D9"/>
              <w:right w:val="single" w:sz="4" w:color="D9D9D9"/>
            </w:tcBorders>
            <w:tcMar>
              <w:top w:w="80" w:type="dxa"/>
              <w:bottom w:w="80" w:type="dxa"/>
              <w:left w:w="85" w:type="dxa"/>
              <w:right w:w="85" w:type="dxa"/>
            </w:tcMar>
          </w:tcPr>
          <w:p>
            <w:pPr>
              <w:spacing w:after="0" w:line="245" w:lineRule="auto"/>
            </w:pPr>
            <w:r>
              <w:rPr>
                <w:b w:val="0"/>
                <w:sz w:val="21"/>
              </w:rPr>
              <w:t>Cumhuriyetçilik</w:t>
            </w:r>
          </w:p>
        </w:tc>
        <w:tc>
          <w:tcPr>
            <w:tcW w:type="dxa" w:w="3628"/>
            <w:vAlign w:val="center"/>
            <w:tcBorders>
              <w:top w:val="single" w:sz="4" w:color="D9D9D9"/>
              <w:left w:val="single" w:sz="4" w:color="D9D9D9"/>
              <w:bottom w:val="single" w:sz="4" w:color="D9D9D9"/>
              <w:right w:val="single" w:sz="4" w:color="D9D9D9"/>
            </w:tcBorders>
            <w:tcMar>
              <w:top w:w="80" w:type="dxa"/>
              <w:bottom w:w="80" w:type="dxa"/>
              <w:left w:w="85" w:type="dxa"/>
              <w:right w:w="85" w:type="dxa"/>
            </w:tcMar>
          </w:tcPr>
          <w:p>
            <w:pPr>
              <w:spacing w:after="0" w:line="245" w:lineRule="auto"/>
            </w:pPr>
            <w:r>
              <w:rPr>
                <w:b w:val="0"/>
                <w:sz w:val="21"/>
              </w:rPr>
              <w:t>[  ]</w:t>
            </w:r>
          </w:p>
        </w:tc>
      </w:tr>
      <w:tr>
        <w:trPr>
          <w:cantSplit/>
        </w:trPr>
        <w:tc>
          <w:tcPr>
            <w:tcW w:type="dxa" w:w="6236"/>
            <w:vAlign w:val="center"/>
            <w:tcBorders>
              <w:top w:val="single" w:sz="4" w:color="D9D9D9"/>
              <w:left w:val="single" w:sz="4" w:color="D9D9D9"/>
              <w:bottom w:val="single" w:sz="4" w:color="D9D9D9"/>
              <w:right w:val="single" w:sz="4" w:color="D9D9D9"/>
            </w:tcBorders>
            <w:tcMar>
              <w:top w:w="80" w:type="dxa"/>
              <w:bottom w:w="80" w:type="dxa"/>
              <w:left w:w="85" w:type="dxa"/>
              <w:right w:w="85" w:type="dxa"/>
            </w:tcMar>
          </w:tcPr>
          <w:p>
            <w:pPr>
              <w:spacing w:after="0" w:line="245" w:lineRule="auto"/>
            </w:pPr>
            <w:r>
              <w:rPr>
                <w:b w:val="0"/>
                <w:sz w:val="21"/>
              </w:rPr>
              <w:t>Milliyetçilik</w:t>
            </w:r>
          </w:p>
        </w:tc>
        <w:tc>
          <w:tcPr>
            <w:tcW w:type="dxa" w:w="3628"/>
            <w:vAlign w:val="center"/>
            <w:tcBorders>
              <w:top w:val="single" w:sz="4" w:color="D9D9D9"/>
              <w:left w:val="single" w:sz="4" w:color="D9D9D9"/>
              <w:bottom w:val="single" w:sz="4" w:color="D9D9D9"/>
              <w:right w:val="single" w:sz="4" w:color="D9D9D9"/>
            </w:tcBorders>
            <w:tcMar>
              <w:top w:w="80" w:type="dxa"/>
              <w:bottom w:w="80" w:type="dxa"/>
              <w:left w:w="85" w:type="dxa"/>
              <w:right w:w="85" w:type="dxa"/>
            </w:tcMar>
          </w:tcPr>
          <w:p>
            <w:pPr>
              <w:spacing w:after="0" w:line="245" w:lineRule="auto"/>
            </w:pPr>
            <w:r>
              <w:rPr>
                <w:b w:val="0"/>
                <w:sz w:val="21"/>
              </w:rPr>
              <w:t>[  ]</w:t>
            </w:r>
          </w:p>
        </w:tc>
      </w:tr>
      <w:tr>
        <w:trPr>
          <w:cantSplit/>
        </w:trPr>
        <w:tc>
          <w:tcPr>
            <w:tcW w:type="dxa" w:w="6236"/>
            <w:vAlign w:val="center"/>
            <w:tcBorders>
              <w:top w:val="single" w:sz="4" w:color="D9D9D9"/>
              <w:left w:val="single" w:sz="4" w:color="D9D9D9"/>
              <w:bottom w:val="single" w:sz="4" w:color="D9D9D9"/>
              <w:right w:val="single" w:sz="4" w:color="D9D9D9"/>
            </w:tcBorders>
            <w:tcMar>
              <w:top w:w="80" w:type="dxa"/>
              <w:bottom w:w="80" w:type="dxa"/>
              <w:left w:w="85" w:type="dxa"/>
              <w:right w:w="85" w:type="dxa"/>
            </w:tcMar>
          </w:tcPr>
          <w:p>
            <w:pPr>
              <w:spacing w:after="0" w:line="245" w:lineRule="auto"/>
            </w:pPr>
            <w:r>
              <w:rPr>
                <w:b w:val="0"/>
                <w:sz w:val="21"/>
              </w:rPr>
              <w:t>Halkçılık</w:t>
            </w:r>
          </w:p>
        </w:tc>
        <w:tc>
          <w:tcPr>
            <w:tcW w:type="dxa" w:w="3628"/>
            <w:vAlign w:val="center"/>
            <w:tcBorders>
              <w:top w:val="single" w:sz="4" w:color="D9D9D9"/>
              <w:left w:val="single" w:sz="4" w:color="D9D9D9"/>
              <w:bottom w:val="single" w:sz="4" w:color="D9D9D9"/>
              <w:right w:val="single" w:sz="4" w:color="D9D9D9"/>
            </w:tcBorders>
            <w:tcMar>
              <w:top w:w="80" w:type="dxa"/>
              <w:bottom w:w="80" w:type="dxa"/>
              <w:left w:w="85" w:type="dxa"/>
              <w:right w:w="85" w:type="dxa"/>
            </w:tcMar>
          </w:tcPr>
          <w:p>
            <w:pPr>
              <w:spacing w:after="0" w:line="245" w:lineRule="auto"/>
            </w:pPr>
            <w:r>
              <w:rPr>
                <w:b w:val="0"/>
                <w:sz w:val="21"/>
              </w:rPr>
              <w:t>[  ]</w:t>
            </w:r>
          </w:p>
        </w:tc>
      </w:tr>
      <w:tr>
        <w:trPr>
          <w:cantSplit/>
        </w:trPr>
        <w:tc>
          <w:tcPr>
            <w:tcW w:type="dxa" w:w="6236"/>
            <w:vAlign w:val="center"/>
            <w:tcBorders>
              <w:top w:val="single" w:sz="4" w:color="D9D9D9"/>
              <w:left w:val="single" w:sz="4" w:color="D9D9D9"/>
              <w:bottom w:val="single" w:sz="4" w:color="D9D9D9"/>
              <w:right w:val="single" w:sz="4" w:color="D9D9D9"/>
            </w:tcBorders>
            <w:tcMar>
              <w:top w:w="80" w:type="dxa"/>
              <w:bottom w:w="80" w:type="dxa"/>
              <w:left w:w="85" w:type="dxa"/>
              <w:right w:w="85" w:type="dxa"/>
            </w:tcMar>
          </w:tcPr>
          <w:p>
            <w:pPr>
              <w:spacing w:after="0" w:line="245" w:lineRule="auto"/>
            </w:pPr>
            <w:r>
              <w:rPr>
                <w:b w:val="0"/>
                <w:sz w:val="21"/>
              </w:rPr>
              <w:t>Laiklik</w:t>
            </w:r>
          </w:p>
        </w:tc>
        <w:tc>
          <w:tcPr>
            <w:tcW w:type="dxa" w:w="3628"/>
            <w:vAlign w:val="center"/>
            <w:tcBorders>
              <w:top w:val="single" w:sz="4" w:color="D9D9D9"/>
              <w:left w:val="single" w:sz="4" w:color="D9D9D9"/>
              <w:bottom w:val="single" w:sz="4" w:color="D9D9D9"/>
              <w:right w:val="single" w:sz="4" w:color="D9D9D9"/>
            </w:tcBorders>
            <w:tcMar>
              <w:top w:w="80" w:type="dxa"/>
              <w:bottom w:w="80" w:type="dxa"/>
              <w:left w:w="85" w:type="dxa"/>
              <w:right w:w="85" w:type="dxa"/>
            </w:tcMar>
          </w:tcPr>
          <w:p>
            <w:pPr>
              <w:spacing w:after="0" w:line="245" w:lineRule="auto"/>
            </w:pPr>
            <w:r>
              <w:rPr>
                <w:b w:val="0"/>
                <w:sz w:val="21"/>
              </w:rPr>
              <w:t>[  ]</w:t>
            </w:r>
          </w:p>
        </w:tc>
      </w:tr>
    </w:tbl>
    <w:p>
      <w:pPr>
        <w:pStyle w:val="Heading2"/>
      </w:pPr>
      <w:r>
        <w:t>4 Doğru yanlış ve gerekçe</w:t>
      </w:r>
    </w:p>
    <w:p>
      <w:r>
        <w:t>Her cümlenin yanına D veya Y yaz. Yanlış cümleyi altında düzelt.</w:t>
      </w:r>
    </w:p>
    <w:p>
      <w:r>
        <w:t>[  ] Mustafa Kemal, Kemal adını Selanik Askerî Rüştiyesindeki matematik öğretmeninden aldı.</w:t>
      </w:r>
    </w:p>
    <w:p>
      <w:pPr>
        <w:spacing w:after="120"/>
      </w:pPr>
      <w:r>
        <w:t>........................................................................................................</w:t>
      </w:r>
    </w:p>
    <w:p>
      <w:r>
        <w:t>[  ] Millî Mücadele 29 Ekim 1923’te başladı.</w:t>
      </w:r>
    </w:p>
    <w:p>
      <w:pPr>
        <w:spacing w:after="120"/>
      </w:pPr>
      <w:r>
        <w:t>........................................................................................................</w:t>
      </w:r>
    </w:p>
    <w:p>
      <w:r>
        <w:t>[  ] Türkiye Büyük Millet Meclisi 23 Nisan 1920’de Ankara’da açıldı.</w:t>
      </w:r>
    </w:p>
    <w:p>
      <w:pPr>
        <w:spacing w:after="120"/>
      </w:pPr>
      <w:r>
        <w:t>........................................................................................................</w:t>
      </w:r>
    </w:p>
    <w:p>
      <w:r>
        <w:t>Bugün sınıfımızda eşit davranmaya bir örnek:</w:t>
      </w:r>
    </w:p>
    <w:p>
      <w:pPr>
        <w:spacing w:after="120"/>
      </w:pPr>
      <w:r>
        <w:t>........................................................................................................</w:t>
      </w:r>
    </w:p>
    <w:p>
      <w:pPr>
        <w:spacing w:after="120"/>
      </w:pPr>
      <w:r>
        <w:t>........................................................................................................</w:t>
      </w:r>
    </w:p>
    <w:p>
      <w:pPr>
        <w:pStyle w:val="Heading2"/>
      </w:pPr>
      <w:r>
        <w:t>Maarif Modeli Öz Değerlendirme</w:t>
      </w:r>
    </w:p>
    <w:p>
      <w:r>
        <w:t>Her satırda bir kutuyu işaretle. Yardım gereken bir konuyu öğretmeninle paylaş.</w:t>
      </w:r>
    </w:p>
    <w:tbl>
      <w:tblPr>
        <w:tblW w:type="auto" w:w="0"/>
        <w:jc w:val="center"/>
        <w:tblLayout w:type="fixed"/>
        <w:tblLook w:firstColumn="1" w:firstRow="1" w:lastColumn="0" w:lastRow="0" w:noHBand="0" w:noVBand="1" w:val="04A0"/>
      </w:tblPr>
      <w:tblGrid>
        <w:gridCol w:w="6236"/>
        <w:gridCol w:w="1814"/>
        <w:gridCol w:w="1814"/>
      </w:tblGrid>
      <w:tr>
        <w:trPr>
          <w:cantSplit/>
          <w:tblHeader/>
        </w:trPr>
        <w:tc>
          <w:tcPr>
            <w:tcW w:type="dxa" w:w="6236"/>
            <w:vAlign w:val="center"/>
            <w:tcBorders>
              <w:top w:val="single" w:sz="4" w:color="D9D9D9"/>
              <w:left w:val="single" w:sz="4" w:color="D9D9D9"/>
              <w:bottom w:val="single" w:sz="4" w:color="D9D9D9"/>
              <w:right w:val="single" w:sz="4" w:color="D9D9D9"/>
            </w:tcBorders>
            <w:tcMar>
              <w:top w:w="80" w:type="dxa"/>
              <w:bottom w:w="80" w:type="dxa"/>
              <w:left w:w="85" w:type="dxa"/>
              <w:right w:w="85" w:type="dxa"/>
            </w:tcMar>
            <w:shd w:fill="EDEDED"/>
          </w:tcPr>
          <w:p>
            <w:pPr>
              <w:spacing w:after="0" w:line="245" w:lineRule="auto"/>
            </w:pPr>
            <w:r>
              <w:rPr>
                <w:b/>
                <w:sz w:val="21"/>
              </w:rPr>
              <w:t>Yapabildiğim çalışma</w:t>
            </w:r>
          </w:p>
        </w:tc>
        <w:tc>
          <w:tcPr>
            <w:tcW w:type="dxa" w:w="1814"/>
            <w:vAlign w:val="center"/>
            <w:tcBorders>
              <w:top w:val="single" w:sz="4" w:color="D9D9D9"/>
              <w:left w:val="single" w:sz="4" w:color="D9D9D9"/>
              <w:bottom w:val="single" w:sz="4" w:color="D9D9D9"/>
              <w:right w:val="single" w:sz="4" w:color="D9D9D9"/>
            </w:tcBorders>
            <w:tcMar>
              <w:top w:w="80" w:type="dxa"/>
              <w:bottom w:w="80" w:type="dxa"/>
              <w:left w:w="85" w:type="dxa"/>
              <w:right w:w="85" w:type="dxa"/>
            </w:tcMar>
            <w:shd w:fill="EDEDED"/>
          </w:tcPr>
          <w:p>
            <w:pPr>
              <w:spacing w:after="0" w:line="245" w:lineRule="auto"/>
            </w:pPr>
            <w:r>
              <w:rPr>
                <w:b/>
                <w:sz w:val="21"/>
              </w:rPr>
              <w:t>Kendi başıma</w:t>
            </w:r>
          </w:p>
        </w:tc>
        <w:tc>
          <w:tcPr>
            <w:tcW w:type="dxa" w:w="1814"/>
            <w:vAlign w:val="center"/>
            <w:tcBorders>
              <w:top w:val="single" w:sz="4" w:color="D9D9D9"/>
              <w:left w:val="single" w:sz="4" w:color="D9D9D9"/>
              <w:bottom w:val="single" w:sz="4" w:color="D9D9D9"/>
              <w:right w:val="single" w:sz="4" w:color="D9D9D9"/>
            </w:tcBorders>
            <w:tcMar>
              <w:top w:w="80" w:type="dxa"/>
              <w:bottom w:w="80" w:type="dxa"/>
              <w:left w:w="85" w:type="dxa"/>
              <w:right w:w="85" w:type="dxa"/>
            </w:tcMar>
            <w:shd w:fill="EDEDED"/>
          </w:tcPr>
          <w:p>
            <w:pPr>
              <w:spacing w:after="0" w:line="245" w:lineRule="auto"/>
            </w:pPr>
            <w:r>
              <w:rPr>
                <w:b/>
                <w:sz w:val="21"/>
              </w:rPr>
              <w:t>Yardımla</w:t>
            </w:r>
          </w:p>
        </w:tc>
      </w:tr>
      <w:tr>
        <w:trPr>
          <w:cantSplit/>
        </w:trPr>
        <w:tc>
          <w:tcPr>
            <w:tcW w:type="dxa" w:w="6236"/>
            <w:vAlign w:val="center"/>
            <w:tcBorders>
              <w:top w:val="single" w:sz="4" w:color="D9D9D9"/>
              <w:left w:val="single" w:sz="4" w:color="D9D9D9"/>
              <w:bottom w:val="single" w:sz="4" w:color="D9D9D9"/>
              <w:right w:val="single" w:sz="4" w:color="D9D9D9"/>
            </w:tcBorders>
            <w:tcMar>
              <w:top w:w="80" w:type="dxa"/>
              <w:bottom w:w="80" w:type="dxa"/>
              <w:left w:w="85" w:type="dxa"/>
              <w:right w:w="85" w:type="dxa"/>
            </w:tcMar>
          </w:tcPr>
          <w:p>
            <w:pPr>
              <w:spacing w:after="0" w:line="245" w:lineRule="auto"/>
            </w:pPr>
            <w:r>
              <w:rPr>
                <w:b w:val="0"/>
                <w:sz w:val="21"/>
              </w:rPr>
              <w:t>Önemli olayları tarih sırasına koydum.</w:t>
            </w:r>
          </w:p>
        </w:tc>
        <w:tc>
          <w:tcPr>
            <w:tcW w:type="dxa" w:w="1814"/>
            <w:vAlign w:val="center"/>
            <w:tcBorders>
              <w:top w:val="single" w:sz="4" w:color="D9D9D9"/>
              <w:left w:val="single" w:sz="4" w:color="D9D9D9"/>
              <w:bottom w:val="single" w:sz="4" w:color="D9D9D9"/>
              <w:right w:val="single" w:sz="4" w:color="D9D9D9"/>
            </w:tcBorders>
            <w:tcMar>
              <w:top w:w="80" w:type="dxa"/>
              <w:bottom w:w="80" w:type="dxa"/>
              <w:left w:w="85" w:type="dxa"/>
              <w:right w:w="85" w:type="dxa"/>
            </w:tcMar>
          </w:tcPr>
          <w:p>
            <w:pPr>
              <w:spacing w:after="0" w:line="245" w:lineRule="auto"/>
            </w:pPr>
            <w:r>
              <w:rPr>
                <w:b w:val="0"/>
                <w:sz w:val="21"/>
              </w:rPr>
              <w:t>[  ]</w:t>
            </w:r>
          </w:p>
        </w:tc>
        <w:tc>
          <w:tcPr>
            <w:tcW w:type="dxa" w:w="1814"/>
            <w:vAlign w:val="center"/>
            <w:tcBorders>
              <w:top w:val="single" w:sz="4" w:color="D9D9D9"/>
              <w:left w:val="single" w:sz="4" w:color="D9D9D9"/>
              <w:bottom w:val="single" w:sz="4" w:color="D9D9D9"/>
              <w:right w:val="single" w:sz="4" w:color="D9D9D9"/>
            </w:tcBorders>
            <w:tcMar>
              <w:top w:w="80" w:type="dxa"/>
              <w:bottom w:w="80" w:type="dxa"/>
              <w:left w:w="85" w:type="dxa"/>
              <w:right w:w="85" w:type="dxa"/>
            </w:tcMar>
          </w:tcPr>
          <w:p>
            <w:pPr>
              <w:spacing w:after="0" w:line="245" w:lineRule="auto"/>
            </w:pPr>
            <w:r>
              <w:rPr>
                <w:b w:val="0"/>
                <w:sz w:val="21"/>
              </w:rPr>
              <w:t>[  ]</w:t>
            </w:r>
          </w:p>
        </w:tc>
      </w:tr>
      <w:tr>
        <w:trPr>
          <w:cantSplit/>
        </w:trPr>
        <w:tc>
          <w:tcPr>
            <w:tcW w:type="dxa" w:w="6236"/>
            <w:vAlign w:val="center"/>
            <w:tcBorders>
              <w:top w:val="single" w:sz="4" w:color="D9D9D9"/>
              <w:left w:val="single" w:sz="4" w:color="D9D9D9"/>
              <w:bottom w:val="single" w:sz="4" w:color="D9D9D9"/>
              <w:right w:val="single" w:sz="4" w:color="D9D9D9"/>
            </w:tcBorders>
            <w:tcMar>
              <w:top w:w="80" w:type="dxa"/>
              <w:bottom w:w="80" w:type="dxa"/>
              <w:left w:w="85" w:type="dxa"/>
              <w:right w:w="85" w:type="dxa"/>
            </w:tcMar>
          </w:tcPr>
          <w:p>
            <w:pPr>
              <w:spacing w:after="0" w:line="245" w:lineRule="auto"/>
            </w:pPr>
            <w:r>
              <w:rPr>
                <w:b w:val="0"/>
                <w:sz w:val="21"/>
              </w:rPr>
              <w:t>Metinden bilgi bularak soruları cevapladım.</w:t>
            </w:r>
          </w:p>
        </w:tc>
        <w:tc>
          <w:tcPr>
            <w:tcW w:type="dxa" w:w="1814"/>
            <w:vAlign w:val="center"/>
            <w:tcBorders>
              <w:top w:val="single" w:sz="4" w:color="D9D9D9"/>
              <w:left w:val="single" w:sz="4" w:color="D9D9D9"/>
              <w:bottom w:val="single" w:sz="4" w:color="D9D9D9"/>
              <w:right w:val="single" w:sz="4" w:color="D9D9D9"/>
            </w:tcBorders>
            <w:tcMar>
              <w:top w:w="80" w:type="dxa"/>
              <w:bottom w:w="80" w:type="dxa"/>
              <w:left w:w="85" w:type="dxa"/>
              <w:right w:w="85" w:type="dxa"/>
            </w:tcMar>
          </w:tcPr>
          <w:p>
            <w:pPr>
              <w:spacing w:after="0" w:line="245" w:lineRule="auto"/>
            </w:pPr>
            <w:r>
              <w:rPr>
                <w:b w:val="0"/>
                <w:sz w:val="21"/>
              </w:rPr>
              <w:t>[  ]</w:t>
            </w:r>
          </w:p>
        </w:tc>
        <w:tc>
          <w:tcPr>
            <w:tcW w:type="dxa" w:w="1814"/>
            <w:vAlign w:val="center"/>
            <w:tcBorders>
              <w:top w:val="single" w:sz="4" w:color="D9D9D9"/>
              <w:left w:val="single" w:sz="4" w:color="D9D9D9"/>
              <w:bottom w:val="single" w:sz="4" w:color="D9D9D9"/>
              <w:right w:val="single" w:sz="4" w:color="D9D9D9"/>
            </w:tcBorders>
            <w:tcMar>
              <w:top w:w="80" w:type="dxa"/>
              <w:bottom w:w="80" w:type="dxa"/>
              <w:left w:w="85" w:type="dxa"/>
              <w:right w:w="85" w:type="dxa"/>
            </w:tcMar>
          </w:tcPr>
          <w:p>
            <w:pPr>
              <w:spacing w:after="0" w:line="245" w:lineRule="auto"/>
            </w:pPr>
            <w:r>
              <w:rPr>
                <w:b w:val="0"/>
                <w:sz w:val="21"/>
              </w:rPr>
              <w:t>[  ]</w:t>
            </w:r>
          </w:p>
        </w:tc>
      </w:tr>
      <w:tr>
        <w:trPr>
          <w:cantSplit/>
        </w:trPr>
        <w:tc>
          <w:tcPr>
            <w:tcW w:type="dxa" w:w="6236"/>
            <w:vAlign w:val="center"/>
            <w:tcBorders>
              <w:top w:val="single" w:sz="4" w:color="D9D9D9"/>
              <w:left w:val="single" w:sz="4" w:color="D9D9D9"/>
              <w:bottom w:val="single" w:sz="4" w:color="D9D9D9"/>
              <w:right w:val="single" w:sz="4" w:color="D9D9D9"/>
            </w:tcBorders>
            <w:tcMar>
              <w:top w:w="80" w:type="dxa"/>
              <w:bottom w:w="80" w:type="dxa"/>
              <w:left w:w="85" w:type="dxa"/>
              <w:right w:w="85" w:type="dxa"/>
            </w:tcMar>
          </w:tcPr>
          <w:p>
            <w:pPr>
              <w:spacing w:after="0" w:line="245" w:lineRule="auto"/>
            </w:pPr>
            <w:r>
              <w:rPr>
                <w:b w:val="0"/>
                <w:sz w:val="21"/>
              </w:rPr>
              <w:t>İlkeleri açıklamalarıyla eşleştirdim.</w:t>
            </w:r>
          </w:p>
        </w:tc>
        <w:tc>
          <w:tcPr>
            <w:tcW w:type="dxa" w:w="1814"/>
            <w:vAlign w:val="center"/>
            <w:tcBorders>
              <w:top w:val="single" w:sz="4" w:color="D9D9D9"/>
              <w:left w:val="single" w:sz="4" w:color="D9D9D9"/>
              <w:bottom w:val="single" w:sz="4" w:color="D9D9D9"/>
              <w:right w:val="single" w:sz="4" w:color="D9D9D9"/>
            </w:tcBorders>
            <w:tcMar>
              <w:top w:w="80" w:type="dxa"/>
              <w:bottom w:w="80" w:type="dxa"/>
              <w:left w:w="85" w:type="dxa"/>
              <w:right w:w="85" w:type="dxa"/>
            </w:tcMar>
          </w:tcPr>
          <w:p>
            <w:pPr>
              <w:spacing w:after="0" w:line="245" w:lineRule="auto"/>
            </w:pPr>
            <w:r>
              <w:rPr>
                <w:b w:val="0"/>
                <w:sz w:val="21"/>
              </w:rPr>
              <w:t>[  ]</w:t>
            </w:r>
          </w:p>
        </w:tc>
        <w:tc>
          <w:tcPr>
            <w:tcW w:type="dxa" w:w="1814"/>
            <w:vAlign w:val="center"/>
            <w:tcBorders>
              <w:top w:val="single" w:sz="4" w:color="D9D9D9"/>
              <w:left w:val="single" w:sz="4" w:color="D9D9D9"/>
              <w:bottom w:val="single" w:sz="4" w:color="D9D9D9"/>
              <w:right w:val="single" w:sz="4" w:color="D9D9D9"/>
            </w:tcBorders>
            <w:tcMar>
              <w:top w:w="80" w:type="dxa"/>
              <w:bottom w:w="80" w:type="dxa"/>
              <w:left w:w="85" w:type="dxa"/>
              <w:right w:w="85" w:type="dxa"/>
            </w:tcMar>
          </w:tcPr>
          <w:p>
            <w:pPr>
              <w:spacing w:after="0" w:line="245" w:lineRule="auto"/>
            </w:pPr>
            <w:r>
              <w:rPr>
                <w:b w:val="0"/>
                <w:sz w:val="21"/>
              </w:rPr>
              <w:t>[  ]</w:t>
            </w:r>
          </w:p>
        </w:tc>
      </w:tr>
    </w:tbl>
    <w:sectPr w:rsidR="00FC693F" w:rsidRPr="0006063C" w:rsidSect="00034616">
      <w:pgSz w:w="11906" w:h="16838"/>
      <w:pgMar w:top="964" w:right="1020" w:bottom="964" w:left="10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line="259" w:lineRule="auto"/>
    </w:pPr>
    <w:rPr>
      <w:rFonts w:ascii="Arial" w:hAnsi="Arial"/>
      <w:color w:val="000000"/>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120" w:line="259" w:lineRule="auto"/>
      <w:outlineLvl w:val="0"/>
    </w:pPr>
    <w:rPr>
      <w:rFonts w:asciiTheme="majorHAnsi" w:eastAsiaTheme="majorEastAsia" w:hAnsiTheme="majorHAnsi" w:cstheme="majorBidi" w:ascii="Arial" w:hAnsi="Arial"/>
      <w:b/>
      <w:bCs/>
      <w:color w:val="000000"/>
      <w:sz w:val="24"/>
      <w:szCs w:val="28"/>
    </w:rPr>
  </w:style>
  <w:style w:type="paragraph" w:styleId="Heading2">
    <w:name w:val="heading 2"/>
    <w:basedOn w:val="Normal"/>
    <w:next w:val="Normal"/>
    <w:link w:val="Heading2Char"/>
    <w:uiPriority w:val="9"/>
    <w:unhideWhenUsed/>
    <w:qFormat/>
    <w:rsid w:val="00FC693F"/>
    <w:pPr>
      <w:keepNext/>
      <w:keepLines/>
      <w:spacing w:before="200" w:after="120" w:line="259" w:lineRule="auto"/>
      <w:outlineLvl w:val="1"/>
    </w:pPr>
    <w:rPr>
      <w:rFonts w:asciiTheme="majorHAnsi" w:eastAsiaTheme="majorEastAsia" w:hAnsiTheme="majorHAnsi" w:cstheme="majorBidi" w:ascii="Arial" w:hAnsi="Arial"/>
      <w:b/>
      <w:bCs/>
      <w:color w:val="000000"/>
      <w:sz w:val="24"/>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120" w:line="259" w:lineRule="auto"/>
      <w:contextualSpacing/>
    </w:pPr>
    <w:rPr>
      <w:rFonts w:asciiTheme="majorHAnsi" w:eastAsiaTheme="majorEastAsia" w:hAnsiTheme="majorHAnsi" w:cstheme="majorBidi" w:ascii="Arial" w:hAnsi="Arial"/>
      <w:color w:val="000000"/>
      <w:spacing w:val="5"/>
      <w:kern w:val="28"/>
      <w:sz w:val="3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Atatürk’ün Hayatı ve Millî Mücadele</dc:title>
  <dc:subject/>
  <dc:creator>EtkinlikPaylaş</dc:creator>
  <cp:keywords/>
  <dc:description>generated by python-docx</dc:description>
  <cp:lastModifiedBy/>
  <cp:revision>1</cp:revision>
  <dcterms:created xsi:type="dcterms:W3CDTF">2013-12-23T23:15:00Z</dcterms:created>
  <dcterms:modified xsi:type="dcterms:W3CDTF">2013-12-23T23:15:00Z</dcterms:modified>
  <cp:category/>
</cp:coreProperties>
</file>