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1A365D"/>
          <w:sz w:val="28"/>
        </w:rPr>
        <w:t>7. SINIF TÜRKÇE DERSİ PROJE VE PERFORMANS GÖREVİ KONULARI</w:t>
      </w:r>
    </w:p>
    <w:p>
      <w:r>
        <w:rPr>
          <w:rFonts w:ascii="Calibri" w:hAnsi="Calibri"/>
          <w:b/>
          <w:sz w:val="22"/>
        </w:rPr>
        <w:t>Sevgili Öğrenciler,</w:t>
      </w:r>
    </w:p>
    <w:p>
      <w:r>
        <w:rPr>
          <w:rFonts w:ascii="Calibri" w:hAnsi="Calibri"/>
          <w:sz w:val="21"/>
        </w:rPr>
        <w:t>Aşağıdaki proje ve performans görevi konularını dikkatle inceleyiniz. Bu konulardan birini seçerek araştırmanızı yapınız; hazırladığınız çalışmayı bir rapor ve sunum hâline getirerek sınıf içinde paylaşınız. Çalışmanızı hazırlarken teknolojik imkânlardan (bilgisayar, dijital fotoğraf makinesi, sunum araçları vb.) ve güvenilir kaynaklardan faydalanabilirsiniz.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  <w:shd w:val="clear" w:color="auto" w:fill="F0F4F8"/>
          </w:tcPr>
          <w:p>
            <w:r>
              <w:rPr>
                <w:rFonts w:ascii="Calibri" w:hAnsi="Calibri"/>
                <w:b/>
                <w:sz w:val="20"/>
              </w:rPr>
              <w:t>Ders</w:t>
            </w:r>
          </w:p>
        </w:tc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20"/>
              </w:rPr>
              <w:t>Türkçe</w:t>
            </w:r>
          </w:p>
        </w:tc>
      </w:tr>
      <w:tr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  <w:shd w:val="clear" w:color="auto" w:fill="F0F4F8"/>
          </w:tcPr>
          <w:p>
            <w:r>
              <w:rPr>
                <w:rFonts w:ascii="Calibri" w:hAnsi="Calibri"/>
                <w:b/>
                <w:sz w:val="20"/>
              </w:rPr>
              <w:t>Sınıf Düzeyi</w:t>
            </w:r>
          </w:p>
        </w:tc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20"/>
              </w:rPr>
              <w:t>7. Sınıf</w:t>
            </w:r>
          </w:p>
        </w:tc>
      </w:tr>
      <w:tr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  <w:shd w:val="clear" w:color="auto" w:fill="F0F4F8"/>
          </w:tcPr>
          <w:p>
            <w:r>
              <w:rPr>
                <w:rFonts w:ascii="Calibri" w:hAnsi="Calibri"/>
                <w:b/>
                <w:sz w:val="20"/>
              </w:rPr>
              <w:t>Öğrenci Adı / Numarası</w:t>
            </w:r>
          </w:p>
        </w:tc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20"/>
              </w:rPr>
              <w:t>................................................... / ............</w:t>
            </w:r>
          </w:p>
        </w:tc>
      </w:tr>
      <w:tr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  <w:shd w:val="clear" w:color="auto" w:fill="F0F4F8"/>
          </w:tcPr>
          <w:p>
            <w:r>
              <w:rPr>
                <w:rFonts w:ascii="Calibri" w:hAnsi="Calibri"/>
                <w:b/>
                <w:sz w:val="20"/>
              </w:rPr>
              <w:t>Seçilen Proje Konusu</w:t>
            </w:r>
          </w:p>
        </w:tc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20"/>
              </w:rPr>
              <w:t>...........................................................................................</w:t>
            </w:r>
          </w:p>
        </w:tc>
      </w:tr>
      <w:tr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  <w:shd w:val="clear" w:color="auto" w:fill="F0F4F8"/>
          </w:tcPr>
          <w:p>
            <w:r>
              <w:rPr>
                <w:rFonts w:ascii="Calibri" w:hAnsi="Calibri"/>
                <w:b/>
                <w:sz w:val="20"/>
              </w:rPr>
              <w:t>Beklenen Performans</w:t>
            </w:r>
          </w:p>
        </w:tc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20"/>
              </w:rPr>
              <w:t>Araştırma yapma, bilgi toplama, yorumlama ve sözlü/yazılı ifade edebilme</w:t>
            </w:r>
          </w:p>
        </w:tc>
      </w:tr>
      <w:tr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  <w:shd w:val="clear" w:color="auto" w:fill="F0F4F8"/>
          </w:tcPr>
          <w:p>
            <w:r>
              <w:rPr>
                <w:rFonts w:ascii="Calibri" w:hAnsi="Calibri"/>
                <w:b/>
                <w:sz w:val="20"/>
              </w:rPr>
              <w:t>Süre</w:t>
            </w:r>
          </w:p>
        </w:tc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20"/>
              </w:rPr>
              <w:t>1. Dönem / 2. Dönem (Öğretmen tarafından belirlenen tarih aralığı)</w:t>
            </w:r>
          </w:p>
        </w:tc>
      </w:tr>
      <w:tr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  <w:shd w:val="clear" w:color="auto" w:fill="F0F4F8"/>
          </w:tcPr>
          <w:p>
            <w:r>
              <w:rPr>
                <w:rFonts w:ascii="Calibri" w:hAnsi="Calibri"/>
                <w:b/>
                <w:sz w:val="20"/>
              </w:rPr>
              <w:t>Puanlama Yöntemi</w:t>
            </w:r>
          </w:p>
        </w:tc>
        <w:tc>
          <w:tcPr>
            <w:tcW w:type="dxa" w:w="496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sz w:val="20"/>
              </w:rPr>
              <w:t>Dereceli Puanlama Anahtarı (Rubrik)</w:t>
            </w:r>
          </w:p>
        </w:tc>
      </w:tr>
    </w:tbl>
    <w:p/>
    <w:p>
      <w:r>
        <w:rPr>
          <w:rFonts w:ascii="Calibri" w:hAnsi="Calibri"/>
          <w:b/>
          <w:color w:val="1A365D"/>
          <w:sz w:val="24"/>
        </w:rPr>
        <w:t>PROJE VE PERFORMANS KONULARI LİSTESİ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1. Yazar ve Şair Araştırması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Ders kitaplarımızda yer alan yazar veya şairlerden birini seçiniz.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Yazarın kişisel özelliklerini, yaşam mücadelesini ve eğitim durumunu araştırınız.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Hangi türlerde yazdığını, eserlerinde hangi ana temaları ele aldığını belirleyiniz.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Önemli yapıtlarını tanıtan kısa bir biyografi ve inceleme raporu hazırlayınız.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2. Televizyon ve Medyanın Dilimize Etkileri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Bir hafta boyunca televizyon ve medya yayınlarını (haber, dizi, magazin, şov programları) izleyerek dil kullanımını not alınız.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Yayınların dilimize olumlu katkılarını (doğru telaffuz, zengin kelime dağarcığı) ve olumsuz etkilerini (yabancı kelime özentisi, anlatım bozuklukları) program adlarıyla listeleyiniz.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Elde ettiğiniz bulguları derleyerek bir eleştiri raporu ve sunum hazırlayınız.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3. Farklı Öykülerden Yeni Bir Öykü Oluşturma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Okuduğunuz 2 veya 3 farklı hikâyeyi belirleyiniz.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Bu hikâyelerdeki kahramanları seçerek onları aynı kurgusal olayda buluşturan özgün bir öykü yazınız.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Öyküyü kurgularken "Eğer ... olsaydı / olmasaydı ne olurdu?" varsayımlarından yararlanınız.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4. Çevremizdeki Doğal Güzellikleri Tanıma ve Tanıtma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Bulunduğunuz çevrede/yörede tanıtılmaya değer doğal güzellikleri belirleyiniz.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Bu yerlerin coğrafi, tarihi ve kültürel geçmişini araştırınız.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Bu doğal güzelliklerin günümüzdeki durumunu, karşılaştığı çevre sorunlarını ve korunması için yapılması gerekenleri içeren bir tanıtım dosyası hazırlayınız.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5. Ulusal ve Sözlü Kültür Değerlerimizi Tanıtma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Sözlü kültürümüzün önemli ürünlerini (mani, ninni, türkü, masal, efsane, atasözleri ve deyimler) araştırınız.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Bu ürünlerin Türk kültüründeki yerini ve kültürel aktarımdaki önemini açıklayınız.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Günümüzde bu değerlerin yaşatılması için neler yapılabileceğine dair somut öneriler geliştiriniz.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6. Çevre ve Doğa Duyarlılığı: "Kuş Seslerinin Kesildiği Bir Sabah"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Senaryo: "Her sabah pencerenize konan kuşların sesiyle uyanıyordunuz; ancak bir sabah çevrenizde hiç kuş kalmadığını fark ettiniz.\对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Bu durumun nedenlerini (çevre kirliliği, habitat kaybı, tarım ilaçları, iklim değişikliği vb.) araştırınız.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İnsan faaliyetlerinin doğaya etkilerini sebep-sonuç ilişkisiyle açıklayan bir rapor ve sorunun çözümü için ilgili kuruma verilecek örnek bir resmi dilekçe hazırlayınız.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7. Okul ve Eğitim Sorunlarına Çözüm Arayışı ve İkna Konuşması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Sınıfınız, okulunuz ve öğretim ortamınızla ilgili gözlemlediğiniz temel sorunları belirleyip öncelik sırasına koyunuz.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Bu sorunlar için uygulanabilir çözüm önerileri geliştiriniz.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Bir okul yöneticisi veya yetkiliyle görüşme senaryosu hazırlayarak onları çözüme ikna edecek etkili bir konuşma ve sunum metni oluşturunuz.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8. Yöresel Folklorik Özellikleri Derleme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Yaşadığınız yörenin gelenek ve göreneklerini, bayram kutlamalarını, yöresel yemeklerini ve yerel anlatılarını derleyiniz.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Büyüklerinizle sözlü tarih görüşmeleri yaparak derlediğiniz bilgileri görsel ve yazılı olarak sununuz. (Grup çalışmasına uygundur.)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9. Atatürk’ün Anılarını Tematik Olarak Derleme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Atatürk’ün çocukluk, eğitim, milli mücadele, bilim, sanat veya eğitimle ilgili hatıralarını güvenilir kaynaklardan derleyiniz.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Seçtiğiniz anılardan yola çıkarak Atatürk’ün kişilik özelliklerini ve düşünce dünyasını anlatan tematik bir çalışma ve sunum hazırlayınız. (Grup çalışmasına uygundur.)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10. Eğitici Köşe Yazılarını Derleme ve Eleştirel Yorumlama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Gazete ve dergilerden eğitim, gençlik, çevre, bilim veya sanat konulu eğitici köşe yazılarını derleyiniz.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Her bir yazının iletmek istediği ana mesajı belirleyiniz ve bu yazılara kendi bakış açınızı katan eleştirel yorumlar yazınız. (Grup çalışmasına uygundur.)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11. Kitap İncelemesi, Tanıtımı ve Eleştirisi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Öğretmeninizle birlikte belirleyeceğiniz 7. sınıf düzeyine uygun bir edebî eseri (roman, hikâye) okuyunuz.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Kitabın olay örgüsünü, karakterlerini, zaman ve mekân unsurlarını inceleyiniz.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Kitabın özetini ve esere yönelik kişisel eleştiri yazınızı içeren bir sunum hazırlayınız.</w:t>
      </w:r>
    </w:p>
    <w:p>
      <w:pPr>
        <w:spacing w:before="120" w:after="40"/>
      </w:pPr>
      <w:r>
        <w:rPr>
          <w:rFonts w:ascii="Calibri" w:hAnsi="Calibri"/>
          <w:b/>
          <w:color w:val="2C5282"/>
          <w:sz w:val="22"/>
        </w:rPr>
        <w:t>12. Değerler Eğitimi Temalı Afiş Tasarımı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"Umut, mutluluk, kaygı, yalnızlık, özlem, bağışlama, takdir etme, dostluk" kavramlarından birini seçiniz.</w:t>
      </w:r>
    </w:p>
    <w:p>
      <w:pPr>
        <w:pStyle w:val="ListBullet"/>
        <w:spacing w:after="30"/>
      </w:pPr>
      <w:r>
        <w:rPr>
          <w:rFonts w:ascii="Calibri" w:hAnsi="Calibri"/>
          <w:sz w:val="20"/>
        </w:rPr>
        <w:t>Seçtiğiniz kavramı anlatan etkileyici bir slogan, görsel ve açıklayıcı metinlerle afiş tasarlayınız. (Grup çalışmasına uygundur.)</w:t>
      </w:r>
    </w:p>
    <w:p/>
    <w:p>
      <w:r>
        <w:rPr>
          <w:rFonts w:ascii="Calibri" w:hAnsi="Calibri"/>
          <w:b/>
          <w:color w:val="1A365D"/>
          <w:sz w:val="24"/>
        </w:rPr>
        <w:t>PROJE HAZIRLAMA YÖNERGESİ VE DEĞERLENDİRME</w:t>
      </w:r>
    </w:p>
    <w:p>
      <w:pPr>
        <w:pStyle w:val="ListBullet"/>
      </w:pPr>
      <w:r>
        <w:rPr>
          <w:rFonts w:ascii="Calibri" w:hAnsi="Calibri"/>
          <w:sz w:val="20"/>
        </w:rPr>
        <w:t>Konu Seçimi: İlginizi çeken ve araştırma yapabileceğiniz bir konuyu seçerek ders öğretmeninizle onaylayınız.</w:t>
      </w:r>
    </w:p>
    <w:p>
      <w:pPr>
        <w:pStyle w:val="ListBullet"/>
      </w:pPr>
      <w:r>
        <w:rPr>
          <w:rFonts w:ascii="Calibri" w:hAnsi="Calibri"/>
          <w:sz w:val="20"/>
        </w:rPr>
        <w:t>Kaynak Araştırması: Kütüphaneler, ders kitapları, akademik kaynaklar ve güvenilir internet sitelerinden yararlanınız.</w:t>
      </w:r>
    </w:p>
    <w:p>
      <w:pPr>
        <w:pStyle w:val="ListBullet"/>
      </w:pPr>
      <w:r>
        <w:rPr>
          <w:rFonts w:ascii="Calibri" w:hAnsi="Calibri"/>
          <w:sz w:val="20"/>
        </w:rPr>
        <w:t>Kaynak Gösterme: Araştırmanızda yararlandığınız tüm kaynakları çalışmanızın sonundaki "Kaynakça" bölümünde belirtiniz.</w:t>
      </w:r>
    </w:p>
    <w:p>
      <w:pPr>
        <w:pStyle w:val="ListBullet"/>
      </w:pPr>
      <w:r>
        <w:rPr>
          <w:rFonts w:ascii="Calibri" w:hAnsi="Calibri"/>
          <w:sz w:val="20"/>
        </w:rPr>
        <w:t>Yazım ve İfade: Çalışmanızda Türkçenin yazım ve noktalama kurallarına titizlikle uyunuz; anlatımınızın duru ve anlaşılır olmasına dikkat ediniz.</w:t>
      </w:r>
    </w:p>
    <w:p>
      <w:pPr>
        <w:pStyle w:val="ListBullet"/>
      </w:pPr>
      <w:r>
        <w:rPr>
          <w:rFonts w:ascii="Calibri" w:hAnsi="Calibri"/>
          <w:sz w:val="20"/>
        </w:rPr>
        <w:t>Sunum ve Sergileme: Hazırladığınız raporu sınıfta arkadaşlarınızla paylaşabilecek şekilde görsel veya dijital materyallerle destekleyiniz.</w:t>
      </w:r>
    </w:p>
    <w:p/>
    <w:p>
      <w:r>
        <w:rPr>
          <w:rFonts w:ascii="Calibri" w:hAnsi="Calibri"/>
          <w:b/>
          <w:color w:val="1A365D"/>
          <w:sz w:val="22"/>
        </w:rPr>
        <w:t>DERECELİ PUANLAMA ANAHTARI (RUBRİK)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1A365D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Ölçüt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1A365D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Açıklama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1A365D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Puan</w:t>
            </w:r>
          </w:p>
        </w:tc>
      </w:tr>
      <w:tr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8FAFC"/>
          </w:tcPr>
          <w:p>
            <w:r>
              <w:rPr>
                <w:rFonts w:ascii="Calibri" w:hAnsi="Calibri"/>
                <w:sz w:val="19"/>
              </w:rPr>
              <w:t>İçerik ve Araştırma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8FAFC"/>
          </w:tcPr>
          <w:p>
            <w:r>
              <w:rPr>
                <w:rFonts w:ascii="Calibri" w:hAnsi="Calibri"/>
                <w:sz w:val="19"/>
              </w:rPr>
              <w:t>Konunun amacına uygun şekilde derinlemesine araştırılması ve doğru bilgilerin sunulması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8FAFC"/>
          </w:tcPr>
          <w:p>
            <w:r>
              <w:rPr>
                <w:rFonts w:ascii="Calibri" w:hAnsi="Calibri"/>
                <w:sz w:val="19"/>
              </w:rPr>
              <w:t>30</w:t>
            </w:r>
          </w:p>
        </w:tc>
      </w:tr>
      <w:tr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sz w:val="19"/>
              </w:rPr>
              <w:t>Türkçe ve Anlatım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sz w:val="19"/>
              </w:rPr>
              <w:t>Yazım, noktalama kurallarına uyum, akıcı ve kurallara uygun cümle yapıları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sz w:val="19"/>
              </w:rPr>
              <w:t>25</w:t>
            </w:r>
          </w:p>
        </w:tc>
      </w:tr>
      <w:tr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8FAFC"/>
          </w:tcPr>
          <w:p>
            <w:r>
              <w:rPr>
                <w:rFonts w:ascii="Calibri" w:hAnsi="Calibri"/>
                <w:sz w:val="19"/>
              </w:rPr>
              <w:t>Özgünlük ve Yaratıcılık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8FAFC"/>
          </w:tcPr>
          <w:p>
            <w:r>
              <w:rPr>
                <w:rFonts w:ascii="Calibri" w:hAnsi="Calibri"/>
                <w:sz w:val="19"/>
              </w:rPr>
              <w:t>Kişisel yorum ve katkıların bulunması, kurgunun özgünlüğü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8FAFC"/>
          </w:tcPr>
          <w:p>
            <w:r>
              <w:rPr>
                <w:rFonts w:ascii="Calibri" w:hAnsi="Calibri"/>
                <w:sz w:val="19"/>
              </w:rPr>
              <w:t>20</w:t>
            </w:r>
          </w:p>
        </w:tc>
      </w:tr>
      <w:tr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sz w:val="19"/>
              </w:rPr>
              <w:t>Kaynak Kullanımı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sz w:val="19"/>
              </w:rPr>
              <w:t>Güvenilir kaynaklardan faydalanma ve kaynakçanın eksiksiz belirtilmesi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r>
              <w:rPr>
                <w:rFonts w:ascii="Calibri" w:hAnsi="Calibri"/>
                <w:sz w:val="19"/>
              </w:rPr>
              <w:t>15</w:t>
            </w:r>
          </w:p>
        </w:tc>
      </w:tr>
      <w:tr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8FAFC"/>
          </w:tcPr>
          <w:p>
            <w:r>
              <w:rPr>
                <w:rFonts w:ascii="Calibri" w:hAnsi="Calibri"/>
                <w:sz w:val="19"/>
              </w:rPr>
              <w:t>Zamanlama ve Düzen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8FAFC"/>
          </w:tcPr>
          <w:p>
            <w:r>
              <w:rPr>
                <w:rFonts w:ascii="Calibri" w:hAnsi="Calibri"/>
                <w:sz w:val="19"/>
              </w:rPr>
              <w:t>Çalışmanın zamanında teslim edilmesi ve özenli dosya düzeni</w:t>
            </w:r>
          </w:p>
        </w:tc>
        <w:tc>
          <w:tcPr>
            <w:tcW w:type="dxa" w:w="3312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8FAFC"/>
          </w:tcPr>
          <w:p>
            <w:r>
              <w:rPr>
                <w:rFonts w:ascii="Calibri" w:hAnsi="Calibri"/>
                <w:sz w:val="19"/>
              </w:rPr>
              <w:t>10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