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Sincapların Ceviz Macerası!</w:t>
      </w:r>
    </w:p>
    <w:p>
      <w:pPr/>
      <w:r>
        <w:t>Sevgili öğrencim, sincapların kış için sakladıkları cevizleri çarpma işlemi yaparak bulmalarına yardım etmeye hazır mısın?</w:t>
      </w:r>
    </w:p>
    <w:p>
      <w:pPr>
        <w:pStyle w:val="Heading1"/>
      </w:pPr>
      <w:r>
        <w:t>Bölüm 1: Toplamadan Çarpmaya</w:t>
      </w:r>
    </w:p>
    <w:p>
      <w:r>
        <w:t>Aşağıdaki tekrarlı toplama işlemlerini çarpma işlemine çevirelim.</w:t>
      </w:r>
    </w:p>
    <w:p>
      <w:r>
        <w:t>🍎 3 + 3 + 3 + 3 = 12    ---&gt;   4 x 3 = 12 (Örnek)</w:t>
      </w:r>
    </w:p>
    <w:p>
      <w:r>
        <w:t>🍓 5 + 5 + 5 = ....    ---&gt;   .... x .... = ....</w:t>
      </w:r>
    </w:p>
    <w:p>
      <w:r>
        <w:t>🍊 2 + 2 + 2 + 2 + 2 = ....    ---&gt;   .... x .... = ....</w:t>
      </w:r>
    </w:p>
    <w:p>
      <w:r>
        <w:t>🍉 4 + 4 = ....    ---&gt;   .... x .... = ....</w:t>
      </w:r>
    </w:p>
    <w:p>
      <w:pPr>
        <w:pStyle w:val="Heading1"/>
      </w:pPr>
      <w:r>
        <w:t>Bölüm 2: Eğlenceli Çarpım Tablosu</w:t>
      </w:r>
    </w:p>
    <w:p>
      <w:r>
        <w:t>Aşağıdaki kutuları doğru cevaplarla dolduralım.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2 x 4 = ....</w:t>
            </w:r>
          </w:p>
        </w:tc>
        <w:tc>
          <w:tcPr>
            <w:tcW w:type="dxa" w:w="2880"/>
          </w:tcPr>
          <w:p>
            <w:r>
              <w:t>3 x 5 = ....</w:t>
            </w:r>
          </w:p>
        </w:tc>
        <w:tc>
          <w:tcPr>
            <w:tcW w:type="dxa" w:w="2880"/>
          </w:tcPr>
          <w:p>
            <w:r>
              <w:t>4 x 2 = ....</w:t>
            </w:r>
          </w:p>
        </w:tc>
      </w:tr>
      <w:tr>
        <w:tc>
          <w:tcPr>
            <w:tcW w:type="dxa" w:w="2880"/>
          </w:tcPr>
          <w:p>
            <w:r>
              <w:t>2 x 7 = ....</w:t>
            </w:r>
          </w:p>
        </w:tc>
        <w:tc>
          <w:tcPr>
            <w:tcW w:type="dxa" w:w="2880"/>
          </w:tcPr>
          <w:p>
            <w:r>
              <w:t>3 x 3 = ....</w:t>
            </w:r>
          </w:p>
        </w:tc>
        <w:tc>
          <w:tcPr>
            <w:tcW w:type="dxa" w:w="2880"/>
          </w:tcPr>
          <w:p>
            <w:r>
              <w:t>4 x 5 = ....</w:t>
            </w:r>
          </w:p>
        </w:tc>
      </w:tr>
      <w:tr>
        <w:tc>
          <w:tcPr>
            <w:tcW w:type="dxa" w:w="2880"/>
          </w:tcPr>
          <w:p>
            <w:r>
              <w:t>2 x 9 = ....</w:t>
            </w:r>
          </w:p>
        </w:tc>
        <w:tc>
          <w:tcPr>
            <w:tcW w:type="dxa" w:w="2880"/>
          </w:tcPr>
          <w:p>
            <w:r>
              <w:t>3 x 8 = ....</w:t>
            </w:r>
          </w:p>
        </w:tc>
        <w:tc>
          <w:tcPr>
            <w:tcW w:type="dxa" w:w="2880"/>
          </w:tcPr>
          <w:p>
            <w:r>
              <w:t>4 x 8 = ....</w:t>
            </w:r>
          </w:p>
        </w:tc>
      </w:tr>
      <w:tr>
        <w:tc>
          <w:tcPr>
            <w:tcW w:type="dxa" w:w="2880"/>
          </w:tcPr>
          <w:p>
            <w:r>
              <w:t>2 x 6 = ....</w:t>
            </w:r>
          </w:p>
        </w:tc>
        <w:tc>
          <w:tcPr>
            <w:tcW w:type="dxa" w:w="2880"/>
          </w:tcPr>
          <w:p>
            <w:r>
              <w:t>3 x 6 = ....</w:t>
            </w:r>
          </w:p>
        </w:tc>
        <w:tc>
          <w:tcPr>
            <w:tcW w:type="dxa" w:w="2880"/>
          </w:tcPr>
          <w:p>
            <w:r>
              <w:t>4 x 4 = ....</w:t>
            </w:r>
          </w:p>
        </w:tc>
      </w:tr>
      <w:tr>
        <w:tc>
          <w:tcPr>
            <w:tcW w:type="dxa" w:w="2880"/>
          </w:tcPr>
          <w:p>
            <w:r>
              <w:t>2 x 3 = ....</w:t>
            </w:r>
          </w:p>
        </w:tc>
        <w:tc>
          <w:tcPr>
            <w:tcW w:type="dxa" w:w="2880"/>
          </w:tcPr>
          <w:p>
            <w:r>
              <w:t>3 x 9 = ....</w:t>
            </w:r>
          </w:p>
        </w:tc>
        <w:tc>
          <w:tcPr>
            <w:tcW w:type="dxa" w:w="2880"/>
          </w:tcPr>
          <w:p>
            <w:r>
              <w:t>4 x 7 = ....</w:t>
            </w:r>
          </w:p>
        </w:tc>
      </w:tr>
    </w:tbl>
    <w:p>
      <w:pPr>
        <w:pStyle w:val="Heading1"/>
      </w:pPr>
      <w:r>
        <w:t>Bölüm 3: Öğrenci Öz Değerlendirme (Maarif Modeli)</w:t>
      </w:r>
    </w:p>
    <w:p>
      <w:r>
        <w:t>Çarpma işlemlerini yaparken kendini nasıl hissettin? Sana en uygun olanı işaretle (X):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Nasıl Yaptım?</w:t>
            </w:r>
          </w:p>
        </w:tc>
        <w:tc>
          <w:tcPr>
            <w:tcW w:type="dxa" w:w="4320"/>
          </w:tcPr>
          <w:p>
            <w:r>
              <w:t>Hissiyatım</w:t>
            </w:r>
          </w:p>
        </w:tc>
      </w:tr>
      <w:tr>
        <w:tc>
          <w:tcPr>
            <w:tcW w:type="dxa" w:w="4320"/>
          </w:tcPr>
          <w:p>
            <w:r>
              <w:t>Bütün işlemleri kendi başıma kolayca yaptım.</w:t>
            </w:r>
          </w:p>
        </w:tc>
        <w:tc>
          <w:tcPr>
            <w:tcW w:type="dxa" w:w="4320"/>
          </w:tcPr>
          <w:p>
            <w:r>
              <w:t>( ) Çok Mutluyum!</w:t>
            </w:r>
          </w:p>
        </w:tc>
      </w:tr>
      <w:tr>
        <w:tc>
          <w:tcPr>
            <w:tcW w:type="dxa" w:w="4320"/>
          </w:tcPr>
          <w:p>
            <w:r>
              <w:t>Bazı yerlerde öğretmenimden/ailemden yardım aldım.</w:t>
            </w:r>
          </w:p>
        </w:tc>
        <w:tc>
          <w:tcPr>
            <w:tcW w:type="dxa" w:w="4320"/>
          </w:tcPr>
          <w:p>
            <w:r>
              <w:t>( ) Daha İyi Olabilirim.</w:t>
            </w:r>
          </w:p>
        </w:tc>
      </w:tr>
      <w:tr>
        <w:tc>
          <w:tcPr>
            <w:tcW w:type="dxa" w:w="4320"/>
          </w:tcPr>
          <w:p>
            <w:r>
              <w:t>Çözerken çok zorlandım, parmaklarımla saydım.</w:t>
            </w:r>
          </w:p>
        </w:tc>
        <w:tc>
          <w:tcPr>
            <w:tcW w:type="dxa" w:w="4320"/>
          </w:tcPr>
          <w:p>
            <w:r>
              <w:t>( ) Tekrar Edeceğim.</w:t>
            </w:r>
          </w:p>
        </w:tc>
      </w:tr>
    </w:tbl>
    <w:p>
      <w:r>
        <w:br/>
        <w:t>Harika bir iş çıkardın, tebrikler!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omic Sans MS" w:hAnsi="Comic Sans MS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