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Dedektif Boncuk İş Başında!</w:t>
      </w:r>
    </w:p>
    <w:p>
      <w:pPr/>
      <w:r>
        <w:t>Sevgili öğrencim, dedektif köpeğimiz Boncuk kayıp kemiklerini arıyor. Problemleri çözerek ona yardım edebilir misin?</w:t>
      </w:r>
    </w:p>
    <w:p>
      <w:pPr>
        <w:pStyle w:val="Heading1"/>
      </w:pPr>
      <w:r>
        <w:t>Bölüm 1: Toplama Problemleri</w:t>
      </w:r>
    </w:p>
    <w:p>
      <w:r>
        <w:t>1) Boncuk bahçede 5 tane kemik buldu. Sonra 4 kemik daha buldu. Boncuk'un toplam kaç kemiği oldu?</w:t>
      </w:r>
    </w:p>
    <w:p>
      <w:r>
        <w:t>İşlem: ..............................................................</w:t>
        <w:br/>
      </w:r>
    </w:p>
    <w:p>
      <w:r>
        <w:t>2) Ağacın dalında 6 kuş vardı. 3 kuş daha geldi. Ağaçta toplam kaç kuş oldu?</w:t>
      </w:r>
    </w:p>
    <w:p>
      <w:r>
        <w:t>İşlem: ..............................................................</w:t>
        <w:br/>
      </w:r>
    </w:p>
    <w:p>
      <w:pPr>
        <w:pStyle w:val="Heading1"/>
      </w:pPr>
      <w:r>
        <w:t>Bölüm 2: Çıkarma Problemleri</w:t>
      </w:r>
    </w:p>
    <w:p>
      <w:r>
        <w:t>3) Boncuk'un tabağında 10 tane bisküvi vardı. Boncuk bunların 4 tanesini yedi. Tabakta kaç bisküvi kaldı?</w:t>
      </w:r>
    </w:p>
    <w:p>
      <w:r>
        <w:t>İşlem: ..............................................................</w:t>
        <w:br/>
      </w:r>
    </w:p>
    <w:p>
      <w:r>
        <w:t>4) Ahmet'in 8 balonu vardı. 2 tanesi patladı. Ahmet'in kaç balonu kaldı?</w:t>
      </w:r>
    </w:p>
    <w:p>
      <w:r>
        <w:t>İşlem: ..............................................................</w:t>
        <w:br/>
      </w:r>
    </w:p>
    <w:p>
      <w:pPr>
        <w:pStyle w:val="Heading1"/>
      </w:pPr>
      <w:r>
        <w:t>Bölüm 3: Hızlı Zihin Oyunu</w:t>
      </w:r>
    </w:p>
    <w:p>
      <w:r>
        <w:t>Aşağıdaki işlemleri hızlıca çözüp cevapları karşılarına yazalım.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7 + 2 = .....</w:t>
            </w:r>
          </w:p>
        </w:tc>
        <w:tc>
          <w:tcPr>
            <w:tcW w:type="dxa" w:w="2880"/>
          </w:tcPr>
          <w:p>
            <w:r>
              <w:t>9 - 3 = .....</w:t>
            </w:r>
          </w:p>
        </w:tc>
        <w:tc>
          <w:tcPr>
            <w:tcW w:type="dxa" w:w="2880"/>
          </w:tcPr>
          <w:p>
            <w:r>
              <w:t>5 + 5 = .....</w:t>
            </w:r>
          </w:p>
        </w:tc>
      </w:tr>
      <w:tr>
        <w:tc>
          <w:tcPr>
            <w:tcW w:type="dxa" w:w="2880"/>
          </w:tcPr>
          <w:p>
            <w:r>
              <w:t>10 - 5 = .....</w:t>
            </w:r>
          </w:p>
        </w:tc>
        <w:tc>
          <w:tcPr>
            <w:tcW w:type="dxa" w:w="2880"/>
          </w:tcPr>
          <w:p>
            <w:r>
              <w:t>4 + 4 = .....</w:t>
            </w:r>
          </w:p>
        </w:tc>
        <w:tc>
          <w:tcPr>
            <w:tcW w:type="dxa" w:w="2880"/>
          </w:tcPr>
          <w:p>
            <w:r>
              <w:t>8 - 2 = .....</w:t>
            </w:r>
          </w:p>
        </w:tc>
      </w:tr>
    </w:tbl>
    <w:p>
      <w:pPr>
        <w:pStyle w:val="Heading1"/>
      </w:pPr>
      <w:r>
        <w:t>Bölüm 4: Öğrenci Öz Değerlendirme (Maarif Modeli)</w:t>
      </w:r>
    </w:p>
    <w:p>
      <w:r>
        <w:t>Problemleri çözerken kendini nasıl hissettin? İşaretle (X):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Değerlendirmem</w:t>
            </w:r>
          </w:p>
        </w:tc>
        <w:tc>
          <w:tcPr>
            <w:tcW w:type="dxa" w:w="4320"/>
          </w:tcPr>
          <w:p>
            <w:r>
              <w:t>Nasıl Hissediyorum?</w:t>
            </w:r>
          </w:p>
        </w:tc>
      </w:tr>
      <w:tr>
        <w:tc>
          <w:tcPr>
            <w:tcW w:type="dxa" w:w="4320"/>
          </w:tcPr>
          <w:p>
            <w:r>
              <w:t>Problemleri kolayca okudum ve anladım.</w:t>
            </w:r>
          </w:p>
        </w:tc>
        <w:tc>
          <w:tcPr>
            <w:tcW w:type="dxa" w:w="4320"/>
          </w:tcPr>
          <w:p>
            <w:r>
              <w:t>( ) Çok Mutluyum!</w:t>
            </w:r>
          </w:p>
        </w:tc>
      </w:tr>
      <w:tr>
        <w:tc>
          <w:tcPr>
            <w:tcW w:type="dxa" w:w="4320"/>
          </w:tcPr>
          <w:p>
            <w:r>
              <w:t>Çözerken bazen parmaklarımı kullandım.</w:t>
            </w:r>
          </w:p>
        </w:tc>
        <w:tc>
          <w:tcPr>
            <w:tcW w:type="dxa" w:w="4320"/>
          </w:tcPr>
          <w:p>
            <w:r>
              <w:t>( ) Biraz Düşündüm.</w:t>
            </w:r>
          </w:p>
        </w:tc>
      </w:tr>
      <w:tr>
        <w:tc>
          <w:tcPr>
            <w:tcW w:type="dxa" w:w="4320"/>
          </w:tcPr>
          <w:p>
            <w:r>
              <w:t>Okurken zorlandım, birisinden yardım aldım.</w:t>
            </w:r>
          </w:p>
        </w:tc>
        <w:tc>
          <w:tcPr>
            <w:tcW w:type="dxa" w:w="4320"/>
          </w:tcPr>
          <w:p>
            <w:r>
              <w:t>( ) Pratik Yapmalıyım.</w:t>
            </w:r>
          </w:p>
        </w:tc>
      </w:tr>
    </w:tbl>
    <w:p>
      <w:r>
        <w:br/>
        <w:t>Dedektif Boncuk sana çok teşekkür ediyor!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omic Sans MS" w:hAnsi="Comic Sans MS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