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Onluk ve Birlik Kalesi!</w:t>
      </w:r>
    </w:p>
    <w:p>
      <w:pPr/>
      <w:r>
        <w:t>Sevgili öğrencim, bugün matematik kalesindeki onluk ve birlik askerleri sayacağız. Kaleyi tamamlamak için hazır mısın?</w:t>
      </w:r>
    </w:p>
    <w:p>
      <w:pPr>
        <w:pStyle w:val="Heading1"/>
      </w:pPr>
      <w:r>
        <w:t>Bölüm 1: Çubukları Sayalım</w:t>
      </w:r>
    </w:p>
    <w:p>
      <w:r>
        <w:t>Her deste (10 çubuk) 1 onluk eder! Kalan çubuklar ise birliktir. Aşağıdaki sayıların kaç onluk ve kaç birlik olduğunu noktalı yerlere yazalım.</w:t>
        <w:br/>
      </w:r>
    </w:p>
    <w:p>
      <w:r>
        <w:t>Sayımız: 15  ---&gt;  .... Onluk ve .... Birlik</w:t>
      </w:r>
    </w:p>
    <w:p>
      <w:r>
        <w:t>Sayımız: 24  ---&gt;  .... Onluk ve .... Birlik</w:t>
      </w:r>
    </w:p>
    <w:p>
      <w:r>
        <w:t>Sayımız: 38  ---&gt;  .... Onluk ve .... Birlik</w:t>
      </w:r>
    </w:p>
    <w:p>
      <w:r>
        <w:t>Sayımız: 42  ---&gt;  .... Onluk ve .... Birlik</w:t>
      </w:r>
    </w:p>
    <w:p>
      <w:r>
        <w:t>Sayımız: 17  ---&gt;  .... Onluk ve .... Birlik</w:t>
      </w:r>
    </w:p>
    <w:p>
      <w:r>
        <w:t>Sayımız: 29  ---&gt;  .... Onluk ve .... Birlik</w:t>
      </w:r>
    </w:p>
    <w:p>
      <w:r>
        <w:t>Sayımız: 50  ---&gt;  .... Onluk ve .... Birlik</w:t>
      </w:r>
    </w:p>
    <w:p>
      <w:r>
        <w:t>Sayımız: 11  ---&gt;  .... Onluk ve .... Birlik</w:t>
      </w:r>
    </w:p>
    <w:p>
      <w:r>
        <w:t>Sayımız: 33  ---&gt;  .... Onluk ve .... Birlik</w:t>
      </w:r>
    </w:p>
    <w:p>
      <w:r>
        <w:br/>
      </w:r>
    </w:p>
    <w:p>
      <w:pPr>
        <w:pStyle w:val="Heading1"/>
      </w:pPr>
      <w:r>
        <w:t>Bölüm 2: Sayıyı Oluşturalım</w:t>
      </w:r>
    </w:p>
    <w:p>
      <w:r>
        <w:t>Şimdi de onluk ve birlikleri verilmiş olan askerlerin oluşturduğu gizli sayıyı bulalım!</w:t>
      </w:r>
    </w:p>
    <w:p>
      <w:r>
        <w:t>2 Onluk + 3 Birlik = .....</w:t>
      </w:r>
    </w:p>
    <w:p>
      <w:r>
        <w:t>4 Onluk + 1 Birlik = .....</w:t>
      </w:r>
    </w:p>
    <w:p>
      <w:r>
        <w:t>1 Onluk + 9 Birlik = .....</w:t>
      </w:r>
    </w:p>
    <w:p>
      <w:r>
        <w:t>3 Onluk + 0 Birlik = .....</w:t>
      </w:r>
    </w:p>
    <w:p>
      <w:r>
        <w:br w:type="page"/>
      </w:r>
    </w:p>
    <w:p>
      <w:pPr>
        <w:pStyle w:val="Heading1"/>
      </w:pPr>
      <w:r>
        <w:t>Bölüm 3: Onluk ve Birlik Problemleri</w:t>
      </w:r>
    </w:p>
    <w:p>
      <w:r>
        <w:t>Dikkatlice oku ve problemi çöz!</w:t>
      </w:r>
    </w:p>
    <w:p>
      <w:r>
        <w:t>1) Benim yaşım 1 onluk ve 2 birlikten oluşuyor. Ben kaç yaşındayım?</w:t>
      </w:r>
    </w:p>
    <w:p>
      <w:r>
        <w:t>Çözüm: .................................................................................................</w:t>
        <w:br/>
      </w:r>
    </w:p>
    <w:p>
      <w:r>
        <w:t>2) Ali'nin 3 onluk, Ayşe'nin ise 2 onluk ve 5 birlik kalemi var. Hangisinin kalemi daha fazladır?</w:t>
      </w:r>
    </w:p>
    <w:p>
      <w:r>
        <w:t>Çözüm: .................................................................................................</w:t>
        <w:br/>
      </w:r>
    </w:p>
    <w:p>
      <w:r>
        <w:t>3) Sınıfımızda 1 onluk kız, 1 onluk ve 4 birlik erkek öğrenci var. Sınıftaki erkek öğrenci sayısı kaçtır?</w:t>
      </w:r>
    </w:p>
    <w:p>
      <w:r>
        <w:t>Çözüm: .................................................................................................</w:t>
        <w:br/>
      </w:r>
    </w:p>
    <w:p>
      <w:r>
        <w:t>4) Kumbaramda 4 onluk ve 8 birlik liram var. Toplam param ne kadardır?</w:t>
      </w:r>
    </w:p>
    <w:p>
      <w:r>
        <w:t>Çözüm: .................................................................................................</w:t>
        <w:br/>
      </w:r>
    </w:p>
    <w:p>
      <w:r>
        <w:br/>
      </w:r>
    </w:p>
    <w:p>
      <w:pPr>
        <w:pStyle w:val="Heading1"/>
      </w:pPr>
      <w:r>
        <w:t>Bölüm 4: Öğrenci Öz Değerlendirme (Maarif Modeli)</w:t>
      </w:r>
    </w:p>
    <w:p>
      <w:r>
        <w:t>Soruları çözerken kendini nasıl hissettin? Lütfen ilgili kutucuğu (X) ile işaretle: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Nasıl Yaptım?</w:t>
            </w:r>
          </w:p>
        </w:tc>
        <w:tc>
          <w:tcPr>
            <w:tcW w:type="dxa" w:w="4320"/>
          </w:tcPr>
          <w:p>
            <w:r>
              <w:t>Hissiyatım</w:t>
            </w:r>
          </w:p>
        </w:tc>
      </w:tr>
      <w:tr>
        <w:tc>
          <w:tcPr>
            <w:tcW w:type="dxa" w:w="4320"/>
          </w:tcPr>
          <w:p>
            <w:r>
              <w:t>Onluk ve birlikleri kendi başıma kolayca buldum.</w:t>
            </w:r>
          </w:p>
        </w:tc>
        <w:tc>
          <w:tcPr>
            <w:tcW w:type="dxa" w:w="4320"/>
          </w:tcPr>
          <w:p>
            <w:r>
              <w:t>( ) Çok Mutluyum!</w:t>
            </w:r>
          </w:p>
        </w:tc>
      </w:tr>
      <w:tr>
        <w:tc>
          <w:tcPr>
            <w:tcW w:type="dxa" w:w="4320"/>
          </w:tcPr>
          <w:p>
            <w:r>
              <w:t>Bazı problemleri çözerken öğretmenimden yardım aldım.</w:t>
            </w:r>
          </w:p>
        </w:tc>
        <w:tc>
          <w:tcPr>
            <w:tcW w:type="dxa" w:w="4320"/>
          </w:tcPr>
          <w:p>
            <w:r>
              <w:t>( ) Biraz Düşündüm.</w:t>
            </w:r>
          </w:p>
        </w:tc>
      </w:tr>
      <w:tr>
        <w:tc>
          <w:tcPr>
            <w:tcW w:type="dxa" w:w="4320"/>
          </w:tcPr>
          <w:p>
            <w:r>
              <w:t>Kafam çok karıştı, onlukları sayarken zorlandım.</w:t>
            </w:r>
          </w:p>
        </w:tc>
        <w:tc>
          <w:tcPr>
            <w:tcW w:type="dxa" w:w="4320"/>
          </w:tcPr>
          <w:p>
            <w:r>
              <w:t>( ) Tekrar Edeceğim.</w:t>
            </w:r>
          </w:p>
        </w:tc>
      </w:tr>
    </w:tbl>
    <w:p>
      <w:r>
        <w:br/>
        <w:t>Kaleyi başarıyla tamamladın, tebrikler!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omic Sans MS" w:hAnsi="Comic Sans MS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