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12. Sınıf YKS Haftalık Ders Çalışma ve Hedef Takip Çizelgesi</w:t>
      </w:r>
    </w:p>
    <w:p>
      <w:pPr>
        <w:jc w:val="center"/>
      </w:pPr>
      <w:r>
        <w:rPr>
          <w:i/>
          <w:sz w:val="20"/>
        </w:rPr>
        <w:t>YKS (TYT - AYT) Hazırlık / Rehberlik ve Bireysel Gelişim Şablonu</w:t>
      </w:r>
    </w:p>
    <w:p>
      <w:pPr>
        <w:spacing w:after="120"/>
      </w:pPr>
      <w:r>
        <w:t>Öğrenci Adı Soyadı: ................................................................   Hedef Bölüm / Üniversite: ................................................................</w:t>
      </w:r>
    </w:p>
    <w:p>
      <w:r>
        <w:t>Haftalık Saatlik Çalışma ve Konu Planı (Pazartesi - Cuma):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4"/>
        <w:gridCol w:w="1704"/>
        <w:gridCol w:w="1704"/>
        <w:gridCol w:w="1704"/>
        <w:gridCol w:w="1704"/>
        <w:gridCol w:w="1704"/>
      </w:tblGrid>
      <w:tr>
        <w:tc>
          <w:tcPr>
            <w:tcW w:type="dxa" w:w="1704"/>
          </w:tcPr>
          <w:p>
            <w:r>
              <w:t>Saat Aralığı</w:t>
            </w:r>
          </w:p>
        </w:tc>
        <w:tc>
          <w:tcPr>
            <w:tcW w:type="dxa" w:w="1704"/>
          </w:tcPr>
          <w:p>
            <w:r>
              <w:t>Pazartesi</w:t>
            </w:r>
          </w:p>
        </w:tc>
        <w:tc>
          <w:tcPr>
            <w:tcW w:type="dxa" w:w="1704"/>
          </w:tcPr>
          <w:p>
            <w:r>
              <w:t>Salı</w:t>
            </w:r>
          </w:p>
        </w:tc>
        <w:tc>
          <w:tcPr>
            <w:tcW w:type="dxa" w:w="1704"/>
          </w:tcPr>
          <w:p>
            <w:r>
              <w:t>Çarşamba</w:t>
            </w:r>
          </w:p>
        </w:tc>
        <w:tc>
          <w:tcPr>
            <w:tcW w:type="dxa" w:w="1704"/>
          </w:tcPr>
          <w:p>
            <w:r>
              <w:t>Perşembe</w:t>
            </w:r>
          </w:p>
        </w:tc>
        <w:tc>
          <w:tcPr>
            <w:tcW w:type="dxa" w:w="1704"/>
          </w:tcPr>
          <w:p>
            <w:r>
              <w:t>Cuma</w:t>
            </w:r>
          </w:p>
        </w:tc>
      </w:tr>
      <w:tr>
        <w:tc>
          <w:tcPr>
            <w:tcW w:type="dxa" w:w="1704"/>
          </w:tcPr>
          <w:p>
            <w:r>
              <w:t>17.30 - 18.30</w:t>
            </w:r>
          </w:p>
        </w:tc>
        <w:tc>
          <w:tcPr>
            <w:tcW w:type="dxa" w:w="1704"/>
          </w:tcPr>
          <w:p>
            <w:r>
              <w:t>Okul Tekrarı</w:t>
            </w:r>
          </w:p>
        </w:tc>
        <w:tc>
          <w:tcPr>
            <w:tcW w:type="dxa" w:w="1704"/>
          </w:tcPr>
          <w:p>
            <w:r>
              <w:t>Okul Tekrarı</w:t>
            </w:r>
          </w:p>
        </w:tc>
        <w:tc>
          <w:tcPr>
            <w:tcW w:type="dxa" w:w="1704"/>
          </w:tcPr>
          <w:p>
            <w:r>
              <w:t>Okul Tekrarı</w:t>
            </w:r>
          </w:p>
        </w:tc>
        <w:tc>
          <w:tcPr>
            <w:tcW w:type="dxa" w:w="1704"/>
          </w:tcPr>
          <w:p>
            <w:r>
              <w:t>Okul Tekrarı</w:t>
            </w:r>
          </w:p>
        </w:tc>
        <w:tc>
          <w:tcPr>
            <w:tcW w:type="dxa" w:w="1704"/>
          </w:tcPr>
          <w:p>
            <w:r>
              <w:t>Hafta Sonu Planı</w:t>
            </w:r>
          </w:p>
        </w:tc>
      </w:tr>
      <w:tr>
        <w:tc>
          <w:tcPr>
            <w:tcW w:type="dxa" w:w="1704"/>
          </w:tcPr>
          <w:p>
            <w:r>
              <w:t>18.30 - 19.30</w:t>
            </w:r>
          </w:p>
        </w:tc>
        <w:tc>
          <w:tcPr>
            <w:tcW w:type="dxa" w:w="1704"/>
          </w:tcPr>
          <w:p>
            <w:r>
              <w:t>Dinlenme &amp; Akşam Yemeği</w:t>
            </w:r>
          </w:p>
        </w:tc>
        <w:tc>
          <w:tcPr>
            <w:tcW w:type="dxa" w:w="1704"/>
          </w:tcPr>
          <w:p>
            <w:r>
              <w:t>Dinlenme &amp; Yemek</w:t>
            </w:r>
          </w:p>
        </w:tc>
        <w:tc>
          <w:tcPr>
            <w:tcW w:type="dxa" w:w="1704"/>
          </w:tcPr>
          <w:p>
            <w:r>
              <w:t>Dinlenme &amp; Yemek</w:t>
            </w:r>
          </w:p>
        </w:tc>
        <w:tc>
          <w:tcPr>
            <w:tcW w:type="dxa" w:w="1704"/>
          </w:tcPr>
          <w:p>
            <w:r>
              <w:t>Dinlenme &amp; Yemek</w:t>
            </w:r>
          </w:p>
        </w:tc>
        <w:tc>
          <w:tcPr>
            <w:tcW w:type="dxa" w:w="1704"/>
          </w:tcPr>
          <w:p>
            <w:r>
              <w:t>Dinlenme &amp; Yemek</w:t>
            </w:r>
          </w:p>
        </w:tc>
      </w:tr>
      <w:tr>
        <w:tc>
          <w:tcPr>
            <w:tcW w:type="dxa" w:w="1704"/>
          </w:tcPr>
          <w:p>
            <w:r>
              <w:t>19.30 - 20.45</w:t>
            </w:r>
          </w:p>
        </w:tc>
        <w:tc>
          <w:tcPr>
            <w:tcW w:type="dxa" w:w="1704"/>
          </w:tcPr>
          <w:p>
            <w:r>
              <w:t>TYT Matematik</w:t>
            </w:r>
          </w:p>
        </w:tc>
        <w:tc>
          <w:tcPr>
            <w:tcW w:type="dxa" w:w="1704"/>
          </w:tcPr>
          <w:p>
            <w:r>
              <w:t>TYT Türkçe (Paragraf)</w:t>
            </w:r>
          </w:p>
        </w:tc>
        <w:tc>
          <w:tcPr>
            <w:tcW w:type="dxa" w:w="1704"/>
          </w:tcPr>
          <w:p>
            <w:r>
              <w:t>TYT Fen Bilimleri</w:t>
            </w:r>
          </w:p>
        </w:tc>
        <w:tc>
          <w:tcPr>
            <w:tcW w:type="dxa" w:w="1704"/>
          </w:tcPr>
          <w:p>
            <w:r>
              <w:t>TYT Sosyal / Mat</w:t>
            </w:r>
          </w:p>
        </w:tc>
        <w:tc>
          <w:tcPr>
            <w:tcW w:type="dxa" w:w="1704"/>
          </w:tcPr>
          <w:p>
            <w:r>
              <w:t>TYT Genel Tekrar</w:t>
            </w:r>
          </w:p>
        </w:tc>
      </w:tr>
      <w:tr>
        <w:tc>
          <w:tcPr>
            <w:tcW w:type="dxa" w:w="1704"/>
          </w:tcPr>
          <w:p>
            <w:r>
              <w:t>21.00 - 22.15</w:t>
            </w:r>
          </w:p>
        </w:tc>
        <w:tc>
          <w:tcPr>
            <w:tcW w:type="dxa" w:w="1704"/>
          </w:tcPr>
          <w:p>
            <w:r>
              <w:t>AYT Branş Dersi</w:t>
            </w:r>
          </w:p>
        </w:tc>
        <w:tc>
          <w:tcPr>
            <w:tcW w:type="dxa" w:w="1704"/>
          </w:tcPr>
          <w:p>
            <w:r>
              <w:t>AYT Branş Dersi</w:t>
            </w:r>
          </w:p>
        </w:tc>
        <w:tc>
          <w:tcPr>
            <w:tcW w:type="dxa" w:w="1704"/>
          </w:tcPr>
          <w:p>
            <w:r>
              <w:t>AYT Matematik</w:t>
            </w:r>
          </w:p>
        </w:tc>
        <w:tc>
          <w:tcPr>
            <w:tcW w:type="dxa" w:w="1704"/>
          </w:tcPr>
          <w:p>
            <w:r>
              <w:t>AYT Fen / Edebiyat</w:t>
            </w:r>
          </w:p>
        </w:tc>
        <w:tc>
          <w:tcPr>
            <w:tcW w:type="dxa" w:w="1704"/>
          </w:tcPr>
          <w:p>
            <w:r>
              <w:t>Eksik Konu Telafisi</w:t>
            </w:r>
          </w:p>
        </w:tc>
      </w:tr>
      <w:tr>
        <w:tc>
          <w:tcPr>
            <w:tcW w:type="dxa" w:w="1704"/>
          </w:tcPr>
          <w:p>
            <w:r>
              <w:t>22.15 - 22.45</w:t>
            </w:r>
          </w:p>
        </w:tc>
        <w:tc>
          <w:tcPr>
            <w:tcW w:type="dxa" w:w="1704"/>
          </w:tcPr>
          <w:p>
            <w:r>
              <w:t>Günün Soru Analizi</w:t>
            </w:r>
          </w:p>
        </w:tc>
        <w:tc>
          <w:tcPr>
            <w:tcW w:type="dxa" w:w="1704"/>
          </w:tcPr>
          <w:p>
            <w:r>
              <w:t>Günün Soru Analizi</w:t>
            </w:r>
          </w:p>
        </w:tc>
        <w:tc>
          <w:tcPr>
            <w:tcW w:type="dxa" w:w="1704"/>
          </w:tcPr>
          <w:p>
            <w:r>
              <w:t>Günün Soru Analizi</w:t>
            </w:r>
          </w:p>
        </w:tc>
        <w:tc>
          <w:tcPr>
            <w:tcW w:type="dxa" w:w="1704"/>
          </w:tcPr>
          <w:p>
            <w:r>
              <w:t>Günün Soru Analizi</w:t>
            </w:r>
          </w:p>
        </w:tc>
        <w:tc>
          <w:tcPr>
            <w:tcW w:type="dxa" w:w="1704"/>
          </w:tcPr>
          <w:p>
            <w:r>
              <w:t>Deneme Analizi</w:t>
            </w:r>
          </w:p>
        </w:tc>
      </w:tr>
      <w:tr>
        <w:tc>
          <w:tcPr>
            <w:tcW w:type="dxa" w:w="1704"/>
          </w:tcPr>
          <w:p>
            <w:r>
              <w:t>22.45 - 23.30</w:t>
            </w:r>
          </w:p>
        </w:tc>
        <w:tc>
          <w:tcPr>
            <w:tcW w:type="dxa" w:w="1704"/>
          </w:tcPr>
          <w:p>
            <w:r>
              <w:t>Kitap Okuma &amp; Dinlenme</w:t>
            </w:r>
          </w:p>
        </w:tc>
        <w:tc>
          <w:tcPr>
            <w:tcW w:type="dxa" w:w="1704"/>
          </w:tcPr>
          <w:p>
            <w:r>
              <w:t>Kitap Okuma</w:t>
            </w:r>
          </w:p>
        </w:tc>
        <w:tc>
          <w:tcPr>
            <w:tcW w:type="dxa" w:w="1704"/>
          </w:tcPr>
          <w:p>
            <w:r>
              <w:t>Kitap Okuma</w:t>
            </w:r>
          </w:p>
        </w:tc>
        <w:tc>
          <w:tcPr>
            <w:tcW w:type="dxa" w:w="1704"/>
          </w:tcPr>
          <w:p>
            <w:r>
              <w:t>Kitap Okuma</w:t>
            </w:r>
          </w:p>
        </w:tc>
        <w:tc>
          <w:tcPr>
            <w:tcW w:type="dxa" w:w="1704"/>
          </w:tcPr>
          <w:p>
            <w:r>
              <w:t>Serbest Zaman</w:t>
            </w:r>
          </w:p>
        </w:tc>
      </w:tr>
    </w:tbl>
    <w:p>
      <w:r>
        <w:br w:type="page"/>
      </w:r>
    </w:p>
    <w:p>
      <w:pPr>
        <w:spacing w:after="80"/>
      </w:pPr>
      <w:r>
        <w:rPr>
          <w:b/>
          <w:sz w:val="24"/>
        </w:rPr>
        <w:t>Haftalık Soru Çözüm Hedefi ve Net Takip Tablosu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W w:type="dxa" w:w="2045"/>
          </w:tcPr>
          <w:p>
            <w:r>
              <w:t>Ders / Alan</w:t>
            </w:r>
          </w:p>
        </w:tc>
        <w:tc>
          <w:tcPr>
            <w:tcW w:type="dxa" w:w="2045"/>
          </w:tcPr>
          <w:p>
            <w:r>
              <w:t>Hedef Soru Sayısı</w:t>
            </w:r>
          </w:p>
        </w:tc>
        <w:tc>
          <w:tcPr>
            <w:tcW w:type="dxa" w:w="2045"/>
          </w:tcPr>
          <w:p>
            <w:r>
              <w:t>Çözülen Soru</w:t>
            </w:r>
          </w:p>
        </w:tc>
        <w:tc>
          <w:tcPr>
            <w:tcW w:type="dxa" w:w="2045"/>
          </w:tcPr>
          <w:p>
            <w:r>
              <w:t>Doğru / Yanlış</w:t>
            </w:r>
          </w:p>
        </w:tc>
        <w:tc>
          <w:tcPr>
            <w:tcW w:type="dxa" w:w="2045"/>
          </w:tcPr>
          <w:p>
            <w:r>
              <w:t>Boş / Analiz</w:t>
            </w:r>
          </w:p>
        </w:tc>
      </w:tr>
      <w:tr>
        <w:tc>
          <w:tcPr>
            <w:tcW w:type="dxa" w:w="2045"/>
          </w:tcPr>
          <w:p>
            <w:r>
              <w:t>Türkçe / Edebiyat (Paragraf)</w:t>
            </w:r>
          </w:p>
        </w:tc>
        <w:tc>
          <w:tcPr>
            <w:tcW w:type="dxa" w:w="2045"/>
          </w:tcPr>
          <w:p>
            <w:r>
              <w:t>.............</w:t>
            </w:r>
          </w:p>
        </w:tc>
        <w:tc>
          <w:tcPr>
            <w:tcW w:type="dxa" w:w="2045"/>
          </w:tcPr>
          <w:p>
            <w:r>
              <w:t>.............</w:t>
            </w:r>
          </w:p>
        </w:tc>
        <w:tc>
          <w:tcPr>
            <w:tcW w:type="dxa" w:w="2045"/>
          </w:tcPr>
          <w:p>
            <w:r>
              <w:t>...... / ......</w:t>
            </w:r>
          </w:p>
        </w:tc>
        <w:tc>
          <w:tcPr>
            <w:tcW w:type="dxa" w:w="2045"/>
          </w:tcPr>
          <w:p>
            <w:r>
              <w:t>...... / ......</w:t>
            </w:r>
          </w:p>
        </w:tc>
      </w:tr>
      <w:tr>
        <w:tc>
          <w:tcPr>
            <w:tcW w:type="dxa" w:w="2045"/>
          </w:tcPr>
          <w:p>
            <w:r>
              <w:t>Temel Matematik (TYT)</w:t>
            </w:r>
          </w:p>
        </w:tc>
        <w:tc>
          <w:tcPr>
            <w:tcW w:type="dxa" w:w="2045"/>
          </w:tcPr>
          <w:p>
            <w:r>
              <w:t>.............</w:t>
            </w:r>
          </w:p>
        </w:tc>
        <w:tc>
          <w:tcPr>
            <w:tcW w:type="dxa" w:w="2045"/>
          </w:tcPr>
          <w:p>
            <w:r>
              <w:t>.............</w:t>
            </w:r>
          </w:p>
        </w:tc>
        <w:tc>
          <w:tcPr>
            <w:tcW w:type="dxa" w:w="2045"/>
          </w:tcPr>
          <w:p>
            <w:r>
              <w:t>...... / ......</w:t>
            </w:r>
          </w:p>
        </w:tc>
        <w:tc>
          <w:tcPr>
            <w:tcW w:type="dxa" w:w="2045"/>
          </w:tcPr>
          <w:p>
            <w:r>
              <w:t>...... / ......</w:t>
            </w:r>
          </w:p>
        </w:tc>
      </w:tr>
      <w:tr>
        <w:tc>
          <w:tcPr>
            <w:tcW w:type="dxa" w:w="2045"/>
          </w:tcPr>
          <w:p>
            <w:r>
              <w:t>İleri Matematik (AYT)</w:t>
            </w:r>
          </w:p>
        </w:tc>
        <w:tc>
          <w:tcPr>
            <w:tcW w:type="dxa" w:w="2045"/>
          </w:tcPr>
          <w:p>
            <w:r>
              <w:t>.............</w:t>
            </w:r>
          </w:p>
        </w:tc>
        <w:tc>
          <w:tcPr>
            <w:tcW w:type="dxa" w:w="2045"/>
          </w:tcPr>
          <w:p>
            <w:r>
              <w:t>.............</w:t>
            </w:r>
          </w:p>
        </w:tc>
        <w:tc>
          <w:tcPr>
            <w:tcW w:type="dxa" w:w="2045"/>
          </w:tcPr>
          <w:p>
            <w:r>
              <w:t>...... / ......</w:t>
            </w:r>
          </w:p>
        </w:tc>
        <w:tc>
          <w:tcPr>
            <w:tcW w:type="dxa" w:w="2045"/>
          </w:tcPr>
          <w:p>
            <w:r>
              <w:t>...... / ......</w:t>
            </w:r>
          </w:p>
        </w:tc>
      </w:tr>
      <w:tr>
        <w:tc>
          <w:tcPr>
            <w:tcW w:type="dxa" w:w="2045"/>
          </w:tcPr>
          <w:p>
            <w:r>
              <w:t>Fen Bilimleri (Fizik-Kimya-Biyo)</w:t>
            </w:r>
          </w:p>
        </w:tc>
        <w:tc>
          <w:tcPr>
            <w:tcW w:type="dxa" w:w="2045"/>
          </w:tcPr>
          <w:p>
            <w:r>
              <w:t>.............</w:t>
            </w:r>
          </w:p>
        </w:tc>
        <w:tc>
          <w:tcPr>
            <w:tcW w:type="dxa" w:w="2045"/>
          </w:tcPr>
          <w:p>
            <w:r>
              <w:t>.............</w:t>
            </w:r>
          </w:p>
        </w:tc>
        <w:tc>
          <w:tcPr>
            <w:tcW w:type="dxa" w:w="2045"/>
          </w:tcPr>
          <w:p>
            <w:r>
              <w:t>...... / ......</w:t>
            </w:r>
          </w:p>
        </w:tc>
        <w:tc>
          <w:tcPr>
            <w:tcW w:type="dxa" w:w="2045"/>
          </w:tcPr>
          <w:p>
            <w:r>
              <w:t>...... / ......</w:t>
            </w:r>
          </w:p>
        </w:tc>
      </w:tr>
      <w:tr>
        <w:tc>
          <w:tcPr>
            <w:tcW w:type="dxa" w:w="2045"/>
          </w:tcPr>
          <w:p>
            <w:r>
              <w:t>Sosyal Bilimler (Tarih-Coğ-Fel)</w:t>
            </w:r>
          </w:p>
        </w:tc>
        <w:tc>
          <w:tcPr>
            <w:tcW w:type="dxa" w:w="2045"/>
          </w:tcPr>
          <w:p>
            <w:r>
              <w:t>.............</w:t>
            </w:r>
          </w:p>
        </w:tc>
        <w:tc>
          <w:tcPr>
            <w:tcW w:type="dxa" w:w="2045"/>
          </w:tcPr>
          <w:p>
            <w:r>
              <w:t>.............</w:t>
            </w:r>
          </w:p>
        </w:tc>
        <w:tc>
          <w:tcPr>
            <w:tcW w:type="dxa" w:w="2045"/>
          </w:tcPr>
          <w:p>
            <w:r>
              <w:t>...... / ......</w:t>
            </w:r>
          </w:p>
        </w:tc>
        <w:tc>
          <w:tcPr>
            <w:tcW w:type="dxa" w:w="2045"/>
          </w:tcPr>
          <w:p>
            <w:r>
              <w:t>...... / ......</w:t>
            </w:r>
          </w:p>
        </w:tc>
      </w:tr>
    </w:tbl>
    <w:p>
      <w:pPr>
        <w:spacing w:after="80"/>
      </w:pPr>
      <w:r>
        <w:rPr>
          <w:b/>
          <w:sz w:val="24"/>
        </w:rPr>
        <w:br/>
        <w:t>Haftalık Bireysel Değerlendirme ve Süreç Yansıtma (Maarif Modeli)</w:t>
      </w:r>
    </w:p>
    <w:p>
      <w:r>
        <w:t>Bu haftaki ders çalışma sürecinizi dürüstçe değerlendiriniz ve en uygun durumu işaretleyiniz: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</w:tcPr>
          <w:p>
            <w:r>
              <w:t>Değerlendirme Kriteri</w:t>
            </w:r>
          </w:p>
        </w:tc>
        <w:tc>
          <w:tcPr>
            <w:tcW w:type="dxa" w:w="3408"/>
          </w:tcPr>
          <w:p>
            <w:r>
              <w:t>Hedefe Ulaştım (X)</w:t>
            </w:r>
          </w:p>
        </w:tc>
        <w:tc>
          <w:tcPr>
            <w:tcW w:type="dxa" w:w="3408"/>
          </w:tcPr>
          <w:p>
            <w:r>
              <w:t>Geliştirilmeli (X)</w:t>
            </w:r>
          </w:p>
        </w:tc>
      </w:tr>
      <w:tr>
        <w:tc>
          <w:tcPr>
            <w:tcW w:type="dxa" w:w="3408"/>
          </w:tcPr>
          <w:p>
            <w:r>
              <w:t>Haftalık ders çalışma saatlerime ve molalarıma sadık kaldım.</w:t>
            </w:r>
          </w:p>
        </w:tc>
        <w:tc>
          <w:tcPr>
            <w:tcW w:type="dxa" w:w="3408"/>
          </w:tcPr>
          <w:p>
            <w:r>
              <w:t>(   )</w:t>
            </w:r>
          </w:p>
        </w:tc>
        <w:tc>
          <w:tcPr>
            <w:tcW w:type="dxa" w:w="3408"/>
          </w:tcPr>
          <w:p>
            <w:r>
              <w:t>(   )</w:t>
            </w:r>
          </w:p>
        </w:tc>
      </w:tr>
      <w:tr>
        <w:tc>
          <w:tcPr>
            <w:tcW w:type="dxa" w:w="3408"/>
          </w:tcPr>
          <w:p>
            <w:r>
              <w:t>Günde en az 30 paragraf / problem sorusu çözme hedefini aksatmadım.</w:t>
            </w:r>
          </w:p>
        </w:tc>
        <w:tc>
          <w:tcPr>
            <w:tcW w:type="dxa" w:w="3408"/>
          </w:tcPr>
          <w:p>
            <w:r>
              <w:t>(   )</w:t>
            </w:r>
          </w:p>
        </w:tc>
        <w:tc>
          <w:tcPr>
            <w:tcW w:type="dxa" w:w="3408"/>
          </w:tcPr>
          <w:p>
            <w:r>
              <w:t>(   )</w:t>
            </w:r>
          </w:p>
        </w:tc>
      </w:tr>
      <w:tr>
        <w:tc>
          <w:tcPr>
            <w:tcW w:type="dxa" w:w="3408"/>
          </w:tcPr>
          <w:p>
            <w:r>
              <w:t>Yapamadığım ve boş bıraktığım soruların çözümlerini mutlaka öğrendim.</w:t>
            </w:r>
          </w:p>
        </w:tc>
        <w:tc>
          <w:tcPr>
            <w:tcW w:type="dxa" w:w="3408"/>
          </w:tcPr>
          <w:p>
            <w:r>
              <w:t>(   )</w:t>
            </w:r>
          </w:p>
        </w:tc>
        <w:tc>
          <w:tcPr>
            <w:tcW w:type="dxa" w:w="3408"/>
          </w:tcPr>
          <w:p>
            <w:r>
              <w:t>(   )</w:t>
            </w:r>
          </w:p>
        </w:tc>
      </w:tr>
      <w:tr>
        <w:tc>
          <w:tcPr>
            <w:tcW w:type="dxa" w:w="3408"/>
          </w:tcPr>
          <w:p>
            <w:r>
              <w:t>Sosyal medya ve dikkat dağıtıcı unsurları ders esnasında sınırlandırdım.</w:t>
            </w:r>
          </w:p>
        </w:tc>
        <w:tc>
          <w:tcPr>
            <w:tcW w:type="dxa" w:w="3408"/>
          </w:tcPr>
          <w:p>
            <w:r>
              <w:t>(   )</w:t>
            </w:r>
          </w:p>
        </w:tc>
        <w:tc>
          <w:tcPr>
            <w:tcW w:type="dxa" w:w="3408"/>
          </w:tcPr>
          <w:p>
            <w:r>
              <w:t>(   )</w:t>
            </w:r>
          </w:p>
        </w:tc>
      </w:tr>
    </w:tbl>
    <w:p>
      <w:r>
        <w:br/>
        <w:t>Rehber Öğretmen / Koç Notu:</w:t>
        <w:br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