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F6EE6" w14:textId="77777777" w:rsidR="00AF0BBD" w:rsidRDefault="00000000">
      <w:pPr>
        <w:spacing w:after="20"/>
        <w:jc w:val="center"/>
      </w:pPr>
      <w:r>
        <w:rPr>
          <w:b/>
          <w:sz w:val="30"/>
        </w:rPr>
        <w:t>11. SINIF FİZİK YAZILI SINAVI</w:t>
      </w:r>
    </w:p>
    <w:p w14:paraId="513E5687" w14:textId="77777777" w:rsidR="00AF0BBD" w:rsidRDefault="00000000">
      <w:pPr>
        <w:spacing w:after="100"/>
        <w:jc w:val="center"/>
      </w:pPr>
      <w:r>
        <w:rPr>
          <w:b/>
          <w:sz w:val="20"/>
        </w:rPr>
        <w:t>Türkiye Yüzyılı Maarif Modeli • 1. Ünite: Kuvvet ve Hareket • 100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34"/>
        <w:gridCol w:w="2734"/>
        <w:gridCol w:w="2734"/>
        <w:gridCol w:w="2734"/>
      </w:tblGrid>
      <w:tr w:rsidR="00AF0BBD" w14:paraId="1CC9049D" w14:textId="77777777">
        <w:trPr>
          <w:jc w:val="center"/>
        </w:trPr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8A653D" w14:textId="77777777" w:rsidR="00AF0BBD" w:rsidRDefault="00000000">
            <w:r>
              <w:rPr>
                <w:sz w:val="19"/>
              </w:rPr>
              <w:t>Adı Soyadı:</w:t>
            </w:r>
          </w:p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5ABA16" w14:textId="77777777" w:rsidR="00AF0BBD" w:rsidRDefault="00AF0BBD"/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1D188" w14:textId="77777777" w:rsidR="00AF0BBD" w:rsidRDefault="00000000">
            <w:r>
              <w:rPr>
                <w:sz w:val="19"/>
              </w:rPr>
              <w:t>Sınıf / No:</w:t>
            </w:r>
          </w:p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F02BB1" w14:textId="77777777" w:rsidR="00AF0BBD" w:rsidRDefault="00AF0BBD"/>
        </w:tc>
      </w:tr>
      <w:tr w:rsidR="00AF0BBD" w14:paraId="526FAD81" w14:textId="77777777">
        <w:trPr>
          <w:jc w:val="center"/>
        </w:trPr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2B04F" w14:textId="77777777" w:rsidR="00AF0BBD" w:rsidRDefault="00000000">
            <w:r>
              <w:rPr>
                <w:sz w:val="19"/>
              </w:rPr>
              <w:t>Tarih:</w:t>
            </w:r>
          </w:p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F2A628" w14:textId="77777777" w:rsidR="00AF0BBD" w:rsidRDefault="00AF0BBD"/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DD361B" w14:textId="77777777" w:rsidR="00AF0BBD" w:rsidRDefault="00000000">
            <w:r>
              <w:rPr>
                <w:sz w:val="19"/>
              </w:rPr>
              <w:t>Not:</w:t>
            </w:r>
          </w:p>
        </w:tc>
        <w:tc>
          <w:tcPr>
            <w:tcW w:w="27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718107" w14:textId="77777777" w:rsidR="00AF0BBD" w:rsidRDefault="00AF0BBD"/>
        </w:tc>
      </w:tr>
    </w:tbl>
    <w:p w14:paraId="215FFE0A" w14:textId="77777777" w:rsidR="00AF0BBD" w:rsidRDefault="00000000">
      <w:pPr>
        <w:spacing w:before="100" w:after="40"/>
        <w:jc w:val="center"/>
      </w:pPr>
      <w:r>
        <w:rPr>
          <w:b/>
          <w:sz w:val="22"/>
        </w:rPr>
        <w:t>Kapsam ve Puan Dağılımı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5"/>
        <w:gridCol w:w="3645"/>
      </w:tblGrid>
      <w:tr w:rsidR="00AF0BBD" w14:paraId="5C477E0D" w14:textId="77777777">
        <w:trPr>
          <w:tblHeader/>
          <w:jc w:val="center"/>
        </w:trPr>
        <w:tc>
          <w:tcPr>
            <w:tcW w:w="3645" w:type="dxa"/>
            <w:shd w:val="clear" w:color="auto" w:fill="D9EAF7"/>
          </w:tcPr>
          <w:p w14:paraId="7AA186BE" w14:textId="77777777" w:rsidR="00AF0BBD" w:rsidRDefault="00000000">
            <w:r>
              <w:rPr>
                <w:b/>
                <w:sz w:val="18"/>
              </w:rPr>
              <w:t>Konu</w:t>
            </w:r>
          </w:p>
        </w:tc>
        <w:tc>
          <w:tcPr>
            <w:tcW w:w="3645" w:type="dxa"/>
            <w:shd w:val="clear" w:color="auto" w:fill="D9EAF7"/>
          </w:tcPr>
          <w:p w14:paraId="21BB214F" w14:textId="77777777" w:rsidR="00AF0BBD" w:rsidRDefault="00000000">
            <w:r>
              <w:rPr>
                <w:b/>
                <w:sz w:val="18"/>
              </w:rPr>
              <w:t>Soru</w:t>
            </w:r>
          </w:p>
        </w:tc>
        <w:tc>
          <w:tcPr>
            <w:tcW w:w="3645" w:type="dxa"/>
            <w:shd w:val="clear" w:color="auto" w:fill="D9EAF7"/>
          </w:tcPr>
          <w:p w14:paraId="22F997F6" w14:textId="77777777" w:rsidR="00AF0BBD" w:rsidRDefault="00000000">
            <w:r>
              <w:rPr>
                <w:b/>
                <w:sz w:val="18"/>
              </w:rPr>
              <w:t>Puan</w:t>
            </w:r>
          </w:p>
        </w:tc>
      </w:tr>
      <w:tr w:rsidR="00AF0BBD" w14:paraId="24B3B0B6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DBB8FB7" w14:textId="77777777" w:rsidR="00AF0BBD" w:rsidRDefault="00000000">
            <w:pPr>
              <w:spacing w:after="0"/>
            </w:pPr>
            <w:r>
              <w:rPr>
                <w:sz w:val="17"/>
              </w:rPr>
              <w:t>Serbest düşme: hız, ivme, yer değiştirme ve veriye dayalı yorum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8534E6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4B3818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</w:tr>
      <w:tr w:rsidR="00AF0BBD" w14:paraId="0039F825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C8EEE3E" w14:textId="77777777" w:rsidR="00AF0BBD" w:rsidRDefault="00000000">
            <w:pPr>
              <w:spacing w:after="0"/>
            </w:pPr>
            <w:r>
              <w:rPr>
                <w:sz w:val="17"/>
              </w:rPr>
              <w:t>İki boyutta sabit ivmeli hareket: yatay-düşey bileşenler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5675E0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F4D270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</w:tr>
      <w:tr w:rsidR="00AF0BBD" w14:paraId="1FB30747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F154AB" w14:textId="77777777" w:rsidR="00AF0BBD" w:rsidRDefault="00000000">
            <w:pPr>
              <w:spacing w:after="0"/>
            </w:pPr>
            <w:r>
              <w:rPr>
                <w:sz w:val="17"/>
              </w:rPr>
              <w:t>Newton'ın hareket yasaları ve serbest cisim diyagramı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4A0AED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E91F00D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</w:tr>
      <w:tr w:rsidR="00AF0BBD" w14:paraId="12EABE08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22AFF7E" w14:textId="77777777" w:rsidR="00AF0BBD" w:rsidRDefault="00000000">
            <w:pPr>
              <w:spacing w:after="0"/>
            </w:pPr>
            <w:r>
              <w:rPr>
                <w:sz w:val="17"/>
              </w:rPr>
              <w:t>Statik ve kinetik sürtünme; sürtünme kuvvetinin modeli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8504D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C4D7769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</w:tr>
      <w:tr w:rsidR="00AF0BBD" w14:paraId="3CA97814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88E5F0" w14:textId="77777777" w:rsidR="00AF0BBD" w:rsidRDefault="00000000">
            <w:pPr>
              <w:spacing w:after="0"/>
            </w:pPr>
            <w:r>
              <w:rPr>
                <w:sz w:val="17"/>
              </w:rPr>
              <w:t>Limit hız ve hava direncini etkileyen değişkenler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8EA0865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50ED38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</w:tr>
      <w:tr w:rsidR="00AF0BBD" w14:paraId="0BD9B810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705EF9" w14:textId="77777777" w:rsidR="00AF0BBD" w:rsidRDefault="00000000">
            <w:pPr>
              <w:spacing w:after="0"/>
            </w:pPr>
            <w:r>
              <w:rPr>
                <w:sz w:val="17"/>
              </w:rPr>
              <w:t>Ünite kavramları - Doğru/Yanlış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F849C8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333089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15</w:t>
            </w:r>
          </w:p>
        </w:tc>
      </w:tr>
      <w:tr w:rsidR="00AF0BBD" w14:paraId="3DBF524E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76EB72" w14:textId="77777777" w:rsidR="00AF0BBD" w:rsidRDefault="00000000">
            <w:pPr>
              <w:spacing w:after="0"/>
            </w:pPr>
            <w:r>
              <w:rPr>
                <w:sz w:val="17"/>
              </w:rPr>
              <w:t>Ünite kavramları - Boşluk doldurma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F333FA3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C1D5E80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15</w:t>
            </w:r>
          </w:p>
        </w:tc>
      </w:tr>
      <w:tr w:rsidR="00AF0BBD" w14:paraId="044E460D" w14:textId="77777777">
        <w:trPr>
          <w:jc w:val="center"/>
        </w:trPr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FC55346" w14:textId="77777777" w:rsidR="00AF0BBD" w:rsidRDefault="00000000">
            <w:pPr>
              <w:spacing w:after="0"/>
            </w:pPr>
            <w:r>
              <w:rPr>
                <w:sz w:val="17"/>
              </w:rPr>
              <w:t>Ünite kavramları - Eşleştirme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189593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3645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2EE685" w14:textId="77777777" w:rsidR="00AF0BBD" w:rsidRDefault="00000000">
            <w:pPr>
              <w:spacing w:after="0"/>
              <w:jc w:val="center"/>
            </w:pPr>
            <w:r>
              <w:rPr>
                <w:sz w:val="17"/>
              </w:rPr>
              <w:t>10</w:t>
            </w:r>
          </w:p>
        </w:tc>
      </w:tr>
      <w:tr w:rsidR="00AF0BBD" w14:paraId="091EE1EE" w14:textId="77777777">
        <w:trPr>
          <w:jc w:val="center"/>
        </w:trPr>
        <w:tc>
          <w:tcPr>
            <w:tcW w:w="3645" w:type="dxa"/>
            <w:shd w:val="clear" w:color="auto" w:fill="EAEAE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E217A5" w14:textId="77777777" w:rsidR="00AF0BBD" w:rsidRDefault="00000000">
            <w:pPr>
              <w:spacing w:after="0"/>
            </w:pPr>
            <w:r>
              <w:rPr>
                <w:b/>
                <w:sz w:val="17"/>
              </w:rPr>
              <w:t>TOPLAM</w:t>
            </w:r>
          </w:p>
        </w:tc>
        <w:tc>
          <w:tcPr>
            <w:tcW w:w="3645" w:type="dxa"/>
            <w:shd w:val="clear" w:color="auto" w:fill="EAEAE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B1F441" w14:textId="77777777" w:rsidR="00AF0BBD" w:rsidRDefault="00AF0BBD">
            <w:pPr>
              <w:spacing w:after="0"/>
              <w:jc w:val="center"/>
            </w:pPr>
          </w:p>
        </w:tc>
        <w:tc>
          <w:tcPr>
            <w:tcW w:w="3645" w:type="dxa"/>
            <w:shd w:val="clear" w:color="auto" w:fill="EAEAE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F416E4" w14:textId="77777777" w:rsidR="00AF0BBD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100</w:t>
            </w:r>
          </w:p>
        </w:tc>
      </w:tr>
    </w:tbl>
    <w:p w14:paraId="00CE1B51" w14:textId="77777777" w:rsidR="00AF0BBD" w:rsidRDefault="00000000">
      <w:pPr>
        <w:pStyle w:val="SmallNote"/>
        <w:spacing w:before="60" w:after="80"/>
      </w:pPr>
      <w:r>
        <w:t>Not: Ana sınavda düzgün çembersel hareket yoktur. En sondaki 12 puanlık ek soru, öğretmenin istemesi hâlinde 1-5. sorulardan herhangi birinin yerine kullanılabilir.</w:t>
      </w:r>
    </w:p>
    <w:p w14:paraId="7DFA9A36" w14:textId="77777777" w:rsidR="00AF0BBD" w:rsidRDefault="00000000">
      <w:pPr>
        <w:jc w:val="center"/>
      </w:pPr>
      <w:r>
        <w:rPr>
          <w:b/>
          <w:sz w:val="24"/>
        </w:rPr>
        <w:t>SORULAR</w:t>
      </w:r>
    </w:p>
    <w:p w14:paraId="11FAF4C5" w14:textId="77777777" w:rsidR="00AF0BBD" w:rsidRDefault="00000000">
      <w:pPr>
        <w:pStyle w:val="QuestionTitle"/>
        <w:keepNext/>
      </w:pPr>
      <w:r>
        <w:t>1. Soru - Serbest Düşme (12 Puan)</w:t>
      </w:r>
    </w:p>
    <w:p w14:paraId="638CDED7" w14:textId="77777777" w:rsidR="00AF0BBD" w:rsidRDefault="00000000">
      <w:pPr>
        <w:pStyle w:val="QuestionBody"/>
      </w:pPr>
      <w:r>
        <w:t>Hava direncinin ihmal edildiği bir ortamda bir cisim, yerden 80 m yükseklikten ilk hızı sıfır olacak şekilde serbest bırakılıyor. Yer çekimi ivmesini g = 10 m/s² alınız.</w:t>
      </w:r>
    </w:p>
    <w:p w14:paraId="2E4DBD91" w14:textId="77777777" w:rsidR="00AF0BBD" w:rsidRDefault="00000000">
      <w:pPr>
        <w:pStyle w:val="QuestionBody"/>
        <w:keepNext/>
      </w:pPr>
      <w:r>
        <w:t>a) Cismin 3 s sonraki hızının büyüklüğünü bulunuz. (3 puan)</w:t>
      </w:r>
    </w:p>
    <w:p w14:paraId="776E26E2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57D6A9AE" w14:textId="77777777" w:rsidR="00AF0BBD" w:rsidRDefault="00000000">
      <w:pPr>
        <w:pStyle w:val="QuestionBody"/>
        <w:keepNext/>
      </w:pPr>
      <w:r>
        <w:t>b) İlk 3 s içinde aldığı düşey yolu bulunuz. (3 puan)</w:t>
      </w:r>
    </w:p>
    <w:p w14:paraId="61386288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4B28F1F1" w14:textId="77777777" w:rsidR="00AF0BBD" w:rsidRDefault="00000000">
      <w:pPr>
        <w:pStyle w:val="QuestionBody"/>
        <w:keepNext/>
      </w:pPr>
      <w:r>
        <w:t>c) Cismin yere ulaşma süresini ve yere çarpmadan hemen önceki hızının büyüklüğünü bulunuz. (4 puan)</w:t>
      </w:r>
    </w:p>
    <w:p w14:paraId="7CD69206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4EACEA76" w14:textId="77777777" w:rsidR="00AF0BBD" w:rsidRDefault="00000000">
      <w:pPr>
        <w:pStyle w:val="QuestionBody"/>
        <w:keepNext/>
      </w:pPr>
      <w:r>
        <w:t>ç) Hava direnci ihmal edildiğinde cismin kütlesi iki katına çıkarılırsa düşme ivmesi değişir mi? Kısaca açıklayınız. (2 puan)</w:t>
      </w:r>
    </w:p>
    <w:p w14:paraId="5AAB9B7D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0478F676" w14:textId="77777777" w:rsidR="00AF0BBD" w:rsidRDefault="00000000">
      <w:pPr>
        <w:pStyle w:val="QuestionTitle"/>
        <w:keepNext/>
      </w:pPr>
      <w:r>
        <w:t>2. Soru - İki Boyutta Sabit İvmeli Hareket (12 Puan)</w:t>
      </w:r>
    </w:p>
    <w:p w14:paraId="2F93BD7F" w14:textId="77777777" w:rsidR="00AF0BBD" w:rsidRDefault="00000000">
      <w:pPr>
        <w:pStyle w:val="QuestionBody"/>
      </w:pPr>
      <w:r>
        <w:t>Bir top, yerden 20 m yükseklikteki yatay bir platformun kenarından 15 m/s büyüklüğünde yatay hızla ayrılıyor. Top yalnızca yer çekimi etkisinde hareket ediyor. Hava direncini ihmal ediniz ve g = 10 m/s² alınız.</w:t>
      </w:r>
    </w:p>
    <w:p w14:paraId="51D9868E" w14:textId="77777777" w:rsidR="00AF0BBD" w:rsidRDefault="00000000">
      <w:pPr>
        <w:pStyle w:val="QuestionBody"/>
        <w:keepNext/>
      </w:pPr>
      <w:r>
        <w:t>a) Topun yere ulaşma süresini bulunuz. (3 puan)</w:t>
      </w:r>
    </w:p>
    <w:p w14:paraId="210BD220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5D88D59D" w14:textId="77777777" w:rsidR="00AF0BBD" w:rsidRDefault="00000000">
      <w:pPr>
        <w:pStyle w:val="QuestionBody"/>
        <w:keepNext/>
      </w:pPr>
      <w:r>
        <w:t>b) Bu sürede yatay doğrultuda aldığı yolu bulunuz. (3 puan)</w:t>
      </w:r>
    </w:p>
    <w:p w14:paraId="6577C685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3F07B807" w14:textId="77777777" w:rsidR="00AF0BBD" w:rsidRDefault="00000000">
      <w:pPr>
        <w:pStyle w:val="QuestionBody"/>
        <w:keepNext/>
      </w:pPr>
      <w:r>
        <w:t>c) Top yere çarpmadan hemen önce yatay ve düşey hız bileşenlerinin büyüklüklerini bulunuz. (3 puan)</w:t>
      </w:r>
    </w:p>
    <w:p w14:paraId="262BCAF9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916718B" w14:textId="77777777" w:rsidR="00AF0BBD" w:rsidRDefault="00000000">
      <w:pPr>
        <w:pStyle w:val="QuestionBody"/>
        <w:keepNext/>
      </w:pPr>
      <w:r>
        <w:t>ç) Topun yere çarpmadan hemen önceki hız büyüklüğünü bulunuz. (3 puan)</w:t>
      </w:r>
    </w:p>
    <w:p w14:paraId="6D0EDF73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6E9F25A7" w14:textId="77777777" w:rsidR="00AF0BBD" w:rsidRDefault="00000000">
      <w:pPr>
        <w:pStyle w:val="QuestionTitle"/>
        <w:keepNext/>
      </w:pPr>
      <w:r>
        <w:t>3. Soru - Newton'ın Hareket Yasaları (12 Puan)</w:t>
      </w:r>
    </w:p>
    <w:p w14:paraId="6A7460A4" w14:textId="77777777" w:rsidR="00AF0BBD" w:rsidRDefault="00000000">
      <w:pPr>
        <w:pStyle w:val="QuestionBody"/>
      </w:pPr>
      <w:r>
        <w:t>Sürtünmesi ihmal edilen yatay bir zeminde duran 5 kg kütleli bir sandığa yatay doğrultuda 20 N büyüklüğünde sabit kuvvet uygulanıyor. g = 10 m/s² alınız.</w:t>
      </w:r>
    </w:p>
    <w:p w14:paraId="0DAC5FDA" w14:textId="77777777" w:rsidR="00AF0BBD" w:rsidRDefault="00000000">
      <w:pPr>
        <w:pStyle w:val="QuestionBody"/>
        <w:keepNext/>
      </w:pPr>
      <w:r>
        <w:t>a) Sandığa etki eden kuvvetleri gösteren serbest cisim diyagramını çiziniz. (3 puan)</w:t>
      </w:r>
    </w:p>
    <w:p w14:paraId="28E5F3BB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18C415FE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358C6892" w14:textId="77777777" w:rsidR="00AF0BBD" w:rsidRDefault="00000000">
      <w:pPr>
        <w:pStyle w:val="QuestionBody"/>
        <w:keepNext/>
      </w:pPr>
      <w:r>
        <w:lastRenderedPageBreak/>
        <w:t>b) Sandığın ivmesinin büyüklüğünü bulunuz. (3 puan)</w:t>
      </w:r>
    </w:p>
    <w:p w14:paraId="669484D3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6AB8800C" w14:textId="77777777" w:rsidR="00AF0BBD" w:rsidRDefault="00000000">
      <w:pPr>
        <w:pStyle w:val="QuestionBody"/>
        <w:keepNext/>
      </w:pPr>
      <w:r>
        <w:t>c) Sandık 3 s boyunca bu kuvvetin etkisinde kalırsa 3. saniyenin sonundaki hızının büyüklüğünü bulunuz. (3 puan)</w:t>
      </w:r>
    </w:p>
    <w:p w14:paraId="43152DB1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1E86B745" w14:textId="77777777" w:rsidR="00AF0BBD" w:rsidRDefault="00000000">
      <w:pPr>
        <w:pStyle w:val="QuestionBody"/>
        <w:keepNext/>
      </w:pPr>
      <w:r>
        <w:t>ç) 3. saniyenin sonunda yatay kuvvet kaldırılırsa sandığın sonraki hareketini Newton’ın I. Hareket Yasası ile açıklayınız. (3 puan)</w:t>
      </w:r>
    </w:p>
    <w:p w14:paraId="31318EFC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554726DF" w14:textId="77777777" w:rsidR="00AF0BBD" w:rsidRDefault="00000000">
      <w:pPr>
        <w:pStyle w:val="QuestionTitle"/>
        <w:keepNext/>
      </w:pPr>
      <w:r>
        <w:t>4. Soru - Statik ve Kinetik Sürtünme (12 Puan)</w:t>
      </w:r>
    </w:p>
    <w:p w14:paraId="25AB243C" w14:textId="77777777" w:rsidR="00AF0BBD" w:rsidRDefault="00000000">
      <w:pPr>
        <w:pStyle w:val="QuestionBody"/>
      </w:pPr>
      <w:r>
        <w:t>Yatay zeminde duran 10 kg kütleli bir sandık ile zemin arasındaki statik sürtünme katsayısı 0,40; kinetik sürtünme katsayısı 0,30’dur. Sandığa yatay doğrultuda kuvvet uygulanmaktadır. g = 10 m/s² alınız.</w:t>
      </w:r>
    </w:p>
    <w:p w14:paraId="3199E8DD" w14:textId="77777777" w:rsidR="00AF0BBD" w:rsidRDefault="00000000">
      <w:pPr>
        <w:pStyle w:val="QuestionBody"/>
        <w:keepNext/>
      </w:pPr>
      <w:r>
        <w:t>a) Sandığa etki eden normal kuvveti ve maksimum statik sürtünme kuvvetini bulunuz. (3 puan)</w:t>
      </w:r>
    </w:p>
    <w:p w14:paraId="788742AB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81598E6" w14:textId="77777777" w:rsidR="00AF0BBD" w:rsidRDefault="00000000">
      <w:pPr>
        <w:pStyle w:val="QuestionBody"/>
        <w:keepNext/>
      </w:pPr>
      <w:r>
        <w:t>b) Sandığa 30 N kuvvet uygulanırsa sandık hareket eder mi? Sürtünme kuvvetinin büyüklüğünü yazınız. (3 puan)</w:t>
      </w:r>
    </w:p>
    <w:p w14:paraId="6F979647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256D2332" w14:textId="77777777" w:rsidR="00AF0BBD" w:rsidRDefault="00000000">
      <w:pPr>
        <w:pStyle w:val="QuestionBody"/>
        <w:keepNext/>
      </w:pPr>
      <w:r>
        <w:t>c) Sandığa 50 N kuvvet uygulanırsa sürtünme kuvvetinin türünü ve büyüklüğünü belirleyiniz. (3 puan)</w:t>
      </w:r>
    </w:p>
    <w:p w14:paraId="66EC0350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0747FF37" w14:textId="77777777" w:rsidR="00AF0BBD" w:rsidRDefault="00000000">
      <w:pPr>
        <w:pStyle w:val="QuestionBody"/>
        <w:keepNext/>
      </w:pPr>
      <w:r>
        <w:t>ç) 50 N kuvvet uygulanırken sandığın ivmesinin büyüklüğünü bulunuz. (3 puan)</w:t>
      </w:r>
    </w:p>
    <w:p w14:paraId="70168AB7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2BD46EFD" w14:textId="77777777" w:rsidR="00AF0BBD" w:rsidRDefault="00000000">
      <w:pPr>
        <w:pStyle w:val="QuestionTitle"/>
        <w:keepNext/>
      </w:pPr>
      <w:r>
        <w:t>5. Soru - Limit Hız (12 Puan)</w:t>
      </w:r>
    </w:p>
    <w:p w14:paraId="0FB2B7F4" w14:textId="77777777" w:rsidR="00AF0BBD" w:rsidRDefault="00000000">
      <w:pPr>
        <w:pStyle w:val="QuestionBody"/>
      </w:pPr>
      <w:r>
        <w:t>Bir paraşütçünün paraşütünü açmadan önceki düşüşüne ait bazı ölçüm değerleri aşağıdaki tabloda verilmiştir. Paraşütçünün ağırlığı 800 N’dır.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34"/>
        <w:gridCol w:w="2734"/>
        <w:gridCol w:w="2734"/>
        <w:gridCol w:w="2734"/>
      </w:tblGrid>
      <w:tr w:rsidR="00AF0BBD" w14:paraId="5D24A600" w14:textId="77777777">
        <w:trPr>
          <w:jc w:val="center"/>
        </w:trPr>
        <w:tc>
          <w:tcPr>
            <w:tcW w:w="2734" w:type="dxa"/>
            <w:shd w:val="clear" w:color="auto" w:fill="EAEAEA"/>
          </w:tcPr>
          <w:p w14:paraId="5647CF86" w14:textId="77777777" w:rsidR="00AF0BBD" w:rsidRDefault="00000000">
            <w:r>
              <w:rPr>
                <w:b/>
                <w:sz w:val="17"/>
              </w:rPr>
              <w:t>Zaman (s)</w:t>
            </w:r>
          </w:p>
        </w:tc>
        <w:tc>
          <w:tcPr>
            <w:tcW w:w="2734" w:type="dxa"/>
            <w:shd w:val="clear" w:color="auto" w:fill="EAEAEA"/>
          </w:tcPr>
          <w:p w14:paraId="1BF13740" w14:textId="77777777" w:rsidR="00AF0BBD" w:rsidRDefault="00000000">
            <w:r>
              <w:rPr>
                <w:b/>
                <w:sz w:val="17"/>
              </w:rPr>
              <w:t>Hız (m/s)</w:t>
            </w:r>
          </w:p>
        </w:tc>
        <w:tc>
          <w:tcPr>
            <w:tcW w:w="2734" w:type="dxa"/>
            <w:shd w:val="clear" w:color="auto" w:fill="EAEAEA"/>
          </w:tcPr>
          <w:p w14:paraId="0FE1577D" w14:textId="77777777" w:rsidR="00AF0BBD" w:rsidRDefault="00000000">
            <w:r>
              <w:rPr>
                <w:b/>
                <w:sz w:val="17"/>
              </w:rPr>
              <w:t>Hava direnci (N)</w:t>
            </w:r>
          </w:p>
        </w:tc>
        <w:tc>
          <w:tcPr>
            <w:tcW w:w="2734" w:type="dxa"/>
            <w:shd w:val="clear" w:color="auto" w:fill="EAEAEA"/>
          </w:tcPr>
          <w:p w14:paraId="52E60397" w14:textId="77777777" w:rsidR="00AF0BBD" w:rsidRDefault="00000000">
            <w:r>
              <w:rPr>
                <w:b/>
                <w:sz w:val="17"/>
              </w:rPr>
              <w:t>Bileşke kuvvet (N)</w:t>
            </w:r>
          </w:p>
        </w:tc>
      </w:tr>
      <w:tr w:rsidR="00AF0BBD" w14:paraId="50726270" w14:textId="77777777">
        <w:trPr>
          <w:jc w:val="center"/>
        </w:trPr>
        <w:tc>
          <w:tcPr>
            <w:tcW w:w="2734" w:type="dxa"/>
          </w:tcPr>
          <w:p w14:paraId="62012849" w14:textId="77777777" w:rsidR="00AF0BBD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2734" w:type="dxa"/>
          </w:tcPr>
          <w:p w14:paraId="61737400" w14:textId="77777777" w:rsidR="00AF0BBD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2734" w:type="dxa"/>
          </w:tcPr>
          <w:p w14:paraId="25360B07" w14:textId="77777777" w:rsidR="00AF0BBD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  <w:tc>
          <w:tcPr>
            <w:tcW w:w="2734" w:type="dxa"/>
          </w:tcPr>
          <w:p w14:paraId="2551DC05" w14:textId="77777777" w:rsidR="00AF0BBD" w:rsidRDefault="00000000">
            <w:pPr>
              <w:jc w:val="center"/>
            </w:pPr>
            <w:r>
              <w:rPr>
                <w:sz w:val="17"/>
              </w:rPr>
              <w:t>800</w:t>
            </w:r>
          </w:p>
        </w:tc>
      </w:tr>
      <w:tr w:rsidR="00AF0BBD" w14:paraId="05FA3B83" w14:textId="77777777">
        <w:trPr>
          <w:jc w:val="center"/>
        </w:trPr>
        <w:tc>
          <w:tcPr>
            <w:tcW w:w="2734" w:type="dxa"/>
          </w:tcPr>
          <w:p w14:paraId="4F374C7C" w14:textId="77777777" w:rsidR="00AF0BBD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2734" w:type="dxa"/>
          </w:tcPr>
          <w:p w14:paraId="177E1D2C" w14:textId="77777777" w:rsidR="00AF0BBD" w:rsidRDefault="00000000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2734" w:type="dxa"/>
          </w:tcPr>
          <w:p w14:paraId="5C31D894" w14:textId="77777777" w:rsidR="00AF0BBD" w:rsidRDefault="00000000">
            <w:pPr>
              <w:jc w:val="center"/>
            </w:pPr>
            <w:r>
              <w:rPr>
                <w:sz w:val="17"/>
              </w:rPr>
              <w:t>400</w:t>
            </w:r>
          </w:p>
        </w:tc>
        <w:tc>
          <w:tcPr>
            <w:tcW w:w="2734" w:type="dxa"/>
          </w:tcPr>
          <w:p w14:paraId="7F4E9D6C" w14:textId="77777777" w:rsidR="00AF0BBD" w:rsidRDefault="00000000">
            <w:pPr>
              <w:jc w:val="center"/>
            </w:pPr>
            <w:r>
              <w:rPr>
                <w:sz w:val="17"/>
              </w:rPr>
              <w:t>400</w:t>
            </w:r>
          </w:p>
        </w:tc>
      </w:tr>
      <w:tr w:rsidR="00AF0BBD" w14:paraId="0BF52BDC" w14:textId="77777777">
        <w:trPr>
          <w:jc w:val="center"/>
        </w:trPr>
        <w:tc>
          <w:tcPr>
            <w:tcW w:w="2734" w:type="dxa"/>
          </w:tcPr>
          <w:p w14:paraId="6BC9CD0E" w14:textId="77777777" w:rsidR="00AF0BBD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2734" w:type="dxa"/>
          </w:tcPr>
          <w:p w14:paraId="37CC8254" w14:textId="77777777" w:rsidR="00AF0BBD" w:rsidRDefault="00000000">
            <w:pPr>
              <w:jc w:val="center"/>
            </w:pPr>
            <w:r>
              <w:rPr>
                <w:sz w:val="17"/>
              </w:rPr>
              <w:t>30</w:t>
            </w:r>
          </w:p>
        </w:tc>
        <w:tc>
          <w:tcPr>
            <w:tcW w:w="2734" w:type="dxa"/>
          </w:tcPr>
          <w:p w14:paraId="3BB0AE1A" w14:textId="77777777" w:rsidR="00AF0BBD" w:rsidRDefault="00000000">
            <w:pPr>
              <w:jc w:val="center"/>
            </w:pPr>
            <w:r>
              <w:rPr>
                <w:sz w:val="17"/>
              </w:rPr>
              <w:t>650</w:t>
            </w:r>
          </w:p>
        </w:tc>
        <w:tc>
          <w:tcPr>
            <w:tcW w:w="2734" w:type="dxa"/>
          </w:tcPr>
          <w:p w14:paraId="0413F045" w14:textId="77777777" w:rsidR="00AF0BBD" w:rsidRDefault="00000000">
            <w:pPr>
              <w:jc w:val="center"/>
            </w:pPr>
            <w:r>
              <w:rPr>
                <w:sz w:val="17"/>
              </w:rPr>
              <w:t>150</w:t>
            </w:r>
          </w:p>
        </w:tc>
      </w:tr>
      <w:tr w:rsidR="00AF0BBD" w14:paraId="2D900207" w14:textId="77777777">
        <w:trPr>
          <w:jc w:val="center"/>
        </w:trPr>
        <w:tc>
          <w:tcPr>
            <w:tcW w:w="2734" w:type="dxa"/>
          </w:tcPr>
          <w:p w14:paraId="57A05184" w14:textId="77777777" w:rsidR="00AF0BBD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2734" w:type="dxa"/>
          </w:tcPr>
          <w:p w14:paraId="3C641071" w14:textId="77777777" w:rsidR="00AF0BBD" w:rsidRDefault="00000000">
            <w:pPr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2734" w:type="dxa"/>
          </w:tcPr>
          <w:p w14:paraId="65D79092" w14:textId="77777777" w:rsidR="00AF0BBD" w:rsidRDefault="00000000">
            <w:pPr>
              <w:jc w:val="center"/>
            </w:pPr>
            <w:r>
              <w:rPr>
                <w:sz w:val="17"/>
              </w:rPr>
              <w:t>800</w:t>
            </w:r>
          </w:p>
        </w:tc>
        <w:tc>
          <w:tcPr>
            <w:tcW w:w="2734" w:type="dxa"/>
          </w:tcPr>
          <w:p w14:paraId="19D222DC" w14:textId="77777777" w:rsidR="00AF0BBD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</w:tr>
      <w:tr w:rsidR="00AF0BBD" w14:paraId="270219A5" w14:textId="77777777">
        <w:trPr>
          <w:jc w:val="center"/>
        </w:trPr>
        <w:tc>
          <w:tcPr>
            <w:tcW w:w="2734" w:type="dxa"/>
          </w:tcPr>
          <w:p w14:paraId="08AA918D" w14:textId="77777777" w:rsidR="00AF0BBD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2734" w:type="dxa"/>
          </w:tcPr>
          <w:p w14:paraId="129E7AE2" w14:textId="77777777" w:rsidR="00AF0BBD" w:rsidRDefault="00000000">
            <w:pPr>
              <w:jc w:val="center"/>
            </w:pPr>
            <w:r>
              <w:rPr>
                <w:sz w:val="17"/>
              </w:rPr>
              <w:t>35</w:t>
            </w:r>
          </w:p>
        </w:tc>
        <w:tc>
          <w:tcPr>
            <w:tcW w:w="2734" w:type="dxa"/>
          </w:tcPr>
          <w:p w14:paraId="64DCED77" w14:textId="77777777" w:rsidR="00AF0BBD" w:rsidRDefault="00000000">
            <w:pPr>
              <w:jc w:val="center"/>
            </w:pPr>
            <w:r>
              <w:rPr>
                <w:sz w:val="17"/>
              </w:rPr>
              <w:t>800</w:t>
            </w:r>
          </w:p>
        </w:tc>
        <w:tc>
          <w:tcPr>
            <w:tcW w:w="2734" w:type="dxa"/>
          </w:tcPr>
          <w:p w14:paraId="0A8EE55F" w14:textId="77777777" w:rsidR="00AF0BBD" w:rsidRDefault="00000000">
            <w:pPr>
              <w:jc w:val="center"/>
            </w:pPr>
            <w:r>
              <w:rPr>
                <w:sz w:val="17"/>
              </w:rPr>
              <w:t>0</w:t>
            </w:r>
          </w:p>
        </w:tc>
      </w:tr>
    </w:tbl>
    <w:p w14:paraId="169EA842" w14:textId="77777777" w:rsidR="00AF0BBD" w:rsidRDefault="00000000">
      <w:pPr>
        <w:pStyle w:val="QuestionBody"/>
        <w:keepNext/>
      </w:pPr>
      <w:r>
        <w:t>a) Paraşütçünün limit hıza ulaştığı ilk anı ve limit hızın büyüklüğünü tablodan belirleyiniz. (3 puan)</w:t>
      </w:r>
    </w:p>
    <w:p w14:paraId="5FA9B33B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0C4DD4AD" w14:textId="77777777" w:rsidR="00AF0BBD" w:rsidRDefault="00000000">
      <w:pPr>
        <w:pStyle w:val="QuestionBody"/>
        <w:keepNext/>
      </w:pPr>
      <w:r>
        <w:t>b) Limit hıza ulaşıldığında paraşütçünün ivmesinin neden sıfır olduğunu kuvvetleri kullanarak açıklayınız. (3 puan)</w:t>
      </w:r>
    </w:p>
    <w:p w14:paraId="20E49617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C5EAE65" w14:textId="77777777" w:rsidR="00AF0BBD" w:rsidRDefault="00000000">
      <w:pPr>
        <w:pStyle w:val="QuestionBody"/>
        <w:keepNext/>
      </w:pPr>
      <w:r>
        <w:t>c) Paraşüt açıldığında paraşütçünün etkili yüzey alanı artar. Bu durum hava direncini ve paraşütçünün hızını ilk anda nasıl etkiler? (3 puan)</w:t>
      </w:r>
    </w:p>
    <w:p w14:paraId="575541D1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CCAC2C4" w14:textId="77777777" w:rsidR="00AF0BBD" w:rsidRDefault="00000000">
      <w:pPr>
        <w:pStyle w:val="QuestionBody"/>
        <w:keepNext/>
      </w:pPr>
      <w:r>
        <w:t>ç) Aynı paraşüt ve benzer koşullarda daha büyük kütleli bir kişinin limit hızının nasıl değişmesi beklendiğini açıklayınız. (3 puan)</w:t>
      </w:r>
    </w:p>
    <w:p w14:paraId="099EE33A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2F7FCB83" w14:textId="77777777" w:rsidR="00AF0BBD" w:rsidRDefault="00000000">
      <w:pPr>
        <w:pStyle w:val="QuestionTitle"/>
        <w:keepNext/>
      </w:pPr>
      <w:r>
        <w:t>6. Soru - Doğru / Yanlış (15 Puan)</w:t>
      </w:r>
    </w:p>
    <w:p w14:paraId="54AF3735" w14:textId="77777777" w:rsidR="00AF0BBD" w:rsidRDefault="00000000">
      <w:pPr>
        <w:pStyle w:val="QuestionBody"/>
      </w:pPr>
      <w:r>
        <w:t>Aşağıdaki ifadelerin başına doğru ise D, yanlış ise Y yazınız. Her doğru cevap 1 puandır.</w:t>
      </w:r>
    </w:p>
    <w:p w14:paraId="60E5C531" w14:textId="77777777" w:rsidR="00AF0BBD" w:rsidRDefault="00000000">
      <w:pPr>
        <w:pStyle w:val="QuestionBody"/>
        <w:spacing w:after="20"/>
      </w:pPr>
      <w:r>
        <w:t>1. (   ) Hava direnci ihmal edildiğinde serbest düşen cisimlerin ivmesi kütlelerine bağlı değildir.</w:t>
      </w:r>
    </w:p>
    <w:p w14:paraId="69CAD9F1" w14:textId="77777777" w:rsidR="00AF0BBD" w:rsidRDefault="00000000">
      <w:pPr>
        <w:pStyle w:val="QuestionBody"/>
        <w:spacing w:after="20"/>
      </w:pPr>
      <w:r>
        <w:t>2. (   ) Yukarı yönde hareket eden ve yalnızca yer çekimi etkisindeki bir cismin ivmesi yukarı yönlüdür.</w:t>
      </w:r>
    </w:p>
    <w:p w14:paraId="2617D708" w14:textId="77777777" w:rsidR="00AF0BBD" w:rsidRDefault="00000000">
      <w:pPr>
        <w:pStyle w:val="QuestionBody"/>
        <w:spacing w:after="20"/>
      </w:pPr>
      <w:r>
        <w:t>3. (   ) Yalnızca yer çekimi etkisindeki iki boyutlu harekette yatay hız bileşeni sabit kalır.</w:t>
      </w:r>
    </w:p>
    <w:p w14:paraId="7BA117A2" w14:textId="77777777" w:rsidR="00AF0BBD" w:rsidRDefault="00000000">
      <w:pPr>
        <w:pStyle w:val="QuestionBody"/>
        <w:spacing w:after="20"/>
      </w:pPr>
      <w:r>
        <w:t>4. (   ) İki boyutta sabit ivmeli harekette düşey hız bileşeni zamanla değişebilir.</w:t>
      </w:r>
    </w:p>
    <w:p w14:paraId="6E1497DC" w14:textId="77777777" w:rsidR="00AF0BBD" w:rsidRDefault="00000000">
      <w:pPr>
        <w:pStyle w:val="QuestionBody"/>
        <w:spacing w:after="20"/>
      </w:pPr>
      <w:r>
        <w:t>5. (   ) Bir cisme etki eden bileşke kuvvet sıfırsa cisim mutlaka durmaktadır.</w:t>
      </w:r>
    </w:p>
    <w:p w14:paraId="2712D66C" w14:textId="77777777" w:rsidR="00AF0BBD" w:rsidRDefault="00000000">
      <w:pPr>
        <w:pStyle w:val="QuestionBody"/>
        <w:spacing w:after="20"/>
      </w:pPr>
      <w:r>
        <w:t>6. (   ) Newton’ın III. Hareket Yasası’ndaki etki ve tepki kuvvetleri farklı cisimler üzerine etki eder.</w:t>
      </w:r>
    </w:p>
    <w:p w14:paraId="18B8BEAF" w14:textId="77777777" w:rsidR="00AF0BBD" w:rsidRDefault="00000000">
      <w:pPr>
        <w:pStyle w:val="QuestionBody"/>
        <w:spacing w:after="20"/>
      </w:pPr>
      <w:r>
        <w:t>7. (   ) Bir cismin ağırlığı ile zeminin cisme uyguladığı normal kuvvet her durumda etki-tepki kuvvet çiftidir.</w:t>
      </w:r>
    </w:p>
    <w:p w14:paraId="02780410" w14:textId="77777777" w:rsidR="00AF0BBD" w:rsidRDefault="00000000">
      <w:pPr>
        <w:pStyle w:val="QuestionBody"/>
        <w:spacing w:after="20"/>
      </w:pPr>
      <w:r>
        <w:t>8. (   ) Statik sürtünme kuvveti, cisim hareket etmediği sürece uygulanan yatay kuvvete uyum sağlayabilir.</w:t>
      </w:r>
    </w:p>
    <w:p w14:paraId="51408E09" w14:textId="77777777" w:rsidR="00AF0BBD" w:rsidRDefault="00000000">
      <w:pPr>
        <w:pStyle w:val="QuestionBody"/>
        <w:spacing w:after="20"/>
      </w:pPr>
      <w:r>
        <w:t>9. (   ) Maksimum statik sürtünme kuvvetinin büyüklüğü kₛ·N ile modellenebilir.</w:t>
      </w:r>
    </w:p>
    <w:p w14:paraId="3495E044" w14:textId="77777777" w:rsidR="00AF0BBD" w:rsidRDefault="00000000">
      <w:pPr>
        <w:pStyle w:val="QuestionBody"/>
        <w:spacing w:after="20"/>
      </w:pPr>
      <w:r>
        <w:t>10. (   ) Kinetik sürtünme kuvveti, cisim kaymaya başladıktan sonra etkilidir.</w:t>
      </w:r>
    </w:p>
    <w:p w14:paraId="74C957E2" w14:textId="77777777" w:rsidR="00AF0BBD" w:rsidRDefault="00000000">
      <w:pPr>
        <w:pStyle w:val="QuestionBody"/>
        <w:spacing w:after="20"/>
      </w:pPr>
      <w:r>
        <w:t>11. (   ) Aynı yüzeylerde kinetik sürtünme katsayısı genellikle statik sürtünme katsayısından büyüktür.</w:t>
      </w:r>
    </w:p>
    <w:p w14:paraId="6B3D685E" w14:textId="77777777" w:rsidR="00AF0BBD" w:rsidRDefault="00000000">
      <w:pPr>
        <w:pStyle w:val="QuestionBody"/>
        <w:spacing w:after="20"/>
      </w:pPr>
      <w:r>
        <w:t>12. (   ) Limit hıza ulaşan bir cismin hızının büyüklüğü sabit kalır.</w:t>
      </w:r>
    </w:p>
    <w:p w14:paraId="2DD9D450" w14:textId="77777777" w:rsidR="00AF0BBD" w:rsidRDefault="00000000">
      <w:pPr>
        <w:pStyle w:val="QuestionBody"/>
        <w:spacing w:after="20"/>
      </w:pPr>
      <w:r>
        <w:t>13. (   ) Limit hız durumunda hava direnci ile ağırlık eşit büyüklükte olabilir.</w:t>
      </w:r>
    </w:p>
    <w:p w14:paraId="18B2C5C6" w14:textId="77777777" w:rsidR="00AF0BBD" w:rsidRDefault="00000000">
      <w:pPr>
        <w:pStyle w:val="QuestionBody"/>
        <w:spacing w:after="20"/>
      </w:pPr>
      <w:r>
        <w:t>14. (   ) Paraşütün yüzey alanının artırılması hava direncini artırabilir.</w:t>
      </w:r>
    </w:p>
    <w:p w14:paraId="1D5A0610" w14:textId="77777777" w:rsidR="00AF0BBD" w:rsidRDefault="00000000">
      <w:pPr>
        <w:pStyle w:val="QuestionBody"/>
        <w:spacing w:after="20"/>
      </w:pPr>
      <w:r>
        <w:t>15. (   ) Serbest cisim diyagramında yalnızca seçilen cisme etki eden kuvvetler gösterilir.</w:t>
      </w:r>
    </w:p>
    <w:p w14:paraId="21A75215" w14:textId="77777777" w:rsidR="00AF0BBD" w:rsidRDefault="00000000">
      <w:pPr>
        <w:pStyle w:val="QuestionTitle"/>
        <w:keepNext/>
      </w:pPr>
      <w:r>
        <w:t>7. Soru - Boşluk Doldurma (15 Puan)</w:t>
      </w:r>
    </w:p>
    <w:p w14:paraId="2B04A0EF" w14:textId="77777777" w:rsidR="00AF0BBD" w:rsidRDefault="00000000">
      <w:pPr>
        <w:pStyle w:val="QuestionBody"/>
      </w:pPr>
      <w:r>
        <w:t>Aşağıdaki cümleleri uygun kavramlarla tamamlayınız. Her doğru cevap 1 puandır.</w:t>
      </w:r>
    </w:p>
    <w:p w14:paraId="6B9EB83B" w14:textId="77777777" w:rsidR="00AF0BBD" w:rsidRDefault="00000000">
      <w:pPr>
        <w:pStyle w:val="QuestionBody"/>
        <w:spacing w:after="20"/>
      </w:pPr>
      <w:r>
        <w:t>1. Bir cismin yalnızca yer çekimi etkisindeki hareketine __________ hareketi denir.</w:t>
      </w:r>
    </w:p>
    <w:p w14:paraId="430E8D3E" w14:textId="77777777" w:rsidR="00AF0BBD" w:rsidRDefault="00000000">
      <w:pPr>
        <w:pStyle w:val="QuestionBody"/>
        <w:spacing w:after="20"/>
      </w:pPr>
      <w:r>
        <w:lastRenderedPageBreak/>
        <w:t>2. Birim zamandaki hız değişimini ifade eden vektörel büyüklük __________dir.</w:t>
      </w:r>
    </w:p>
    <w:p w14:paraId="204D6D40" w14:textId="77777777" w:rsidR="00AF0BBD" w:rsidRDefault="00000000">
      <w:pPr>
        <w:pStyle w:val="QuestionBody"/>
        <w:spacing w:after="20"/>
      </w:pPr>
      <w:r>
        <w:t>3. Bir cisme etki eden tüm kuvvetlerin vektörel toplamına __________ kuvvet denir.</w:t>
      </w:r>
    </w:p>
    <w:p w14:paraId="5564EF0A" w14:textId="77777777" w:rsidR="00AF0BBD" w:rsidRDefault="00000000">
      <w:pPr>
        <w:pStyle w:val="QuestionBody"/>
        <w:spacing w:after="20"/>
      </w:pPr>
      <w:r>
        <w:t>4. Bir cismin hareket durumunu koruma eğilimine __________ denir.</w:t>
      </w:r>
    </w:p>
    <w:p w14:paraId="1C3334B7" w14:textId="77777777" w:rsidR="00AF0BBD" w:rsidRDefault="00000000">
      <w:pPr>
        <w:pStyle w:val="QuestionBody"/>
        <w:spacing w:after="20"/>
      </w:pPr>
      <w:r>
        <w:t>5. Newton’ın II. Hareket Yasası matematiksel olarak Fₙₑₜ = __________ biçiminde ifade edilir.</w:t>
      </w:r>
    </w:p>
    <w:p w14:paraId="737A2166" w14:textId="77777777" w:rsidR="00AF0BBD" w:rsidRDefault="00000000">
      <w:pPr>
        <w:pStyle w:val="QuestionBody"/>
        <w:spacing w:after="20"/>
      </w:pPr>
      <w:r>
        <w:t>6. Bir cismin üzerine etki eden kuvvetleri gösteren çizime __________ denir.</w:t>
      </w:r>
    </w:p>
    <w:p w14:paraId="2F604CDA" w14:textId="77777777" w:rsidR="00AF0BBD" w:rsidRDefault="00000000">
      <w:pPr>
        <w:pStyle w:val="QuestionBody"/>
        <w:spacing w:after="20"/>
      </w:pPr>
      <w:r>
        <w:t>7. Zeminin cisme yüzeye dik olarak uyguladığı kuvvete __________ kuvveti denir.</w:t>
      </w:r>
    </w:p>
    <w:p w14:paraId="1C711858" w14:textId="77777777" w:rsidR="00AF0BBD" w:rsidRDefault="00000000">
      <w:pPr>
        <w:pStyle w:val="QuestionBody"/>
        <w:spacing w:after="20"/>
      </w:pPr>
      <w:r>
        <w:t>8. Harekete zorlanmasına rağmen kaymayan cisme etki eden sürtünme kuvveti __________ sürtünme kuvvetidir.</w:t>
      </w:r>
    </w:p>
    <w:p w14:paraId="39BFB6F2" w14:textId="77777777" w:rsidR="00AF0BBD" w:rsidRDefault="00000000">
      <w:pPr>
        <w:pStyle w:val="QuestionBody"/>
        <w:spacing w:after="20"/>
      </w:pPr>
      <w:r>
        <w:t>9. Bir yüzey üzerinde kayan cisme etki eden sürtünme kuvveti __________ sürtünme kuvvetidir.</w:t>
      </w:r>
    </w:p>
    <w:p w14:paraId="0ADA26A0" w14:textId="77777777" w:rsidR="00AF0BBD" w:rsidRDefault="00000000">
      <w:pPr>
        <w:pStyle w:val="QuestionBody"/>
        <w:spacing w:after="20"/>
      </w:pPr>
      <w:r>
        <w:t>10. Sürtünme kuvvetinin yüzeyin cinsine bağlılığını ifade eden boyutsuz büyüklüğe sürtünme __________ denir.</w:t>
      </w:r>
    </w:p>
    <w:p w14:paraId="6E089141" w14:textId="77777777" w:rsidR="00AF0BBD" w:rsidRDefault="00000000">
      <w:pPr>
        <w:pStyle w:val="QuestionBody"/>
        <w:spacing w:after="20"/>
      </w:pPr>
      <w:r>
        <w:t>11. İki boyutta yalnızca yer çekimi etkisindeki harekette yatay doğrultudaki hız bileşeni __________ kalır.</w:t>
      </w:r>
    </w:p>
    <w:p w14:paraId="59B94F3E" w14:textId="77777777" w:rsidR="00AF0BBD" w:rsidRDefault="00000000">
      <w:pPr>
        <w:pStyle w:val="QuestionBody"/>
        <w:spacing w:after="20"/>
      </w:pPr>
      <w:r>
        <w:t>12. İki boyutta yalnızca yer çekimi etkisindeki harekette düşey ivmenin büyüklüğü __________ ivmesine eşittir.</w:t>
      </w:r>
    </w:p>
    <w:p w14:paraId="3521D544" w14:textId="77777777" w:rsidR="00AF0BBD" w:rsidRDefault="00000000">
      <w:pPr>
        <w:pStyle w:val="QuestionBody"/>
        <w:spacing w:after="20"/>
      </w:pPr>
      <w:r>
        <w:t>13. Hava içinde hareket eden bir cisme hareketine zıt yönde etki eden kuvvete hava __________ denir.</w:t>
      </w:r>
    </w:p>
    <w:p w14:paraId="6DFF6013" w14:textId="77777777" w:rsidR="00AF0BBD" w:rsidRDefault="00000000">
      <w:pPr>
        <w:pStyle w:val="QuestionBody"/>
        <w:spacing w:after="20"/>
      </w:pPr>
      <w:r>
        <w:t>14. Hava direnci ile ağırlığın dengelenmesi sonucu cismin ulaştığı sabit hız büyüklüğüne __________ hız denir.</w:t>
      </w:r>
    </w:p>
    <w:p w14:paraId="7915B8F4" w14:textId="77777777" w:rsidR="00AF0BBD" w:rsidRDefault="00000000">
      <w:pPr>
        <w:pStyle w:val="QuestionBody"/>
        <w:spacing w:after="20"/>
      </w:pPr>
      <w:r>
        <w:t>15. Newton’ın III. Hareket Yasası, kuvvetlerin her zaman __________ hâlinde ortaya çıktığını ifade eder.</w:t>
      </w:r>
    </w:p>
    <w:p w14:paraId="516552D0" w14:textId="77777777" w:rsidR="00AF0BBD" w:rsidRDefault="00000000">
      <w:pPr>
        <w:pStyle w:val="QuestionTitle"/>
        <w:keepNext/>
      </w:pPr>
      <w:r>
        <w:t>8. Soru - Eşleştirme (10 Puan)</w:t>
      </w:r>
    </w:p>
    <w:p w14:paraId="3726DE3D" w14:textId="77777777" w:rsidR="00AF0BBD" w:rsidRDefault="00000000">
      <w:pPr>
        <w:pStyle w:val="QuestionBody"/>
      </w:pPr>
      <w:r>
        <w:t>Aşağıdaki kavramları uygun açıklamalarla eşleştiriniz. Her kavram bir kez kullanılacaktır. Her doğru eşleştirme 1 puandır.</w:t>
      </w:r>
    </w:p>
    <w:p w14:paraId="69289A7B" w14:textId="77777777" w:rsidR="00AF0BBD" w:rsidRDefault="00000000">
      <w:pPr>
        <w:pStyle w:val="QuestionBody"/>
        <w:spacing w:after="0"/>
        <w:ind w:left="227"/>
      </w:pPr>
      <w:r>
        <w:t>A) Eylemsizlik</w:t>
      </w:r>
    </w:p>
    <w:p w14:paraId="55BB5618" w14:textId="77777777" w:rsidR="00AF0BBD" w:rsidRDefault="00000000">
      <w:pPr>
        <w:pStyle w:val="QuestionBody"/>
        <w:spacing w:after="0"/>
        <w:ind w:left="227"/>
      </w:pPr>
      <w:r>
        <w:t>B) Bileşke kuvvet</w:t>
      </w:r>
    </w:p>
    <w:p w14:paraId="0EE2C8C3" w14:textId="77777777" w:rsidR="00AF0BBD" w:rsidRDefault="00000000">
      <w:pPr>
        <w:pStyle w:val="QuestionBody"/>
        <w:spacing w:after="0"/>
        <w:ind w:left="227"/>
      </w:pPr>
      <w:r>
        <w:t>C) Serbest cisim diyagramı</w:t>
      </w:r>
    </w:p>
    <w:p w14:paraId="2D3CA5DA" w14:textId="77777777" w:rsidR="00AF0BBD" w:rsidRDefault="00000000">
      <w:pPr>
        <w:pStyle w:val="QuestionBody"/>
        <w:spacing w:after="0"/>
        <w:ind w:left="227"/>
      </w:pPr>
      <w:r>
        <w:t>D) Etki-tepki kuvvetleri</w:t>
      </w:r>
    </w:p>
    <w:p w14:paraId="0AB35AD7" w14:textId="77777777" w:rsidR="00AF0BBD" w:rsidRDefault="00000000">
      <w:pPr>
        <w:pStyle w:val="QuestionBody"/>
        <w:spacing w:after="0"/>
        <w:ind w:left="227"/>
      </w:pPr>
      <w:r>
        <w:t>E) Statik sürtünme</w:t>
      </w:r>
    </w:p>
    <w:p w14:paraId="1DB097E4" w14:textId="77777777" w:rsidR="00AF0BBD" w:rsidRDefault="00000000">
      <w:pPr>
        <w:pStyle w:val="QuestionBody"/>
        <w:spacing w:after="0"/>
        <w:ind w:left="227"/>
      </w:pPr>
      <w:r>
        <w:t>F) Kinetik sürtünme</w:t>
      </w:r>
    </w:p>
    <w:p w14:paraId="1ABFB8A2" w14:textId="77777777" w:rsidR="00AF0BBD" w:rsidRDefault="00000000">
      <w:pPr>
        <w:pStyle w:val="QuestionBody"/>
        <w:spacing w:after="0"/>
        <w:ind w:left="227"/>
      </w:pPr>
      <w:r>
        <w:t>G) Normal kuvvet</w:t>
      </w:r>
    </w:p>
    <w:p w14:paraId="481AD82C" w14:textId="77777777" w:rsidR="00AF0BBD" w:rsidRDefault="00000000">
      <w:pPr>
        <w:pStyle w:val="QuestionBody"/>
        <w:spacing w:after="0"/>
        <w:ind w:left="227"/>
      </w:pPr>
      <w:r>
        <w:t>H) Serbest düşme</w:t>
      </w:r>
    </w:p>
    <w:p w14:paraId="48E3E81A" w14:textId="77777777" w:rsidR="00AF0BBD" w:rsidRDefault="00000000">
      <w:pPr>
        <w:pStyle w:val="QuestionBody"/>
        <w:spacing w:after="0"/>
        <w:ind w:left="227"/>
      </w:pPr>
      <w:r>
        <w:t>I) İki boyutta sabit ivmeli hareket</w:t>
      </w:r>
    </w:p>
    <w:p w14:paraId="6A4BF84C" w14:textId="77777777" w:rsidR="00AF0BBD" w:rsidRDefault="00000000">
      <w:pPr>
        <w:pStyle w:val="QuestionBody"/>
        <w:spacing w:after="0"/>
        <w:ind w:left="227"/>
      </w:pPr>
      <w:r>
        <w:t>J) Limit hız</w:t>
      </w:r>
    </w:p>
    <w:p w14:paraId="7F81670E" w14:textId="77777777" w:rsidR="00AF0BBD" w:rsidRDefault="00000000">
      <w:pPr>
        <w:pStyle w:val="QuestionBody"/>
        <w:spacing w:after="20"/>
      </w:pPr>
      <w:r>
        <w:t>1. Cismin hareket durumunu koruma eğilimi.  (   )</w:t>
      </w:r>
    </w:p>
    <w:p w14:paraId="225B700F" w14:textId="77777777" w:rsidR="00AF0BBD" w:rsidRDefault="00000000">
      <w:pPr>
        <w:pStyle w:val="QuestionBody"/>
        <w:spacing w:after="20"/>
      </w:pPr>
      <w:r>
        <w:t>2. Bir cisme etki eden bütün kuvvetlerin vektörel toplamı.  (   )</w:t>
      </w:r>
    </w:p>
    <w:p w14:paraId="28E6BF8D" w14:textId="77777777" w:rsidR="00AF0BBD" w:rsidRDefault="00000000">
      <w:pPr>
        <w:pStyle w:val="QuestionBody"/>
        <w:spacing w:after="20"/>
      </w:pPr>
      <w:r>
        <w:t>3. Seçilen cisme etki eden kuvvetlerin gösterildiği çizim.  (   )</w:t>
      </w:r>
    </w:p>
    <w:p w14:paraId="374F3E5E" w14:textId="77777777" w:rsidR="00AF0BBD" w:rsidRDefault="00000000">
      <w:pPr>
        <w:pStyle w:val="QuestionBody"/>
        <w:spacing w:after="20"/>
      </w:pPr>
      <w:r>
        <w:t>4. İki cismin birbirine eşit büyüklükte ve zıt yönlü uyguladığı kuvvet çifti.  (   )</w:t>
      </w:r>
    </w:p>
    <w:p w14:paraId="76187430" w14:textId="77777777" w:rsidR="00AF0BBD" w:rsidRDefault="00000000">
      <w:pPr>
        <w:pStyle w:val="QuestionBody"/>
        <w:spacing w:after="20"/>
      </w:pPr>
      <w:r>
        <w:t>5. Harekete zorlanan ancak kaymayan cisme etki eden sürtünme türü.  (   )</w:t>
      </w:r>
    </w:p>
    <w:p w14:paraId="232E3FB0" w14:textId="77777777" w:rsidR="00AF0BBD" w:rsidRDefault="00000000">
      <w:pPr>
        <w:pStyle w:val="QuestionBody"/>
        <w:spacing w:after="20"/>
      </w:pPr>
      <w:r>
        <w:t>6. Yüzey üzerinde kaymakta olan cisme etki eden sürtünme türü.  (   )</w:t>
      </w:r>
    </w:p>
    <w:p w14:paraId="404E0C25" w14:textId="77777777" w:rsidR="00AF0BBD" w:rsidRDefault="00000000">
      <w:pPr>
        <w:pStyle w:val="QuestionBody"/>
        <w:spacing w:after="20"/>
      </w:pPr>
      <w:r>
        <w:t>7. Bir yüzeyin cisme, yüzeye dik doğrultuda uyguladığı kuvvet.  (   )</w:t>
      </w:r>
    </w:p>
    <w:p w14:paraId="0D34ACAE" w14:textId="77777777" w:rsidR="00AF0BBD" w:rsidRDefault="00000000">
      <w:pPr>
        <w:pStyle w:val="QuestionBody"/>
        <w:spacing w:after="20"/>
      </w:pPr>
      <w:r>
        <w:t>8. Yalnızca yer çekimi etkisinde gerçekleşen hareket.  (   )</w:t>
      </w:r>
    </w:p>
    <w:p w14:paraId="38D13C65" w14:textId="77777777" w:rsidR="00AF0BBD" w:rsidRDefault="00000000">
      <w:pPr>
        <w:pStyle w:val="QuestionBody"/>
        <w:spacing w:after="20"/>
      </w:pPr>
      <w:r>
        <w:t>9. Yatay ve düşey bileşenlerin birlikte incelendiği, yer çekimi etkisindeki hareket.  (   )</w:t>
      </w:r>
    </w:p>
    <w:p w14:paraId="4E06B679" w14:textId="77777777" w:rsidR="00AF0BBD" w:rsidRDefault="00000000">
      <w:pPr>
        <w:pStyle w:val="QuestionBody"/>
        <w:spacing w:after="20"/>
      </w:pPr>
      <w:r>
        <w:t>10. Hava direnci ile ağırlığın dengelendiği durumda ulaşılan sabit hız.  (   )</w:t>
      </w:r>
    </w:p>
    <w:p w14:paraId="72931A3E" w14:textId="77777777" w:rsidR="00AF0BBD" w:rsidRDefault="00000000">
      <w:pPr>
        <w:spacing w:before="160" w:after="40"/>
      </w:pPr>
      <w:r>
        <w:rPr>
          <w:b/>
          <w:sz w:val="22"/>
        </w:rPr>
        <w:t>EKSTRA / ALTERNATİF SORU - Düzgün Çembersel Hareket (12 Puan)</w:t>
      </w:r>
    </w:p>
    <w:p w14:paraId="1062B802" w14:textId="77777777" w:rsidR="00AF0BBD" w:rsidRDefault="00000000">
      <w:pPr>
        <w:pStyle w:val="SmallNote"/>
      </w:pPr>
      <w:r>
        <w:t>Bu soru ana 100 puana dahil değildir. Öğretmen isterse 1-5. sorulardan herhangi birinin yerine kullanabilir.</w:t>
      </w:r>
    </w:p>
    <w:p w14:paraId="3639E564" w14:textId="77777777" w:rsidR="00AF0BBD" w:rsidRDefault="00000000">
      <w:pPr>
        <w:pStyle w:val="QuestionBody"/>
      </w:pPr>
      <w:r>
        <w:t>2 kg kütleli bir cisim, yarıçapı 2 m olan çembersel yörüngede 4 m/s sabit süratle hareket etmektedir.</w:t>
      </w:r>
    </w:p>
    <w:p w14:paraId="6621FDCD" w14:textId="77777777" w:rsidR="00AF0BBD" w:rsidRDefault="00000000">
      <w:pPr>
        <w:pStyle w:val="QuestionBody"/>
        <w:keepNext/>
      </w:pPr>
      <w:r>
        <w:t>a) Cismin merkezcil ivmesinin büyüklüğünü bulunuz. (3 puan)</w:t>
      </w:r>
    </w:p>
    <w:p w14:paraId="41127E75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D8A384D" w14:textId="77777777" w:rsidR="00AF0BBD" w:rsidRDefault="00000000">
      <w:pPr>
        <w:pStyle w:val="QuestionBody"/>
        <w:keepNext/>
      </w:pPr>
      <w:r>
        <w:t>b) Cisme etki eden merkezcil kuvvetin büyüklüğünü bulunuz. (3 puan)</w:t>
      </w:r>
    </w:p>
    <w:p w14:paraId="3A9ECE18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79554CC0" w14:textId="77777777" w:rsidR="00AF0BBD" w:rsidRDefault="00000000">
      <w:pPr>
        <w:pStyle w:val="QuestionBody"/>
        <w:keepNext/>
      </w:pPr>
      <w:r>
        <w:t>c) Cismin açısal hızını bulunuz. (3 puan)</w:t>
      </w:r>
    </w:p>
    <w:p w14:paraId="586E6061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1D744208" w14:textId="77777777" w:rsidR="00AF0BBD" w:rsidRDefault="00000000">
      <w:pPr>
        <w:pStyle w:val="QuestionBody"/>
        <w:keepNext/>
      </w:pPr>
      <w:r>
        <w:t>ç) Cismin çizgisel hız vektörü ile merkezcil ivme vektörünün yönlerini açıklayınız. (3 puan)</w:t>
      </w:r>
    </w:p>
    <w:p w14:paraId="1015E9C0" w14:textId="77777777" w:rsidR="00AF0BBD" w:rsidRDefault="00000000">
      <w:pPr>
        <w:spacing w:after="20" w:line="216" w:lineRule="auto"/>
      </w:pP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33B5311C" w14:textId="77777777" w:rsidR="00AF0BBD" w:rsidRDefault="00000000">
      <w:r>
        <w:br w:type="page"/>
      </w:r>
    </w:p>
    <w:p w14:paraId="4929C827" w14:textId="77777777" w:rsidR="00AF0BBD" w:rsidRDefault="00000000">
      <w:pPr>
        <w:jc w:val="center"/>
      </w:pPr>
      <w:r>
        <w:rPr>
          <w:b/>
          <w:sz w:val="28"/>
        </w:rPr>
        <w:lastRenderedPageBreak/>
        <w:t>CEVAP ANAHTARI</w:t>
      </w:r>
    </w:p>
    <w:p w14:paraId="62F056DC" w14:textId="77777777" w:rsidR="00AF0BBD" w:rsidRDefault="00000000">
      <w:pPr>
        <w:spacing w:before="80" w:after="20"/>
      </w:pPr>
      <w:r>
        <w:rPr>
          <w:b/>
        </w:rPr>
        <w:t>1. Soru</w:t>
      </w:r>
    </w:p>
    <w:p w14:paraId="394115D5" w14:textId="77777777" w:rsidR="00AF0BBD" w:rsidRDefault="00000000">
      <w:pPr>
        <w:pStyle w:val="QuestionBody"/>
      </w:pPr>
      <w:r>
        <w:t>a) v = g·t = 10·3 = 30 m/s.  b) y = ½·g·t² = ½·10·9 = 45 m.  c) 80 = ½·10·t² → t = 4 s; v = 10·4 = 40 m/s.  ç) Değişmez. Hava direnci ihmal edildiğinde serbest düşme ivmesi kütleden bağımsızdır.</w:t>
      </w:r>
    </w:p>
    <w:p w14:paraId="10EF530A" w14:textId="77777777" w:rsidR="00AF0BBD" w:rsidRDefault="00000000">
      <w:pPr>
        <w:spacing w:before="80" w:after="20"/>
      </w:pPr>
      <w:r>
        <w:rPr>
          <w:b/>
        </w:rPr>
        <w:t>2. Soru</w:t>
      </w:r>
    </w:p>
    <w:p w14:paraId="4851651F" w14:textId="77777777" w:rsidR="00AF0BBD" w:rsidRDefault="00000000">
      <w:pPr>
        <w:pStyle w:val="QuestionBody"/>
      </w:pPr>
      <w:r>
        <w:t>a) 20 = ½·10·t² → t = 2 s.  b) x = vₓ·t = 15·2 = 30 m.  c) vₓ = 15 m/s, vᵧ = 10·2 = 20 m/s.  ç) v = √(15² + 20²) = 25 m/s.</w:t>
      </w:r>
    </w:p>
    <w:p w14:paraId="75A142D4" w14:textId="77777777" w:rsidR="00AF0BBD" w:rsidRDefault="00000000">
      <w:pPr>
        <w:spacing w:before="80" w:after="20"/>
      </w:pPr>
      <w:r>
        <w:rPr>
          <w:b/>
        </w:rPr>
        <w:t>3. Soru</w:t>
      </w:r>
    </w:p>
    <w:p w14:paraId="468DC6C9" w14:textId="77777777" w:rsidR="00AF0BBD" w:rsidRDefault="00000000">
      <w:pPr>
        <w:pStyle w:val="QuestionBody"/>
      </w:pPr>
      <w:r>
        <w:t>a) Aşağı: G = 50 N; yukarı: N = 50 N; yatayda uygulanan 20 N kuvvet.  b) a = Fₙₑₜ/m = 20/5 = 4 m/s².  c) v = a·t = 4·3 = 12 m/s.  ç) Sürtünme olmadığından yatay bileşke kuvvet sıfır olur; sandık 12 m/s sabit hızla hareketine devam eder.</w:t>
      </w:r>
    </w:p>
    <w:p w14:paraId="480FEBF4" w14:textId="77777777" w:rsidR="00AF0BBD" w:rsidRDefault="00000000">
      <w:pPr>
        <w:spacing w:before="80" w:after="20"/>
      </w:pPr>
      <w:r>
        <w:rPr>
          <w:b/>
        </w:rPr>
        <w:t>4. Soru</w:t>
      </w:r>
    </w:p>
    <w:p w14:paraId="25DBCECD" w14:textId="77777777" w:rsidR="00AF0BBD" w:rsidRDefault="00000000">
      <w:pPr>
        <w:pStyle w:val="QuestionBody"/>
      </w:pPr>
      <w:r>
        <w:t>a) N = 100 N; fₛ,max = 0,40·100 = 40 N.  b) 30 N &lt; 40 N olduğundan sandık hareket etmez; statik sürtünme 30 N olur.  c) 50 N &gt; 40 N olduğundan sandık hareket eder; fₖ = 0,30·100 = 30 N.  ç) Fₙₑₜ = 50 - 30 = 20 N; a = 20/10 = 2 m/s².</w:t>
      </w:r>
    </w:p>
    <w:p w14:paraId="7C995C2C" w14:textId="77777777" w:rsidR="00AF0BBD" w:rsidRDefault="00000000">
      <w:pPr>
        <w:spacing w:before="80" w:after="20"/>
      </w:pPr>
      <w:r>
        <w:rPr>
          <w:b/>
        </w:rPr>
        <w:t>5. Soru</w:t>
      </w:r>
    </w:p>
    <w:p w14:paraId="2271EBB0" w14:textId="77777777" w:rsidR="00AF0BBD" w:rsidRDefault="00000000">
      <w:pPr>
        <w:pStyle w:val="QuestionBody"/>
      </w:pPr>
      <w:r>
        <w:t>a) İlk kez 6. saniyede limit hıza ulaşır; limit hız 35 m/s’dir.  b) Hava direnci 800 N ve ağırlık 800 N olduğundan bileşke kuvvet sıfırdır; dolayısıyla ivme sıfırdır.  c) Yüzey alanı artınca hava direnci artar. İlk anda hava direnci ağırlıktan büyük olabilir; paraşütçü yavaşlar ve daha küçük bir limit hıza yaklaşır.  ç) Aynı koşullarda daha büyük ağırlığı dengelemek için daha büyük hava direnci gerektiğinden limit hızın daha büyük olması beklenir.</w:t>
      </w:r>
    </w:p>
    <w:p w14:paraId="076B8167" w14:textId="77777777" w:rsidR="00AF0BBD" w:rsidRDefault="00000000">
      <w:pPr>
        <w:spacing w:before="80" w:after="20"/>
      </w:pPr>
      <w:r>
        <w:rPr>
          <w:b/>
        </w:rPr>
        <w:t>6. Soru</w:t>
      </w:r>
    </w:p>
    <w:p w14:paraId="42500451" w14:textId="77777777" w:rsidR="00AF0BBD" w:rsidRDefault="00000000">
      <w:pPr>
        <w:pStyle w:val="QuestionBody"/>
      </w:pPr>
      <w:r>
        <w:t>1-D, 2-Y, 3-D, 4-D, 5-Y, 6-D, 7-Y, 8-D, 9-D, 10-D, 11-Y, 12-D, 13-D, 14-D, 15-D.</w:t>
      </w:r>
    </w:p>
    <w:p w14:paraId="12C25E3C" w14:textId="77777777" w:rsidR="00AF0BBD" w:rsidRDefault="00000000">
      <w:pPr>
        <w:spacing w:before="80" w:after="20"/>
      </w:pPr>
      <w:r>
        <w:rPr>
          <w:b/>
        </w:rPr>
        <w:t>7. Soru</w:t>
      </w:r>
    </w:p>
    <w:p w14:paraId="45A5F039" w14:textId="77777777" w:rsidR="00AF0BBD" w:rsidRDefault="00000000">
      <w:pPr>
        <w:pStyle w:val="QuestionBody"/>
      </w:pPr>
      <w:r>
        <w:t>1) serbest düşme  2) ivme  3) bileşke / net  4) eylemsizlik  5) m·a  6) serbest cisim diyagramı  7) normal  8) statik  9) kinetik  10) katsayısı  11) sabit  12) yer çekimi  13) direnci  14) limit  15) çiftler.</w:t>
      </w:r>
    </w:p>
    <w:p w14:paraId="09FD9F0A" w14:textId="77777777" w:rsidR="00AF0BBD" w:rsidRDefault="00000000">
      <w:pPr>
        <w:spacing w:before="80" w:after="20"/>
      </w:pPr>
      <w:r>
        <w:rPr>
          <w:b/>
        </w:rPr>
        <w:t>8. Soru</w:t>
      </w:r>
    </w:p>
    <w:p w14:paraId="61CAFE6D" w14:textId="77777777" w:rsidR="00AF0BBD" w:rsidRDefault="00000000">
      <w:pPr>
        <w:pStyle w:val="QuestionBody"/>
      </w:pPr>
      <w:r>
        <w:t>1-A, 2-B, 3-C, 4-D, 5-E, 6-F, 7-G, 8-H, 9-I, 10-J.</w:t>
      </w:r>
    </w:p>
    <w:p w14:paraId="438F737D" w14:textId="77777777" w:rsidR="00AF0BBD" w:rsidRDefault="00000000">
      <w:pPr>
        <w:spacing w:before="80" w:after="20"/>
      </w:pPr>
      <w:r>
        <w:rPr>
          <w:b/>
        </w:rPr>
        <w:t>Ekstra Soru</w:t>
      </w:r>
    </w:p>
    <w:p w14:paraId="714E5EB8" w14:textId="77777777" w:rsidR="00AF0BBD" w:rsidRDefault="00000000">
      <w:pPr>
        <w:pStyle w:val="QuestionBody"/>
      </w:pPr>
      <w:r>
        <w:t>a) aₘ = v²/r = 16/2 = 8 m/s².  b) Fₘ = m·aₘ = 2·8 = 16 N.  c) ω = v/r = 4/2 = 2 rad/s.  ç) Çizgisel hız yörüngeye teğet; merkezcil ivme daima merkeze doğrudur.</w:t>
      </w:r>
    </w:p>
    <w:p w14:paraId="6694B0A7" w14:textId="77777777" w:rsidR="00AF0BBD" w:rsidRDefault="00000000">
      <w:pPr>
        <w:spacing w:before="100"/>
      </w:pPr>
      <w:r>
        <w:rPr>
          <w:b/>
        </w:rPr>
        <w:t>Puanlama Notu</w:t>
      </w:r>
    </w:p>
    <w:p w14:paraId="7149E197" w14:textId="77777777" w:rsidR="00AF0BBD" w:rsidRDefault="00000000">
      <w:pPr>
        <w:pStyle w:val="SmallNote"/>
      </w:pPr>
      <w:r>
        <w:t>1-5. soruların her biri 12 puandır. İşlem sorularında doğru fiziksel yöntem kullanılıp yalnızca aritmetik hata yapılmışsa uygun kısmi puan verilebilir. 6 ve 7. sorularda her madde 1 puan, 8. soruda her eşleştirme 1 puandır. Ekstra çembersel hareket sorusu ana 100 puana dahil değildir; kullanılırsa 1-5. sorulardan birinin yerine değerlendirilmelidir.</w:t>
      </w:r>
    </w:p>
    <w:sectPr w:rsidR="00AF0BBD" w:rsidSect="00034616">
      <w:headerReference w:type="default" r:id="rId8"/>
      <w:footerReference w:type="default" r:id="rId9"/>
      <w:pgSz w:w="12240" w:h="15840"/>
      <w:pgMar w:top="510" w:right="652" w:bottom="510" w:left="652" w:header="198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8A2379" w14:textId="77777777" w:rsidR="00F25F06" w:rsidRDefault="00F25F06">
      <w:pPr>
        <w:spacing w:after="0" w:line="240" w:lineRule="auto"/>
      </w:pPr>
      <w:r>
        <w:separator/>
      </w:r>
    </w:p>
  </w:endnote>
  <w:endnote w:type="continuationSeparator" w:id="0">
    <w:p w14:paraId="05007695" w14:textId="77777777" w:rsidR="00F25F06" w:rsidRDefault="00F25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36DC2" w14:textId="77777777" w:rsidR="00AF0BBD" w:rsidRDefault="00000000">
    <w:pPr>
      <w:pStyle w:val="AltBilgi"/>
      <w:jc w:val="center"/>
    </w:pPr>
    <w:r>
      <w:fldChar w:fldCharType="begin"/>
    </w:r>
    <w:r>
      <w:instrText xml:space="preserve"> PAGE </w:instrText>
    </w:r>
    <w:r w:rsidR="008638FE">
      <w:fldChar w:fldCharType="separate"/>
    </w:r>
    <w:r w:rsidR="008638F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AABB9F" w14:textId="77777777" w:rsidR="00F25F06" w:rsidRDefault="00F25F06">
      <w:pPr>
        <w:spacing w:after="0" w:line="240" w:lineRule="auto"/>
      </w:pPr>
      <w:r>
        <w:separator/>
      </w:r>
    </w:p>
  </w:footnote>
  <w:footnote w:type="continuationSeparator" w:id="0">
    <w:p w14:paraId="6215CA93" w14:textId="77777777" w:rsidR="00F25F06" w:rsidRDefault="00F25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C07B90" w14:textId="257392CD" w:rsidR="00AF0BBD" w:rsidRDefault="00AF0BBD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1793199">
    <w:abstractNumId w:val="8"/>
  </w:num>
  <w:num w:numId="2" w16cid:durableId="89398645">
    <w:abstractNumId w:val="6"/>
  </w:num>
  <w:num w:numId="3" w16cid:durableId="629555463">
    <w:abstractNumId w:val="5"/>
  </w:num>
  <w:num w:numId="4" w16cid:durableId="724379620">
    <w:abstractNumId w:val="4"/>
  </w:num>
  <w:num w:numId="5" w16cid:durableId="3241245">
    <w:abstractNumId w:val="7"/>
  </w:num>
  <w:num w:numId="6" w16cid:durableId="902521008">
    <w:abstractNumId w:val="3"/>
  </w:num>
  <w:num w:numId="7" w16cid:durableId="206916923">
    <w:abstractNumId w:val="2"/>
  </w:num>
  <w:num w:numId="8" w16cid:durableId="292519513">
    <w:abstractNumId w:val="1"/>
  </w:num>
  <w:num w:numId="9" w16cid:durableId="1828088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38FE"/>
    <w:rsid w:val="00AA1D8D"/>
    <w:rsid w:val="00AF0BBD"/>
    <w:rsid w:val="00B47730"/>
    <w:rsid w:val="00CB0664"/>
    <w:rsid w:val="00D62E63"/>
    <w:rsid w:val="00F25F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0ABDAA"/>
  <w14:defaultImageDpi w14:val="300"/>
  <w15:docId w15:val="{61F59252-7D86-FD44-AE5F-4F30CE58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Title">
    <w:name w:val="QuestionTitle"/>
    <w:pPr>
      <w:spacing w:after="40" w:line="240" w:lineRule="auto"/>
    </w:pPr>
    <w:rPr>
      <w:rFonts w:ascii="Arial" w:eastAsia="Arial" w:hAnsi="Arial"/>
      <w:b/>
    </w:rPr>
  </w:style>
  <w:style w:type="paragraph" w:customStyle="1" w:styleId="QuestionBody">
    <w:name w:val="QuestionBody"/>
    <w:pPr>
      <w:spacing w:after="40" w:line="240" w:lineRule="auto"/>
    </w:pPr>
    <w:rPr>
      <w:rFonts w:ascii="Arial" w:eastAsia="Arial" w:hAnsi="Arial"/>
      <w:sz w:val="21"/>
    </w:rPr>
  </w:style>
  <w:style w:type="paragraph" w:customStyle="1" w:styleId="SmallNote">
    <w:name w:val="SmallNote"/>
    <w:pPr>
      <w:spacing w:after="40" w:line="240" w:lineRule="auto"/>
    </w:pPr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2228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t2894</cp:lastModifiedBy>
  <cp:revision>2</cp:revision>
  <dcterms:created xsi:type="dcterms:W3CDTF">2013-12-23T23:15:00Z</dcterms:created>
  <dcterms:modified xsi:type="dcterms:W3CDTF">2026-09-19T10:38:00Z</dcterms:modified>
  <cp:category/>
</cp:coreProperties>
</file>