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A87653D" w14:textId="77777777" w:rsidR="001830BC" w:rsidRDefault="00000000">
      <w:pPr>
        <w:spacing w:after="40" w:line="252" w:lineRule="auto"/>
        <w:jc w:val="center"/>
      </w:pPr>
      <w:r>
        <w:rPr>
          <w:b/>
          <w:sz w:val="32"/>
        </w:rPr>
        <w:t>11. SINIF FİZİK SORUMLULUK SINAVI</w:t>
      </w:r>
    </w:p>
    <w:p w14:paraId="0743918E" w14:textId="77777777" w:rsidR="001830BC" w:rsidRDefault="00000000">
      <w:pPr>
        <w:spacing w:after="120" w:line="252" w:lineRule="auto"/>
        <w:jc w:val="center"/>
      </w:pPr>
      <w:r>
        <w:rPr>
          <w:b/>
        </w:rPr>
        <w:t>Türkiye Yüzyılı Maarif Modeli • Toplam 100 Puan</w:t>
      </w:r>
    </w:p>
    <w:tbl>
      <w:tblPr>
        <w:tblStyle w:val="TabloKlavuzu"/>
        <w:tblW w:w="0" w:type="auto"/>
        <w:jc w:val="center"/>
        <w:tblLook w:val="04A0" w:firstRow="1" w:lastRow="0" w:firstColumn="1" w:lastColumn="0" w:noHBand="0" w:noVBand="1"/>
      </w:tblPr>
      <w:tblGrid>
        <w:gridCol w:w="2620"/>
        <w:gridCol w:w="2620"/>
        <w:gridCol w:w="2620"/>
        <w:gridCol w:w="2620"/>
      </w:tblGrid>
      <w:tr w:rsidR="001830BC" w14:paraId="188C41C7" w14:textId="77777777">
        <w:trPr>
          <w:jc w:val="center"/>
        </w:trPr>
        <w:tc>
          <w:tcPr>
            <w:tcW w:w="2620" w:type="dxa"/>
            <w:tcMar>
              <w:top w:w="60" w:type="dxa"/>
              <w:left w:w="70" w:type="dxa"/>
              <w:bottom w:w="60" w:type="dxa"/>
              <w:right w:w="70" w:type="dxa"/>
            </w:tcMar>
            <w:vAlign w:val="center"/>
          </w:tcPr>
          <w:p w14:paraId="4633B77F" w14:textId="77777777" w:rsidR="001830BC" w:rsidRDefault="00000000">
            <w:r>
              <w:rPr>
                <w:b/>
                <w:sz w:val="19"/>
              </w:rPr>
              <w:t>Adı Soyadı:</w:t>
            </w:r>
          </w:p>
        </w:tc>
        <w:tc>
          <w:tcPr>
            <w:tcW w:w="2620" w:type="dxa"/>
            <w:tcMar>
              <w:top w:w="60" w:type="dxa"/>
              <w:left w:w="70" w:type="dxa"/>
              <w:bottom w:w="60" w:type="dxa"/>
              <w:right w:w="70" w:type="dxa"/>
            </w:tcMar>
            <w:vAlign w:val="center"/>
          </w:tcPr>
          <w:p w14:paraId="491364D8" w14:textId="77777777" w:rsidR="001830BC" w:rsidRDefault="001830BC"/>
        </w:tc>
        <w:tc>
          <w:tcPr>
            <w:tcW w:w="2620" w:type="dxa"/>
            <w:tcMar>
              <w:top w:w="60" w:type="dxa"/>
              <w:left w:w="70" w:type="dxa"/>
              <w:bottom w:w="60" w:type="dxa"/>
              <w:right w:w="70" w:type="dxa"/>
            </w:tcMar>
            <w:vAlign w:val="center"/>
          </w:tcPr>
          <w:p w14:paraId="081086EB" w14:textId="77777777" w:rsidR="001830BC" w:rsidRDefault="00000000">
            <w:r>
              <w:rPr>
                <w:b/>
                <w:sz w:val="19"/>
              </w:rPr>
              <w:t>Sınıf / No:</w:t>
            </w:r>
          </w:p>
        </w:tc>
        <w:tc>
          <w:tcPr>
            <w:tcW w:w="2620" w:type="dxa"/>
            <w:tcMar>
              <w:top w:w="60" w:type="dxa"/>
              <w:left w:w="70" w:type="dxa"/>
              <w:bottom w:w="60" w:type="dxa"/>
              <w:right w:w="70" w:type="dxa"/>
            </w:tcMar>
            <w:vAlign w:val="center"/>
          </w:tcPr>
          <w:p w14:paraId="7D148DAE" w14:textId="77777777" w:rsidR="001830BC" w:rsidRDefault="001830BC"/>
        </w:tc>
      </w:tr>
      <w:tr w:rsidR="001830BC" w14:paraId="575045CA" w14:textId="77777777">
        <w:trPr>
          <w:jc w:val="center"/>
        </w:trPr>
        <w:tc>
          <w:tcPr>
            <w:tcW w:w="2620" w:type="dxa"/>
            <w:tcMar>
              <w:top w:w="60" w:type="dxa"/>
              <w:left w:w="70" w:type="dxa"/>
              <w:bottom w:w="60" w:type="dxa"/>
              <w:right w:w="70" w:type="dxa"/>
            </w:tcMar>
            <w:vAlign w:val="center"/>
          </w:tcPr>
          <w:p w14:paraId="57C4229E" w14:textId="77777777" w:rsidR="001830BC" w:rsidRDefault="00000000">
            <w:r>
              <w:rPr>
                <w:b/>
                <w:sz w:val="19"/>
              </w:rPr>
              <w:t>Okul:</w:t>
            </w:r>
          </w:p>
        </w:tc>
        <w:tc>
          <w:tcPr>
            <w:tcW w:w="2620" w:type="dxa"/>
            <w:tcMar>
              <w:top w:w="60" w:type="dxa"/>
              <w:left w:w="70" w:type="dxa"/>
              <w:bottom w:w="60" w:type="dxa"/>
              <w:right w:w="70" w:type="dxa"/>
            </w:tcMar>
            <w:vAlign w:val="center"/>
          </w:tcPr>
          <w:p w14:paraId="1A70F180" w14:textId="77777777" w:rsidR="001830BC" w:rsidRDefault="001830BC"/>
        </w:tc>
        <w:tc>
          <w:tcPr>
            <w:tcW w:w="2620" w:type="dxa"/>
            <w:tcMar>
              <w:top w:w="60" w:type="dxa"/>
              <w:left w:w="70" w:type="dxa"/>
              <w:bottom w:w="60" w:type="dxa"/>
              <w:right w:w="70" w:type="dxa"/>
            </w:tcMar>
            <w:vAlign w:val="center"/>
          </w:tcPr>
          <w:p w14:paraId="79ED76C4" w14:textId="77777777" w:rsidR="001830BC" w:rsidRDefault="00000000">
            <w:r>
              <w:rPr>
                <w:b/>
                <w:sz w:val="19"/>
              </w:rPr>
              <w:t>Tarih:</w:t>
            </w:r>
          </w:p>
        </w:tc>
        <w:tc>
          <w:tcPr>
            <w:tcW w:w="2620" w:type="dxa"/>
            <w:tcMar>
              <w:top w:w="60" w:type="dxa"/>
              <w:left w:w="70" w:type="dxa"/>
              <w:bottom w:w="60" w:type="dxa"/>
              <w:right w:w="70" w:type="dxa"/>
            </w:tcMar>
            <w:vAlign w:val="center"/>
          </w:tcPr>
          <w:p w14:paraId="25F2310B" w14:textId="77777777" w:rsidR="001830BC" w:rsidRDefault="001830BC"/>
        </w:tc>
      </w:tr>
    </w:tbl>
    <w:p w14:paraId="3D924B92" w14:textId="77777777" w:rsidR="001830BC" w:rsidRDefault="00000000">
      <w:pPr>
        <w:keepNext/>
        <w:spacing w:before="160" w:after="100"/>
      </w:pPr>
      <w:r>
        <w:rPr>
          <w:b/>
          <w:sz w:val="26"/>
        </w:rPr>
        <w:t>Konu ve Puan Dağılımı</w:t>
      </w:r>
    </w:p>
    <w:tbl>
      <w:tblPr>
        <w:tblStyle w:val="TabloKlavuzu"/>
        <w:tblW w:w="0" w:type="auto"/>
        <w:jc w:val="center"/>
        <w:tblLook w:val="04A0" w:firstRow="1" w:lastRow="0" w:firstColumn="1" w:lastColumn="0" w:noHBand="0" w:noVBand="1"/>
      </w:tblPr>
      <w:tblGrid>
        <w:gridCol w:w="2620"/>
        <w:gridCol w:w="2620"/>
        <w:gridCol w:w="2620"/>
        <w:gridCol w:w="2620"/>
      </w:tblGrid>
      <w:tr w:rsidR="001830BC" w14:paraId="32AABA7F" w14:textId="77777777">
        <w:trPr>
          <w:tblHeader/>
          <w:jc w:val="center"/>
        </w:trPr>
        <w:tc>
          <w:tcPr>
            <w:tcW w:w="2620" w:type="dxa"/>
            <w:shd w:val="clear" w:color="auto" w:fill="D9EAF7"/>
            <w:tcMar>
              <w:top w:w="70" w:type="dxa"/>
              <w:left w:w="80" w:type="dxa"/>
              <w:bottom w:w="70" w:type="dxa"/>
              <w:right w:w="80" w:type="dxa"/>
            </w:tcMar>
            <w:vAlign w:val="center"/>
          </w:tcPr>
          <w:p w14:paraId="3069FD2D" w14:textId="77777777" w:rsidR="001830BC" w:rsidRDefault="00000000">
            <w:pPr>
              <w:jc w:val="center"/>
            </w:pPr>
            <w:r>
              <w:rPr>
                <w:b/>
                <w:sz w:val="18"/>
              </w:rPr>
              <w:t>Ünite</w:t>
            </w:r>
          </w:p>
        </w:tc>
        <w:tc>
          <w:tcPr>
            <w:tcW w:w="2620" w:type="dxa"/>
            <w:shd w:val="clear" w:color="auto" w:fill="D9EAF7"/>
            <w:tcMar>
              <w:top w:w="70" w:type="dxa"/>
              <w:left w:w="80" w:type="dxa"/>
              <w:bottom w:w="70" w:type="dxa"/>
              <w:right w:w="80" w:type="dxa"/>
            </w:tcMar>
            <w:vAlign w:val="center"/>
          </w:tcPr>
          <w:p w14:paraId="6D2278B8" w14:textId="77777777" w:rsidR="001830BC" w:rsidRDefault="00000000">
            <w:pPr>
              <w:jc w:val="center"/>
            </w:pPr>
            <w:r>
              <w:rPr>
                <w:b/>
                <w:sz w:val="18"/>
              </w:rPr>
              <w:t>Konu / Kapsam</w:t>
            </w:r>
          </w:p>
        </w:tc>
        <w:tc>
          <w:tcPr>
            <w:tcW w:w="2620" w:type="dxa"/>
            <w:shd w:val="clear" w:color="auto" w:fill="D9EAF7"/>
            <w:tcMar>
              <w:top w:w="70" w:type="dxa"/>
              <w:left w:w="80" w:type="dxa"/>
              <w:bottom w:w="70" w:type="dxa"/>
              <w:right w:w="80" w:type="dxa"/>
            </w:tcMar>
            <w:vAlign w:val="center"/>
          </w:tcPr>
          <w:p w14:paraId="5E7E0EB9" w14:textId="77777777" w:rsidR="001830BC" w:rsidRDefault="00000000">
            <w:pPr>
              <w:jc w:val="center"/>
            </w:pPr>
            <w:r>
              <w:rPr>
                <w:b/>
                <w:sz w:val="18"/>
              </w:rPr>
              <w:t>Soru</w:t>
            </w:r>
          </w:p>
        </w:tc>
        <w:tc>
          <w:tcPr>
            <w:tcW w:w="2620" w:type="dxa"/>
            <w:shd w:val="clear" w:color="auto" w:fill="D9EAF7"/>
            <w:tcMar>
              <w:top w:w="70" w:type="dxa"/>
              <w:left w:w="80" w:type="dxa"/>
              <w:bottom w:w="70" w:type="dxa"/>
              <w:right w:w="80" w:type="dxa"/>
            </w:tcMar>
            <w:vAlign w:val="center"/>
          </w:tcPr>
          <w:p w14:paraId="2507ADFE" w14:textId="77777777" w:rsidR="001830BC" w:rsidRDefault="00000000">
            <w:pPr>
              <w:jc w:val="center"/>
            </w:pPr>
            <w:r>
              <w:rPr>
                <w:b/>
                <w:sz w:val="18"/>
              </w:rPr>
              <w:t>Puan</w:t>
            </w:r>
          </w:p>
        </w:tc>
      </w:tr>
      <w:tr w:rsidR="001830BC" w14:paraId="2181D49D" w14:textId="77777777">
        <w:trPr>
          <w:jc w:val="center"/>
        </w:trPr>
        <w:tc>
          <w:tcPr>
            <w:tcW w:w="2620" w:type="dxa"/>
            <w:tcMar>
              <w:top w:w="70" w:type="dxa"/>
              <w:left w:w="80" w:type="dxa"/>
              <w:bottom w:w="70" w:type="dxa"/>
              <w:right w:w="80" w:type="dxa"/>
            </w:tcMar>
            <w:vAlign w:val="center"/>
          </w:tcPr>
          <w:p w14:paraId="5AC17014" w14:textId="77777777" w:rsidR="001830BC" w:rsidRDefault="00000000">
            <w:r>
              <w:rPr>
                <w:sz w:val="17"/>
              </w:rPr>
              <w:t>Kuvvet ve Hareket</w:t>
            </w:r>
          </w:p>
        </w:tc>
        <w:tc>
          <w:tcPr>
            <w:tcW w:w="2620" w:type="dxa"/>
            <w:tcMar>
              <w:top w:w="70" w:type="dxa"/>
              <w:left w:w="80" w:type="dxa"/>
              <w:bottom w:w="70" w:type="dxa"/>
              <w:right w:w="80" w:type="dxa"/>
            </w:tcMar>
            <w:vAlign w:val="center"/>
          </w:tcPr>
          <w:p w14:paraId="49F59638" w14:textId="77777777" w:rsidR="001830BC" w:rsidRDefault="00000000">
            <w:r>
              <w:rPr>
                <w:sz w:val="17"/>
              </w:rPr>
              <w:t>Serbest düşme</w:t>
            </w:r>
          </w:p>
        </w:tc>
        <w:tc>
          <w:tcPr>
            <w:tcW w:w="2620" w:type="dxa"/>
            <w:tcMar>
              <w:top w:w="70" w:type="dxa"/>
              <w:left w:w="80" w:type="dxa"/>
              <w:bottom w:w="70" w:type="dxa"/>
              <w:right w:w="80" w:type="dxa"/>
            </w:tcMar>
            <w:vAlign w:val="center"/>
          </w:tcPr>
          <w:p w14:paraId="6D90ABD9" w14:textId="77777777" w:rsidR="001830BC" w:rsidRDefault="00000000">
            <w:pPr>
              <w:jc w:val="center"/>
            </w:pPr>
            <w:r>
              <w:rPr>
                <w:sz w:val="17"/>
              </w:rPr>
              <w:t>1</w:t>
            </w:r>
          </w:p>
        </w:tc>
        <w:tc>
          <w:tcPr>
            <w:tcW w:w="2620" w:type="dxa"/>
            <w:tcMar>
              <w:top w:w="70" w:type="dxa"/>
              <w:left w:w="80" w:type="dxa"/>
              <w:bottom w:w="70" w:type="dxa"/>
              <w:right w:w="80" w:type="dxa"/>
            </w:tcMar>
            <w:vAlign w:val="center"/>
          </w:tcPr>
          <w:p w14:paraId="621D84F0" w14:textId="77777777" w:rsidR="001830BC" w:rsidRDefault="00000000">
            <w:pPr>
              <w:jc w:val="center"/>
            </w:pPr>
            <w:r>
              <w:rPr>
                <w:sz w:val="17"/>
              </w:rPr>
              <w:t>12</w:t>
            </w:r>
          </w:p>
        </w:tc>
      </w:tr>
      <w:tr w:rsidR="001830BC" w14:paraId="3408DD07" w14:textId="77777777">
        <w:trPr>
          <w:jc w:val="center"/>
        </w:trPr>
        <w:tc>
          <w:tcPr>
            <w:tcW w:w="2620" w:type="dxa"/>
            <w:tcMar>
              <w:top w:w="70" w:type="dxa"/>
              <w:left w:w="80" w:type="dxa"/>
              <w:bottom w:w="70" w:type="dxa"/>
              <w:right w:w="80" w:type="dxa"/>
            </w:tcMar>
            <w:vAlign w:val="center"/>
          </w:tcPr>
          <w:p w14:paraId="0CC65452" w14:textId="77777777" w:rsidR="001830BC" w:rsidRDefault="00000000">
            <w:r>
              <w:rPr>
                <w:sz w:val="17"/>
              </w:rPr>
              <w:t>Kuvvet ve Hareket</w:t>
            </w:r>
          </w:p>
        </w:tc>
        <w:tc>
          <w:tcPr>
            <w:tcW w:w="2620" w:type="dxa"/>
            <w:tcMar>
              <w:top w:w="70" w:type="dxa"/>
              <w:left w:w="80" w:type="dxa"/>
              <w:bottom w:w="70" w:type="dxa"/>
              <w:right w:w="80" w:type="dxa"/>
            </w:tcMar>
            <w:vAlign w:val="center"/>
          </w:tcPr>
          <w:p w14:paraId="2F9D73A1" w14:textId="77777777" w:rsidR="001830BC" w:rsidRDefault="00000000">
            <w:r>
              <w:rPr>
                <w:sz w:val="17"/>
              </w:rPr>
              <w:t>Newton yasaları, serbest cisim diyagramı ve sürtünme</w:t>
            </w:r>
          </w:p>
        </w:tc>
        <w:tc>
          <w:tcPr>
            <w:tcW w:w="2620" w:type="dxa"/>
            <w:tcMar>
              <w:top w:w="70" w:type="dxa"/>
              <w:left w:w="80" w:type="dxa"/>
              <w:bottom w:w="70" w:type="dxa"/>
              <w:right w:w="80" w:type="dxa"/>
            </w:tcMar>
            <w:vAlign w:val="center"/>
          </w:tcPr>
          <w:p w14:paraId="4669B6EA" w14:textId="77777777" w:rsidR="001830BC" w:rsidRDefault="00000000">
            <w:pPr>
              <w:jc w:val="center"/>
            </w:pPr>
            <w:r>
              <w:rPr>
                <w:sz w:val="17"/>
              </w:rPr>
              <w:t>2</w:t>
            </w:r>
          </w:p>
        </w:tc>
        <w:tc>
          <w:tcPr>
            <w:tcW w:w="2620" w:type="dxa"/>
            <w:tcMar>
              <w:top w:w="70" w:type="dxa"/>
              <w:left w:w="80" w:type="dxa"/>
              <w:bottom w:w="70" w:type="dxa"/>
              <w:right w:w="80" w:type="dxa"/>
            </w:tcMar>
            <w:vAlign w:val="center"/>
          </w:tcPr>
          <w:p w14:paraId="609AF729" w14:textId="77777777" w:rsidR="001830BC" w:rsidRDefault="00000000">
            <w:pPr>
              <w:jc w:val="center"/>
            </w:pPr>
            <w:r>
              <w:rPr>
                <w:sz w:val="17"/>
              </w:rPr>
              <w:t>12</w:t>
            </w:r>
          </w:p>
        </w:tc>
      </w:tr>
      <w:tr w:rsidR="001830BC" w14:paraId="1FC310FD" w14:textId="77777777">
        <w:trPr>
          <w:jc w:val="center"/>
        </w:trPr>
        <w:tc>
          <w:tcPr>
            <w:tcW w:w="2620" w:type="dxa"/>
            <w:tcMar>
              <w:top w:w="70" w:type="dxa"/>
              <w:left w:w="80" w:type="dxa"/>
              <w:bottom w:w="70" w:type="dxa"/>
              <w:right w:w="80" w:type="dxa"/>
            </w:tcMar>
            <w:vAlign w:val="center"/>
          </w:tcPr>
          <w:p w14:paraId="5314160E" w14:textId="77777777" w:rsidR="001830BC" w:rsidRDefault="00000000">
            <w:r>
              <w:rPr>
                <w:sz w:val="17"/>
              </w:rPr>
              <w:t>Kuvvet ve Hareket</w:t>
            </w:r>
          </w:p>
        </w:tc>
        <w:tc>
          <w:tcPr>
            <w:tcW w:w="2620" w:type="dxa"/>
            <w:tcMar>
              <w:top w:w="70" w:type="dxa"/>
              <w:left w:w="80" w:type="dxa"/>
              <w:bottom w:w="70" w:type="dxa"/>
              <w:right w:w="80" w:type="dxa"/>
            </w:tcMar>
            <w:vAlign w:val="center"/>
          </w:tcPr>
          <w:p w14:paraId="449EFFFC" w14:textId="77777777" w:rsidR="001830BC" w:rsidRDefault="00000000">
            <w:r>
              <w:rPr>
                <w:sz w:val="17"/>
              </w:rPr>
              <w:t>Düzgün çembersel hareket</w:t>
            </w:r>
          </w:p>
        </w:tc>
        <w:tc>
          <w:tcPr>
            <w:tcW w:w="2620" w:type="dxa"/>
            <w:tcMar>
              <w:top w:w="70" w:type="dxa"/>
              <w:left w:w="80" w:type="dxa"/>
              <w:bottom w:w="70" w:type="dxa"/>
              <w:right w:w="80" w:type="dxa"/>
            </w:tcMar>
            <w:vAlign w:val="center"/>
          </w:tcPr>
          <w:p w14:paraId="22CF4BC7" w14:textId="77777777" w:rsidR="001830BC" w:rsidRDefault="00000000">
            <w:pPr>
              <w:jc w:val="center"/>
            </w:pPr>
            <w:r>
              <w:rPr>
                <w:sz w:val="17"/>
              </w:rPr>
              <w:t>3</w:t>
            </w:r>
          </w:p>
        </w:tc>
        <w:tc>
          <w:tcPr>
            <w:tcW w:w="2620" w:type="dxa"/>
            <w:tcMar>
              <w:top w:w="70" w:type="dxa"/>
              <w:left w:w="80" w:type="dxa"/>
              <w:bottom w:w="70" w:type="dxa"/>
              <w:right w:w="80" w:type="dxa"/>
            </w:tcMar>
            <w:vAlign w:val="center"/>
          </w:tcPr>
          <w:p w14:paraId="059AD3FC" w14:textId="77777777" w:rsidR="001830BC" w:rsidRDefault="00000000">
            <w:pPr>
              <w:jc w:val="center"/>
            </w:pPr>
            <w:r>
              <w:rPr>
                <w:sz w:val="17"/>
              </w:rPr>
              <w:t>12</w:t>
            </w:r>
          </w:p>
        </w:tc>
      </w:tr>
      <w:tr w:rsidR="001830BC" w14:paraId="479DAED7" w14:textId="77777777">
        <w:trPr>
          <w:jc w:val="center"/>
        </w:trPr>
        <w:tc>
          <w:tcPr>
            <w:tcW w:w="2620" w:type="dxa"/>
            <w:tcMar>
              <w:top w:w="70" w:type="dxa"/>
              <w:left w:w="80" w:type="dxa"/>
              <w:bottom w:w="70" w:type="dxa"/>
              <w:right w:w="80" w:type="dxa"/>
            </w:tcMar>
            <w:vAlign w:val="center"/>
          </w:tcPr>
          <w:p w14:paraId="196F745B" w14:textId="77777777" w:rsidR="001830BC" w:rsidRDefault="00000000">
            <w:r>
              <w:rPr>
                <w:sz w:val="17"/>
              </w:rPr>
              <w:t>Kuvvet ve Hareket</w:t>
            </w:r>
          </w:p>
        </w:tc>
        <w:tc>
          <w:tcPr>
            <w:tcW w:w="2620" w:type="dxa"/>
            <w:tcMar>
              <w:top w:w="70" w:type="dxa"/>
              <w:left w:w="80" w:type="dxa"/>
              <w:bottom w:w="70" w:type="dxa"/>
              <w:right w:w="80" w:type="dxa"/>
            </w:tcMar>
            <w:vAlign w:val="center"/>
          </w:tcPr>
          <w:p w14:paraId="63CF949C" w14:textId="77777777" w:rsidR="001830BC" w:rsidRDefault="00000000">
            <w:r>
              <w:rPr>
                <w:sz w:val="17"/>
              </w:rPr>
              <w:t>İki boyutta sabit ivmeli hareket; limit hız kavramı</w:t>
            </w:r>
          </w:p>
        </w:tc>
        <w:tc>
          <w:tcPr>
            <w:tcW w:w="2620" w:type="dxa"/>
            <w:tcMar>
              <w:top w:w="70" w:type="dxa"/>
              <w:left w:w="80" w:type="dxa"/>
              <w:bottom w:w="70" w:type="dxa"/>
              <w:right w:w="80" w:type="dxa"/>
            </w:tcMar>
            <w:vAlign w:val="center"/>
          </w:tcPr>
          <w:p w14:paraId="2D84FE70" w14:textId="77777777" w:rsidR="001830BC" w:rsidRDefault="00000000">
            <w:pPr>
              <w:jc w:val="center"/>
            </w:pPr>
            <w:r>
              <w:rPr>
                <w:sz w:val="17"/>
              </w:rPr>
              <w:t>4, 6, 8</w:t>
            </w:r>
          </w:p>
        </w:tc>
        <w:tc>
          <w:tcPr>
            <w:tcW w:w="2620" w:type="dxa"/>
            <w:tcMar>
              <w:top w:w="70" w:type="dxa"/>
              <w:left w:w="80" w:type="dxa"/>
              <w:bottom w:w="70" w:type="dxa"/>
              <w:right w:w="80" w:type="dxa"/>
            </w:tcMar>
            <w:vAlign w:val="center"/>
          </w:tcPr>
          <w:p w14:paraId="6221D964" w14:textId="77777777" w:rsidR="001830BC" w:rsidRDefault="00000000">
            <w:pPr>
              <w:jc w:val="center"/>
            </w:pPr>
            <w:r>
              <w:rPr>
                <w:sz w:val="17"/>
              </w:rPr>
              <w:t>14</w:t>
            </w:r>
          </w:p>
        </w:tc>
      </w:tr>
      <w:tr w:rsidR="001830BC" w14:paraId="11D3CE3B" w14:textId="77777777">
        <w:trPr>
          <w:jc w:val="center"/>
        </w:trPr>
        <w:tc>
          <w:tcPr>
            <w:tcW w:w="2620" w:type="dxa"/>
            <w:tcMar>
              <w:top w:w="70" w:type="dxa"/>
              <w:left w:w="80" w:type="dxa"/>
              <w:bottom w:w="70" w:type="dxa"/>
              <w:right w:w="80" w:type="dxa"/>
            </w:tcMar>
            <w:vAlign w:val="center"/>
          </w:tcPr>
          <w:p w14:paraId="07493BF6" w14:textId="77777777" w:rsidR="001830BC" w:rsidRDefault="00000000">
            <w:r>
              <w:rPr>
                <w:sz w:val="17"/>
              </w:rPr>
              <w:t>Elektrik ve Manyetizma</w:t>
            </w:r>
          </w:p>
        </w:tc>
        <w:tc>
          <w:tcPr>
            <w:tcW w:w="2620" w:type="dxa"/>
            <w:tcMar>
              <w:top w:w="70" w:type="dxa"/>
              <w:left w:w="80" w:type="dxa"/>
              <w:bottom w:w="70" w:type="dxa"/>
              <w:right w:w="80" w:type="dxa"/>
            </w:tcMar>
            <w:vAlign w:val="center"/>
          </w:tcPr>
          <w:p w14:paraId="1F8DF548" w14:textId="77777777" w:rsidR="001830BC" w:rsidRDefault="00000000">
            <w:r>
              <w:rPr>
                <w:sz w:val="17"/>
              </w:rPr>
              <w:t>Elektriksel kuvvet ve alan; manyetik alan ve kuvvet; indüksiyon; motor, jeneratör ve transformatör</w:t>
            </w:r>
          </w:p>
        </w:tc>
        <w:tc>
          <w:tcPr>
            <w:tcW w:w="2620" w:type="dxa"/>
            <w:tcMar>
              <w:top w:w="70" w:type="dxa"/>
              <w:left w:w="80" w:type="dxa"/>
              <w:bottom w:w="70" w:type="dxa"/>
              <w:right w:w="80" w:type="dxa"/>
            </w:tcMar>
            <w:vAlign w:val="center"/>
          </w:tcPr>
          <w:p w14:paraId="24078561" w14:textId="77777777" w:rsidR="001830BC" w:rsidRDefault="00000000">
            <w:pPr>
              <w:jc w:val="center"/>
            </w:pPr>
            <w:r>
              <w:rPr>
                <w:sz w:val="17"/>
              </w:rPr>
              <w:t>6-8</w:t>
            </w:r>
          </w:p>
        </w:tc>
        <w:tc>
          <w:tcPr>
            <w:tcW w:w="2620" w:type="dxa"/>
            <w:tcMar>
              <w:top w:w="70" w:type="dxa"/>
              <w:left w:w="80" w:type="dxa"/>
              <w:bottom w:w="70" w:type="dxa"/>
              <w:right w:w="80" w:type="dxa"/>
            </w:tcMar>
            <w:vAlign w:val="center"/>
          </w:tcPr>
          <w:p w14:paraId="4F9492E2" w14:textId="77777777" w:rsidR="001830BC" w:rsidRDefault="00000000">
            <w:pPr>
              <w:jc w:val="center"/>
            </w:pPr>
            <w:r>
              <w:rPr>
                <w:sz w:val="17"/>
              </w:rPr>
              <w:t>20</w:t>
            </w:r>
          </w:p>
        </w:tc>
      </w:tr>
      <w:tr w:rsidR="001830BC" w14:paraId="452459C6" w14:textId="77777777">
        <w:trPr>
          <w:jc w:val="center"/>
        </w:trPr>
        <w:tc>
          <w:tcPr>
            <w:tcW w:w="2620" w:type="dxa"/>
            <w:tcMar>
              <w:top w:w="70" w:type="dxa"/>
              <w:left w:w="80" w:type="dxa"/>
              <w:bottom w:w="70" w:type="dxa"/>
              <w:right w:w="80" w:type="dxa"/>
            </w:tcMar>
            <w:vAlign w:val="center"/>
          </w:tcPr>
          <w:p w14:paraId="059B7704" w14:textId="77777777" w:rsidR="001830BC" w:rsidRDefault="00000000">
            <w:r>
              <w:rPr>
                <w:sz w:val="17"/>
              </w:rPr>
              <w:t>Optik</w:t>
            </w:r>
          </w:p>
        </w:tc>
        <w:tc>
          <w:tcPr>
            <w:tcW w:w="2620" w:type="dxa"/>
            <w:tcMar>
              <w:top w:w="70" w:type="dxa"/>
              <w:left w:w="80" w:type="dxa"/>
              <w:bottom w:w="70" w:type="dxa"/>
              <w:right w:w="80" w:type="dxa"/>
            </w:tcMar>
            <w:vAlign w:val="center"/>
          </w:tcPr>
          <w:p w14:paraId="3831962B" w14:textId="77777777" w:rsidR="001830BC" w:rsidRDefault="00000000">
            <w:r>
              <w:rPr>
                <w:sz w:val="17"/>
              </w:rPr>
              <w:t>Kırılma ve Snell Yasası</w:t>
            </w:r>
          </w:p>
        </w:tc>
        <w:tc>
          <w:tcPr>
            <w:tcW w:w="2620" w:type="dxa"/>
            <w:tcMar>
              <w:top w:w="70" w:type="dxa"/>
              <w:left w:w="80" w:type="dxa"/>
              <w:bottom w:w="70" w:type="dxa"/>
              <w:right w:w="80" w:type="dxa"/>
            </w:tcMar>
            <w:vAlign w:val="center"/>
          </w:tcPr>
          <w:p w14:paraId="615AAE8F" w14:textId="77777777" w:rsidR="001830BC" w:rsidRDefault="00000000">
            <w:pPr>
              <w:jc w:val="center"/>
            </w:pPr>
            <w:r>
              <w:rPr>
                <w:sz w:val="17"/>
              </w:rPr>
              <w:t>5</w:t>
            </w:r>
          </w:p>
        </w:tc>
        <w:tc>
          <w:tcPr>
            <w:tcW w:w="2620" w:type="dxa"/>
            <w:tcMar>
              <w:top w:w="70" w:type="dxa"/>
              <w:left w:w="80" w:type="dxa"/>
              <w:bottom w:w="70" w:type="dxa"/>
              <w:right w:w="80" w:type="dxa"/>
            </w:tcMar>
            <w:vAlign w:val="center"/>
          </w:tcPr>
          <w:p w14:paraId="6EE793F7" w14:textId="77777777" w:rsidR="001830BC" w:rsidRDefault="00000000">
            <w:pPr>
              <w:jc w:val="center"/>
            </w:pPr>
            <w:r>
              <w:rPr>
                <w:sz w:val="17"/>
              </w:rPr>
              <w:t>12</w:t>
            </w:r>
          </w:p>
        </w:tc>
      </w:tr>
      <w:tr w:rsidR="001830BC" w14:paraId="38929EB1" w14:textId="77777777">
        <w:trPr>
          <w:jc w:val="center"/>
        </w:trPr>
        <w:tc>
          <w:tcPr>
            <w:tcW w:w="2620" w:type="dxa"/>
            <w:tcMar>
              <w:top w:w="70" w:type="dxa"/>
              <w:left w:w="80" w:type="dxa"/>
              <w:bottom w:w="70" w:type="dxa"/>
              <w:right w:w="80" w:type="dxa"/>
            </w:tcMar>
            <w:vAlign w:val="center"/>
          </w:tcPr>
          <w:p w14:paraId="1E94E21D" w14:textId="77777777" w:rsidR="001830BC" w:rsidRDefault="00000000">
            <w:r>
              <w:rPr>
                <w:sz w:val="17"/>
              </w:rPr>
              <w:t>Optik</w:t>
            </w:r>
          </w:p>
        </w:tc>
        <w:tc>
          <w:tcPr>
            <w:tcW w:w="2620" w:type="dxa"/>
            <w:tcMar>
              <w:top w:w="70" w:type="dxa"/>
              <w:left w:w="80" w:type="dxa"/>
              <w:bottom w:w="70" w:type="dxa"/>
              <w:right w:w="80" w:type="dxa"/>
            </w:tcMar>
            <w:vAlign w:val="center"/>
          </w:tcPr>
          <w:p w14:paraId="50B33C90" w14:textId="77777777" w:rsidR="001830BC" w:rsidRDefault="00000000">
            <w:r>
              <w:rPr>
                <w:sz w:val="17"/>
              </w:rPr>
              <w:t>Aydınlanma, aynalar, görünür derinlik, fiber optik, prizmalar ve mercekler</w:t>
            </w:r>
          </w:p>
        </w:tc>
        <w:tc>
          <w:tcPr>
            <w:tcW w:w="2620" w:type="dxa"/>
            <w:tcMar>
              <w:top w:w="70" w:type="dxa"/>
              <w:left w:w="80" w:type="dxa"/>
              <w:bottom w:w="70" w:type="dxa"/>
              <w:right w:w="80" w:type="dxa"/>
            </w:tcMar>
            <w:vAlign w:val="center"/>
          </w:tcPr>
          <w:p w14:paraId="07274BD7" w14:textId="77777777" w:rsidR="001830BC" w:rsidRDefault="00000000">
            <w:pPr>
              <w:jc w:val="center"/>
            </w:pPr>
            <w:r>
              <w:rPr>
                <w:sz w:val="17"/>
              </w:rPr>
              <w:t>6-8</w:t>
            </w:r>
          </w:p>
        </w:tc>
        <w:tc>
          <w:tcPr>
            <w:tcW w:w="2620" w:type="dxa"/>
            <w:tcMar>
              <w:top w:w="70" w:type="dxa"/>
              <w:left w:w="80" w:type="dxa"/>
              <w:bottom w:w="70" w:type="dxa"/>
              <w:right w:w="80" w:type="dxa"/>
            </w:tcMar>
            <w:vAlign w:val="center"/>
          </w:tcPr>
          <w:p w14:paraId="09951D53" w14:textId="77777777" w:rsidR="001830BC" w:rsidRDefault="00000000">
            <w:pPr>
              <w:jc w:val="center"/>
            </w:pPr>
            <w:r>
              <w:rPr>
                <w:sz w:val="17"/>
              </w:rPr>
              <w:t>18</w:t>
            </w:r>
          </w:p>
        </w:tc>
      </w:tr>
      <w:tr w:rsidR="001830BC" w14:paraId="7E53CF58" w14:textId="77777777">
        <w:trPr>
          <w:jc w:val="center"/>
        </w:trPr>
        <w:tc>
          <w:tcPr>
            <w:tcW w:w="2620" w:type="dxa"/>
            <w:shd w:val="clear" w:color="auto" w:fill="EEF4F8"/>
            <w:tcMar>
              <w:top w:w="70" w:type="dxa"/>
              <w:left w:w="80" w:type="dxa"/>
              <w:bottom w:w="70" w:type="dxa"/>
              <w:right w:w="80" w:type="dxa"/>
            </w:tcMar>
            <w:vAlign w:val="center"/>
          </w:tcPr>
          <w:p w14:paraId="6BDEC636" w14:textId="77777777" w:rsidR="001830BC" w:rsidRDefault="001830BC"/>
        </w:tc>
        <w:tc>
          <w:tcPr>
            <w:tcW w:w="2620" w:type="dxa"/>
            <w:shd w:val="clear" w:color="auto" w:fill="EEF4F8"/>
            <w:tcMar>
              <w:top w:w="70" w:type="dxa"/>
              <w:left w:w="80" w:type="dxa"/>
              <w:bottom w:w="70" w:type="dxa"/>
              <w:right w:w="80" w:type="dxa"/>
            </w:tcMar>
            <w:vAlign w:val="center"/>
          </w:tcPr>
          <w:p w14:paraId="5C67049F" w14:textId="77777777" w:rsidR="001830BC" w:rsidRDefault="00000000">
            <w:r>
              <w:rPr>
                <w:b/>
                <w:sz w:val="17"/>
              </w:rPr>
              <w:t>TOPLAM</w:t>
            </w:r>
          </w:p>
        </w:tc>
        <w:tc>
          <w:tcPr>
            <w:tcW w:w="2620" w:type="dxa"/>
            <w:shd w:val="clear" w:color="auto" w:fill="EEF4F8"/>
            <w:tcMar>
              <w:top w:w="70" w:type="dxa"/>
              <w:left w:w="80" w:type="dxa"/>
              <w:bottom w:w="70" w:type="dxa"/>
              <w:right w:w="80" w:type="dxa"/>
            </w:tcMar>
            <w:vAlign w:val="center"/>
          </w:tcPr>
          <w:p w14:paraId="77291D1A" w14:textId="77777777" w:rsidR="001830BC" w:rsidRDefault="001830BC">
            <w:pPr>
              <w:jc w:val="center"/>
            </w:pPr>
          </w:p>
        </w:tc>
        <w:tc>
          <w:tcPr>
            <w:tcW w:w="2620" w:type="dxa"/>
            <w:shd w:val="clear" w:color="auto" w:fill="EEF4F8"/>
            <w:tcMar>
              <w:top w:w="70" w:type="dxa"/>
              <w:left w:w="80" w:type="dxa"/>
              <w:bottom w:w="70" w:type="dxa"/>
              <w:right w:w="80" w:type="dxa"/>
            </w:tcMar>
            <w:vAlign w:val="center"/>
          </w:tcPr>
          <w:p w14:paraId="7F4E6A60" w14:textId="77777777" w:rsidR="001830BC" w:rsidRDefault="00000000">
            <w:pPr>
              <w:jc w:val="center"/>
            </w:pPr>
            <w:r>
              <w:rPr>
                <w:b/>
                <w:sz w:val="17"/>
              </w:rPr>
              <w:t>100</w:t>
            </w:r>
          </w:p>
        </w:tc>
      </w:tr>
    </w:tbl>
    <w:p w14:paraId="70466784" w14:textId="77777777" w:rsidR="001830BC" w:rsidRDefault="00000000">
      <w:pPr>
        <w:spacing w:before="80" w:after="120" w:line="252" w:lineRule="auto"/>
      </w:pPr>
      <w:r>
        <w:rPr>
          <w:sz w:val="18"/>
        </w:rPr>
        <w:t>Not: 1-5. sorular açık uçludur. 6. soru eşleştirme, 7. soru boşluk doldurma, 8. soru doğru-yanlış türündedir.</w:t>
      </w:r>
    </w:p>
    <w:p w14:paraId="57FE193B" w14:textId="77777777" w:rsidR="001830BC" w:rsidRDefault="00000000">
      <w:pPr>
        <w:keepNext/>
        <w:spacing w:before="160" w:after="100"/>
      </w:pPr>
      <w:r>
        <w:rPr>
          <w:b/>
          <w:sz w:val="26"/>
        </w:rPr>
        <w:t>SORULAR</w:t>
      </w:r>
    </w:p>
    <w:p w14:paraId="4A1AC406" w14:textId="77777777" w:rsidR="001830BC" w:rsidRDefault="00000000">
      <w:pPr>
        <w:keepNext/>
        <w:spacing w:before="120" w:after="60" w:line="252" w:lineRule="auto"/>
      </w:pPr>
      <w:r>
        <w:rPr>
          <w:b/>
          <w:sz w:val="23"/>
        </w:rPr>
        <w:t>1. Soru (12 Puan)</w:t>
      </w:r>
    </w:p>
    <w:p w14:paraId="7FDF00FA" w14:textId="77777777" w:rsidR="001830BC" w:rsidRDefault="00000000">
      <w:pPr>
        <w:spacing w:after="60" w:line="252" w:lineRule="auto"/>
      </w:pPr>
      <w:r>
        <w:rPr>
          <w:sz w:val="20"/>
        </w:rPr>
        <w:t>Hava direncinin ihmal edildiği bir ortamda bir cisim, yerden 45 m yükseklikten serbest bırakılıyor. Yer çekimi ivmesini g = 10 m/s² alınız.</w:t>
      </w:r>
    </w:p>
    <w:p w14:paraId="29357F1E" w14:textId="77777777" w:rsidR="001830BC" w:rsidRDefault="00000000">
      <w:pPr>
        <w:spacing w:after="20" w:line="252" w:lineRule="auto"/>
      </w:pPr>
      <w:r>
        <w:rPr>
          <w:sz w:val="20"/>
        </w:rPr>
        <w:t>a) Cismin 2 s sonraki hızının büyüklüğünü bulunuz. (4 puan)</w:t>
      </w:r>
    </w:p>
    <w:p w14:paraId="045A64F7" w14:textId="77777777" w:rsidR="001830BC" w:rsidRDefault="00000000">
      <w:pPr>
        <w:spacing w:after="0" w:line="252" w:lineRule="auto"/>
      </w:pPr>
      <w:r>
        <w:rPr>
          <w:sz w:val="17"/>
        </w:rPr>
        <w:t>................................................................................................................................................</w:t>
      </w:r>
    </w:p>
    <w:p w14:paraId="1ADFFAA6" w14:textId="77777777" w:rsidR="001830BC" w:rsidRDefault="00000000">
      <w:pPr>
        <w:spacing w:after="20" w:line="252" w:lineRule="auto"/>
      </w:pPr>
      <w:r>
        <w:rPr>
          <w:sz w:val="20"/>
        </w:rPr>
        <w:t>b) İlk 2 s içinde aldığı düşey yolu bulunuz. (4 puan)</w:t>
      </w:r>
    </w:p>
    <w:p w14:paraId="1D9F7E82" w14:textId="77777777" w:rsidR="001830BC" w:rsidRDefault="00000000">
      <w:pPr>
        <w:spacing w:after="0" w:line="252" w:lineRule="auto"/>
      </w:pPr>
      <w:r>
        <w:rPr>
          <w:sz w:val="17"/>
        </w:rPr>
        <w:t>................................................................................................................................................</w:t>
      </w:r>
    </w:p>
    <w:p w14:paraId="0AC510A7" w14:textId="77777777" w:rsidR="001830BC" w:rsidRDefault="00000000">
      <w:pPr>
        <w:spacing w:after="20" w:line="252" w:lineRule="auto"/>
      </w:pPr>
      <w:r>
        <w:rPr>
          <w:sz w:val="20"/>
        </w:rPr>
        <w:t>c) Cismin yere kaç saniyede ulaştığını ve yere çarpmadan hemen önceki hızının büyüklüğünü bulunuz. (4 puan)</w:t>
      </w:r>
    </w:p>
    <w:p w14:paraId="451C9ED3" w14:textId="77777777" w:rsidR="001830BC" w:rsidRDefault="00000000">
      <w:pPr>
        <w:spacing w:after="0" w:line="252" w:lineRule="auto"/>
      </w:pPr>
      <w:r>
        <w:rPr>
          <w:sz w:val="17"/>
        </w:rPr>
        <w:t>................................................................................................................................................</w:t>
      </w:r>
    </w:p>
    <w:p w14:paraId="7605DB6B" w14:textId="77777777" w:rsidR="001830BC" w:rsidRDefault="00000000">
      <w:pPr>
        <w:keepNext/>
        <w:spacing w:before="120" w:after="60" w:line="252" w:lineRule="auto"/>
      </w:pPr>
      <w:r>
        <w:rPr>
          <w:b/>
          <w:sz w:val="23"/>
        </w:rPr>
        <w:t>2. Soru (12 Puan)</w:t>
      </w:r>
    </w:p>
    <w:p w14:paraId="59BF7EBF" w14:textId="77777777" w:rsidR="001830BC" w:rsidRDefault="00000000">
      <w:pPr>
        <w:spacing w:after="60" w:line="252" w:lineRule="auto"/>
      </w:pPr>
      <w:r>
        <w:rPr>
          <w:sz w:val="20"/>
        </w:rPr>
        <w:t>5 kg kütleli bir sandık yatay bir zeminde sağa doğru 20 N büyüklüğünde yatay kuvvetle çekiliyor. Sandık hareket hâlindedir ve kinetik sürtünme katsayısı 0,20’dir. g = 10 m/s² alınız.</w:t>
      </w:r>
    </w:p>
    <w:p w14:paraId="226E4E5D" w14:textId="77777777" w:rsidR="001830BC" w:rsidRDefault="00000000">
      <w:pPr>
        <w:spacing w:after="20" w:line="252" w:lineRule="auto"/>
      </w:pPr>
      <w:r>
        <w:rPr>
          <w:sz w:val="20"/>
        </w:rPr>
        <w:t>a) Sandığa etki eden kuvvetleri serbest cisim diyagramı üzerinde gösteriniz. (4 puan)</w:t>
      </w:r>
    </w:p>
    <w:p w14:paraId="7CC10B9D" w14:textId="77777777" w:rsidR="001830BC" w:rsidRDefault="00000000">
      <w:pPr>
        <w:spacing w:after="0" w:line="252" w:lineRule="auto"/>
      </w:pPr>
      <w:r>
        <w:rPr>
          <w:sz w:val="17"/>
        </w:rPr>
        <w:t>................................................................................................................................................</w:t>
      </w:r>
    </w:p>
    <w:p w14:paraId="14E79154" w14:textId="77777777" w:rsidR="001830BC" w:rsidRDefault="00000000">
      <w:pPr>
        <w:spacing w:after="20" w:line="252" w:lineRule="auto"/>
      </w:pPr>
      <w:r>
        <w:rPr>
          <w:sz w:val="20"/>
        </w:rPr>
        <w:t>b) Kinetik sürtünme kuvvetinin büyüklüğünü bulunuz. (4 puan)</w:t>
      </w:r>
    </w:p>
    <w:p w14:paraId="12BF10C5" w14:textId="77777777" w:rsidR="001830BC" w:rsidRDefault="00000000">
      <w:pPr>
        <w:spacing w:after="0" w:line="252" w:lineRule="auto"/>
      </w:pPr>
      <w:r>
        <w:rPr>
          <w:sz w:val="17"/>
        </w:rPr>
        <w:t>................................................................................................................................................</w:t>
      </w:r>
    </w:p>
    <w:p w14:paraId="46F31375" w14:textId="77777777" w:rsidR="001830BC" w:rsidRDefault="00000000">
      <w:pPr>
        <w:spacing w:after="20" w:line="252" w:lineRule="auto"/>
      </w:pPr>
      <w:r>
        <w:rPr>
          <w:sz w:val="20"/>
        </w:rPr>
        <w:t>c) Sandığın net kuvvetini ve ivmesini bulunuz. (4 puan)</w:t>
      </w:r>
    </w:p>
    <w:p w14:paraId="763E4AB0" w14:textId="77777777" w:rsidR="001830BC" w:rsidRDefault="00000000">
      <w:pPr>
        <w:spacing w:after="0" w:line="252" w:lineRule="auto"/>
      </w:pPr>
      <w:r>
        <w:rPr>
          <w:sz w:val="17"/>
        </w:rPr>
        <w:t>................................................................................................................................................</w:t>
      </w:r>
    </w:p>
    <w:p w14:paraId="4EC44450" w14:textId="77777777" w:rsidR="001830BC" w:rsidRDefault="00000000">
      <w:pPr>
        <w:keepNext/>
        <w:spacing w:before="120" w:after="60" w:line="252" w:lineRule="auto"/>
      </w:pPr>
      <w:r>
        <w:rPr>
          <w:b/>
          <w:sz w:val="23"/>
        </w:rPr>
        <w:t>3. Soru (12 Puan)</w:t>
      </w:r>
    </w:p>
    <w:p w14:paraId="5A7D8D00" w14:textId="77777777" w:rsidR="001830BC" w:rsidRDefault="00000000">
      <w:pPr>
        <w:spacing w:after="60" w:line="252" w:lineRule="auto"/>
      </w:pPr>
      <w:r>
        <w:rPr>
          <w:sz w:val="20"/>
        </w:rPr>
        <w:t>2 kg kütleli bir cisim, yarıçapı 2 m olan çembersel yörüngede 4 m/s sabit süratle hareket ediyor.</w:t>
      </w:r>
    </w:p>
    <w:p w14:paraId="1D970DF9" w14:textId="77777777" w:rsidR="001830BC" w:rsidRDefault="00000000">
      <w:pPr>
        <w:spacing w:after="20" w:line="252" w:lineRule="auto"/>
      </w:pPr>
      <w:r>
        <w:rPr>
          <w:sz w:val="20"/>
        </w:rPr>
        <w:t>a) Cismin merkezcil ivmesinin büyüklüğünü bulunuz. (4 puan)</w:t>
      </w:r>
    </w:p>
    <w:p w14:paraId="46FFBC2F" w14:textId="77777777" w:rsidR="001830BC" w:rsidRDefault="00000000">
      <w:pPr>
        <w:spacing w:after="0" w:line="252" w:lineRule="auto"/>
      </w:pPr>
      <w:r>
        <w:rPr>
          <w:sz w:val="17"/>
        </w:rPr>
        <w:t>................................................................................................................................................</w:t>
      </w:r>
    </w:p>
    <w:p w14:paraId="5BE32FCA" w14:textId="77777777" w:rsidR="001830BC" w:rsidRDefault="00000000">
      <w:pPr>
        <w:spacing w:after="20" w:line="252" w:lineRule="auto"/>
      </w:pPr>
      <w:r>
        <w:rPr>
          <w:sz w:val="20"/>
        </w:rPr>
        <w:t>b) Cisme etki eden merkezcil kuvvetin büyüklüğünü bulunuz. (4 puan)</w:t>
      </w:r>
    </w:p>
    <w:p w14:paraId="35AD349F" w14:textId="77777777" w:rsidR="001830BC" w:rsidRDefault="00000000">
      <w:pPr>
        <w:spacing w:after="0" w:line="252" w:lineRule="auto"/>
      </w:pPr>
      <w:r>
        <w:rPr>
          <w:sz w:val="17"/>
        </w:rPr>
        <w:t>................................................................................................................................................</w:t>
      </w:r>
    </w:p>
    <w:p w14:paraId="50C8823D" w14:textId="77777777" w:rsidR="001830BC" w:rsidRDefault="00000000">
      <w:pPr>
        <w:spacing w:after="20" w:line="252" w:lineRule="auto"/>
      </w:pPr>
      <w:r>
        <w:rPr>
          <w:sz w:val="20"/>
        </w:rPr>
        <w:t>c) Cismin herhangi bir noktadaki çizgisel hız vektörünün ve merkezcil ivme vektörünün yönlerini açıklayınız. (4 puan)</w:t>
      </w:r>
    </w:p>
    <w:p w14:paraId="37394D21" w14:textId="77777777" w:rsidR="001830BC" w:rsidRDefault="00000000">
      <w:pPr>
        <w:spacing w:after="0" w:line="252" w:lineRule="auto"/>
      </w:pPr>
      <w:r>
        <w:rPr>
          <w:sz w:val="17"/>
        </w:rPr>
        <w:lastRenderedPageBreak/>
        <w:t>................................................................................................................................................</w:t>
      </w:r>
    </w:p>
    <w:p w14:paraId="2C50C534" w14:textId="77777777" w:rsidR="001830BC" w:rsidRDefault="00000000">
      <w:pPr>
        <w:keepNext/>
        <w:spacing w:before="120" w:after="60" w:line="252" w:lineRule="auto"/>
      </w:pPr>
      <w:r>
        <w:rPr>
          <w:b/>
          <w:sz w:val="23"/>
        </w:rPr>
        <w:t>4. Soru (12 Puan)</w:t>
      </w:r>
    </w:p>
    <w:p w14:paraId="31AA2A0B" w14:textId="77777777" w:rsidR="001830BC" w:rsidRDefault="00000000">
      <w:pPr>
        <w:spacing w:after="60" w:line="252" w:lineRule="auto"/>
      </w:pPr>
      <w:r>
        <w:rPr>
          <w:sz w:val="20"/>
        </w:rPr>
        <w:t>Bir top, yerden 20 m yükseklikteki yatay bir platformun kenarından 10 m/s büyüklüğünde yatay hızla ayrılıyor. Top yalnızca yer çekimi etkisinde iki boyutta sabit ivmeli hareket yapıyor. Hava direncini ihmal ediniz ve g = 10 m/s² alınız.</w:t>
      </w:r>
    </w:p>
    <w:p w14:paraId="681BACC7" w14:textId="77777777" w:rsidR="001830BC" w:rsidRDefault="00000000">
      <w:pPr>
        <w:spacing w:after="20" w:line="252" w:lineRule="auto"/>
      </w:pPr>
      <w:r>
        <w:rPr>
          <w:sz w:val="20"/>
        </w:rPr>
        <w:t>a) Topun yere ulaşma süresini bulunuz. (4 puan)</w:t>
      </w:r>
    </w:p>
    <w:p w14:paraId="08C044C2" w14:textId="77777777" w:rsidR="001830BC" w:rsidRDefault="00000000">
      <w:pPr>
        <w:spacing w:after="0" w:line="252" w:lineRule="auto"/>
      </w:pPr>
      <w:r>
        <w:rPr>
          <w:sz w:val="17"/>
        </w:rPr>
        <w:t>................................................................................................................................................</w:t>
      </w:r>
    </w:p>
    <w:p w14:paraId="531A809F" w14:textId="77777777" w:rsidR="001830BC" w:rsidRDefault="00000000">
      <w:pPr>
        <w:spacing w:after="20" w:line="252" w:lineRule="auto"/>
      </w:pPr>
      <w:r>
        <w:rPr>
          <w:sz w:val="20"/>
        </w:rPr>
        <w:t>b) Bu sürede yatay doğrultuda aldığı yolu bulunuz. (4 puan)</w:t>
      </w:r>
    </w:p>
    <w:p w14:paraId="3AC52BCE" w14:textId="77777777" w:rsidR="001830BC" w:rsidRDefault="00000000">
      <w:pPr>
        <w:spacing w:after="0" w:line="252" w:lineRule="auto"/>
      </w:pPr>
      <w:r>
        <w:rPr>
          <w:sz w:val="17"/>
        </w:rPr>
        <w:t>................................................................................................................................................</w:t>
      </w:r>
    </w:p>
    <w:p w14:paraId="392E41B9" w14:textId="77777777" w:rsidR="001830BC" w:rsidRDefault="00000000">
      <w:pPr>
        <w:spacing w:after="20" w:line="252" w:lineRule="auto"/>
      </w:pPr>
      <w:r>
        <w:rPr>
          <w:sz w:val="20"/>
        </w:rPr>
        <w:t>c) Top yere ulaşmadan hemen önce yatay ve düşey hız bileşenlerinin büyüklüklerini bulunuz. (4 puan)</w:t>
      </w:r>
    </w:p>
    <w:p w14:paraId="3E9C1F6A" w14:textId="77777777" w:rsidR="001830BC" w:rsidRDefault="00000000">
      <w:pPr>
        <w:spacing w:after="0" w:line="252" w:lineRule="auto"/>
      </w:pPr>
      <w:r>
        <w:rPr>
          <w:sz w:val="17"/>
        </w:rPr>
        <w:t>................................................................................................................................................</w:t>
      </w:r>
    </w:p>
    <w:p w14:paraId="066DEABF" w14:textId="77777777" w:rsidR="001830BC" w:rsidRDefault="00000000">
      <w:pPr>
        <w:keepNext/>
        <w:spacing w:before="120" w:after="60" w:line="252" w:lineRule="auto"/>
      </w:pPr>
      <w:r>
        <w:rPr>
          <w:b/>
          <w:sz w:val="23"/>
        </w:rPr>
        <w:t>5. Soru (12 Puan)</w:t>
      </w:r>
    </w:p>
    <w:p w14:paraId="41D34E92" w14:textId="45E5782E" w:rsidR="001830BC" w:rsidRDefault="00000000">
      <w:pPr>
        <w:spacing w:after="60" w:line="252" w:lineRule="auto"/>
      </w:pPr>
      <w:r>
        <w:t xml:space="preserve">Aşağıdaki şekilde K, L ve M saydam ortamlarında ilerleyen tek renkli bir ışının izlediği yol gösterilmiştir. </w:t>
      </w:r>
      <w:proofErr w:type="spellStart"/>
      <w:r>
        <w:t>Yüzeyler</w:t>
      </w:r>
      <w:proofErr w:type="spellEnd"/>
      <w:r>
        <w:t xml:space="preserve"> </w:t>
      </w:r>
      <w:proofErr w:type="spellStart"/>
      <w:r>
        <w:t>birbirine</w:t>
      </w:r>
      <w:proofErr w:type="spellEnd"/>
      <w:r>
        <w:t xml:space="preserve"> </w:t>
      </w:r>
      <w:proofErr w:type="spellStart"/>
      <w:r>
        <w:t>paraleldir</w:t>
      </w:r>
      <w:proofErr w:type="spellEnd"/>
      <w:r>
        <w:t>.</w:t>
      </w:r>
      <w:r w:rsidR="00AB15CD">
        <w:t xml:space="preserve"> </w:t>
      </w:r>
    </w:p>
    <w:p w14:paraId="5001F5EB" w14:textId="695B4627" w:rsidR="00991C2D" w:rsidRDefault="00AB15CD" w:rsidP="00AB15CD">
      <w:pPr>
        <w:jc w:val="center"/>
      </w:pPr>
      <w:r w:rsidRPr="00AB15CD">
        <w:drawing>
          <wp:inline distT="0" distB="0" distL="0" distR="0" wp14:anchorId="35529077" wp14:editId="12412CAB">
            <wp:extent cx="3826933" cy="2010217"/>
            <wp:effectExtent l="0" t="0" r="0" b="0"/>
            <wp:docPr id="111350575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505755" name=""/>
                    <pic:cNvPicPr/>
                  </pic:nvPicPr>
                  <pic:blipFill>
                    <a:blip r:embed="rId8"/>
                    <a:stretch>
                      <a:fillRect/>
                    </a:stretch>
                  </pic:blipFill>
                  <pic:spPr>
                    <a:xfrm>
                      <a:off x="0" y="0"/>
                      <a:ext cx="3871060" cy="2033396"/>
                    </a:xfrm>
                    <a:prstGeom prst="rect">
                      <a:avLst/>
                    </a:prstGeom>
                  </pic:spPr>
                </pic:pic>
              </a:graphicData>
            </a:graphic>
          </wp:inline>
        </w:drawing>
      </w:r>
    </w:p>
    <w:p w14:paraId="7D319893" w14:textId="77777777" w:rsidR="001830BC" w:rsidRDefault="00000000">
      <w:pPr>
        <w:spacing w:after="20" w:line="252" w:lineRule="auto"/>
      </w:pPr>
      <w:r>
        <w:t>a) K, L ve M ortamlarının kırıcılık indislerini büyükten küçüğe sıralayınız. Gerekçenizi kısaca yazınız. (4 puan)</w:t>
      </w:r>
    </w:p>
    <w:p w14:paraId="72B73AE2" w14:textId="77777777" w:rsidR="001830BC" w:rsidRDefault="00000000">
      <w:pPr>
        <w:spacing w:after="0" w:line="252" w:lineRule="auto"/>
      </w:pPr>
      <w:r>
        <w:rPr>
          <w:sz w:val="17"/>
        </w:rPr>
        <w:t>................................................................................................................................................</w:t>
      </w:r>
    </w:p>
    <w:p w14:paraId="7A5AD720" w14:textId="77777777" w:rsidR="001830BC" w:rsidRDefault="00000000">
      <w:pPr>
        <w:spacing w:after="20" w:line="252" w:lineRule="auto"/>
      </w:pPr>
      <w:r>
        <w:t>b) Işık K ortamından L ortamına geçerken; ardından L ortamından M ortamına geçerken sürati nasıl değişir? Açıklayınız. (4 puan)</w:t>
      </w:r>
    </w:p>
    <w:p w14:paraId="09FBDD8A" w14:textId="77777777" w:rsidR="001830BC" w:rsidRDefault="00000000">
      <w:pPr>
        <w:spacing w:after="0" w:line="252" w:lineRule="auto"/>
      </w:pPr>
      <w:r>
        <w:t>................................................................................................................................................</w:t>
      </w:r>
    </w:p>
    <w:p w14:paraId="1E6EB4CD" w14:textId="77777777" w:rsidR="001830BC" w:rsidRDefault="00000000">
      <w:pPr>
        <w:spacing w:after="20" w:line="252" w:lineRule="auto"/>
      </w:pPr>
      <w:r>
        <w:t>c) Işık L ortamından M ortamına gönderildiğinde gelme açısı yeterince büyütülürse hangi olay gözlenebilir? Gerçekleşme koşulunu yazınız. (4 puan)</w:t>
      </w:r>
    </w:p>
    <w:p w14:paraId="181AE2C2" w14:textId="77777777" w:rsidR="001830BC" w:rsidRDefault="00000000">
      <w:pPr>
        <w:spacing w:after="0" w:line="252" w:lineRule="auto"/>
      </w:pPr>
      <w:r>
        <w:t>................................................................................................................................................</w:t>
      </w:r>
    </w:p>
    <w:p w14:paraId="5A79EE7D" w14:textId="77777777" w:rsidR="001830BC" w:rsidRDefault="00000000">
      <w:pPr>
        <w:keepNext/>
        <w:spacing w:before="160" w:after="100"/>
      </w:pPr>
      <w:r>
        <w:rPr>
          <w:b/>
          <w:sz w:val="23"/>
        </w:rPr>
        <w:t>6. Soru - Eşleştirme (10 Puan)</w:t>
      </w:r>
    </w:p>
    <w:p w14:paraId="12BF0C3A" w14:textId="77777777" w:rsidR="001830BC" w:rsidRDefault="00000000">
      <w:pPr>
        <w:spacing w:after="80" w:line="252" w:lineRule="auto"/>
      </w:pPr>
      <w:r>
        <w:rPr>
          <w:sz w:val="20"/>
        </w:rPr>
        <w:t>Aşağıdaki kavramları uygun açıklamalarla eşleştiriniz. Her kavram bir kez kullanılacaktır. (Her doğru eşleştirme 1 puan)</w:t>
      </w:r>
    </w:p>
    <w:tbl>
      <w:tblPr>
        <w:tblStyle w:val="TabloKlavuzu"/>
        <w:tblW w:w="0" w:type="auto"/>
        <w:jc w:val="center"/>
        <w:tblLook w:val="04A0" w:firstRow="1" w:lastRow="0" w:firstColumn="1" w:lastColumn="0" w:noHBand="0" w:noVBand="1"/>
      </w:tblPr>
      <w:tblGrid>
        <w:gridCol w:w="2620"/>
        <w:gridCol w:w="2620"/>
        <w:gridCol w:w="2620"/>
        <w:gridCol w:w="2620"/>
      </w:tblGrid>
      <w:tr w:rsidR="001830BC" w14:paraId="172DC50B" w14:textId="77777777">
        <w:trPr>
          <w:jc w:val="center"/>
        </w:trPr>
        <w:tc>
          <w:tcPr>
            <w:tcW w:w="2620" w:type="dxa"/>
            <w:tcMar>
              <w:top w:w="55" w:type="dxa"/>
              <w:left w:w="60" w:type="dxa"/>
              <w:bottom w:w="55" w:type="dxa"/>
              <w:right w:w="60" w:type="dxa"/>
            </w:tcMar>
            <w:vAlign w:val="center"/>
          </w:tcPr>
          <w:p w14:paraId="4644C63E" w14:textId="77777777" w:rsidR="001830BC" w:rsidRDefault="00000000">
            <w:r>
              <w:rPr>
                <w:sz w:val="18"/>
              </w:rPr>
              <w:t>A</w:t>
            </w:r>
          </w:p>
        </w:tc>
        <w:tc>
          <w:tcPr>
            <w:tcW w:w="2620" w:type="dxa"/>
            <w:tcMar>
              <w:top w:w="55" w:type="dxa"/>
              <w:left w:w="60" w:type="dxa"/>
              <w:bottom w:w="55" w:type="dxa"/>
              <w:right w:w="60" w:type="dxa"/>
            </w:tcMar>
            <w:vAlign w:val="center"/>
          </w:tcPr>
          <w:p w14:paraId="577602B4" w14:textId="77777777" w:rsidR="001830BC" w:rsidRDefault="00000000">
            <w:r>
              <w:rPr>
                <w:sz w:val="18"/>
              </w:rPr>
              <w:t>Limit hız</w:t>
            </w:r>
          </w:p>
        </w:tc>
        <w:tc>
          <w:tcPr>
            <w:tcW w:w="2620" w:type="dxa"/>
            <w:tcMar>
              <w:top w:w="55" w:type="dxa"/>
              <w:left w:w="60" w:type="dxa"/>
              <w:bottom w:w="55" w:type="dxa"/>
              <w:right w:w="60" w:type="dxa"/>
            </w:tcMar>
            <w:vAlign w:val="center"/>
          </w:tcPr>
          <w:p w14:paraId="6552867C" w14:textId="77777777" w:rsidR="001830BC" w:rsidRDefault="00000000">
            <w:r>
              <w:rPr>
                <w:sz w:val="18"/>
              </w:rPr>
              <w:t>F</w:t>
            </w:r>
          </w:p>
        </w:tc>
        <w:tc>
          <w:tcPr>
            <w:tcW w:w="2620" w:type="dxa"/>
            <w:tcMar>
              <w:top w:w="55" w:type="dxa"/>
              <w:left w:w="60" w:type="dxa"/>
              <w:bottom w:w="55" w:type="dxa"/>
              <w:right w:w="60" w:type="dxa"/>
            </w:tcMar>
            <w:vAlign w:val="center"/>
          </w:tcPr>
          <w:p w14:paraId="29FE2DBF" w14:textId="77777777" w:rsidR="001830BC" w:rsidRDefault="00000000">
            <w:r>
              <w:rPr>
                <w:sz w:val="18"/>
              </w:rPr>
              <w:t>Düzlem ayna</w:t>
            </w:r>
          </w:p>
        </w:tc>
      </w:tr>
      <w:tr w:rsidR="001830BC" w14:paraId="50482D2A" w14:textId="77777777">
        <w:trPr>
          <w:jc w:val="center"/>
        </w:trPr>
        <w:tc>
          <w:tcPr>
            <w:tcW w:w="2620" w:type="dxa"/>
            <w:tcMar>
              <w:top w:w="55" w:type="dxa"/>
              <w:left w:w="60" w:type="dxa"/>
              <w:bottom w:w="55" w:type="dxa"/>
              <w:right w:w="60" w:type="dxa"/>
            </w:tcMar>
            <w:vAlign w:val="center"/>
          </w:tcPr>
          <w:p w14:paraId="51ECE381" w14:textId="77777777" w:rsidR="001830BC" w:rsidRDefault="00000000">
            <w:r>
              <w:rPr>
                <w:sz w:val="18"/>
              </w:rPr>
              <w:t>B</w:t>
            </w:r>
          </w:p>
        </w:tc>
        <w:tc>
          <w:tcPr>
            <w:tcW w:w="2620" w:type="dxa"/>
            <w:tcMar>
              <w:top w:w="55" w:type="dxa"/>
              <w:left w:w="60" w:type="dxa"/>
              <w:bottom w:w="55" w:type="dxa"/>
              <w:right w:w="60" w:type="dxa"/>
            </w:tcMar>
            <w:vAlign w:val="center"/>
          </w:tcPr>
          <w:p w14:paraId="07E0A1A9" w14:textId="77777777" w:rsidR="001830BC" w:rsidRDefault="00000000">
            <w:r>
              <w:rPr>
                <w:sz w:val="18"/>
              </w:rPr>
              <w:t>Faraday kafesi</w:t>
            </w:r>
          </w:p>
        </w:tc>
        <w:tc>
          <w:tcPr>
            <w:tcW w:w="2620" w:type="dxa"/>
            <w:tcMar>
              <w:top w:w="55" w:type="dxa"/>
              <w:left w:w="60" w:type="dxa"/>
              <w:bottom w:w="55" w:type="dxa"/>
              <w:right w:w="60" w:type="dxa"/>
            </w:tcMar>
            <w:vAlign w:val="center"/>
          </w:tcPr>
          <w:p w14:paraId="4FA6830C" w14:textId="77777777" w:rsidR="001830BC" w:rsidRDefault="00000000">
            <w:r>
              <w:rPr>
                <w:sz w:val="18"/>
              </w:rPr>
              <w:t>G</w:t>
            </w:r>
          </w:p>
        </w:tc>
        <w:tc>
          <w:tcPr>
            <w:tcW w:w="2620" w:type="dxa"/>
            <w:tcMar>
              <w:top w:w="55" w:type="dxa"/>
              <w:left w:w="60" w:type="dxa"/>
              <w:bottom w:w="55" w:type="dxa"/>
              <w:right w:w="60" w:type="dxa"/>
            </w:tcMar>
            <w:vAlign w:val="center"/>
          </w:tcPr>
          <w:p w14:paraId="41FE351B" w14:textId="77777777" w:rsidR="001830BC" w:rsidRDefault="00000000">
            <w:r>
              <w:rPr>
                <w:sz w:val="18"/>
              </w:rPr>
              <w:t>Çukur ayna</w:t>
            </w:r>
          </w:p>
        </w:tc>
      </w:tr>
      <w:tr w:rsidR="001830BC" w14:paraId="321E618C" w14:textId="77777777">
        <w:trPr>
          <w:jc w:val="center"/>
        </w:trPr>
        <w:tc>
          <w:tcPr>
            <w:tcW w:w="2620" w:type="dxa"/>
            <w:tcMar>
              <w:top w:w="55" w:type="dxa"/>
              <w:left w:w="60" w:type="dxa"/>
              <w:bottom w:w="55" w:type="dxa"/>
              <w:right w:w="60" w:type="dxa"/>
            </w:tcMar>
            <w:vAlign w:val="center"/>
          </w:tcPr>
          <w:p w14:paraId="7BF994B9" w14:textId="77777777" w:rsidR="001830BC" w:rsidRDefault="00000000">
            <w:r>
              <w:rPr>
                <w:sz w:val="18"/>
              </w:rPr>
              <w:t>C</w:t>
            </w:r>
          </w:p>
        </w:tc>
        <w:tc>
          <w:tcPr>
            <w:tcW w:w="2620" w:type="dxa"/>
            <w:tcMar>
              <w:top w:w="55" w:type="dxa"/>
              <w:left w:w="60" w:type="dxa"/>
              <w:bottom w:w="55" w:type="dxa"/>
              <w:right w:w="60" w:type="dxa"/>
            </w:tcMar>
            <w:vAlign w:val="center"/>
          </w:tcPr>
          <w:p w14:paraId="30CB6FB3" w14:textId="77777777" w:rsidR="001830BC" w:rsidRDefault="00000000">
            <w:r>
              <w:rPr>
                <w:sz w:val="18"/>
              </w:rPr>
              <w:t>Elektromıknatıs</w:t>
            </w:r>
          </w:p>
        </w:tc>
        <w:tc>
          <w:tcPr>
            <w:tcW w:w="2620" w:type="dxa"/>
            <w:tcMar>
              <w:top w:w="55" w:type="dxa"/>
              <w:left w:w="60" w:type="dxa"/>
              <w:bottom w:w="55" w:type="dxa"/>
              <w:right w:w="60" w:type="dxa"/>
            </w:tcMar>
            <w:vAlign w:val="center"/>
          </w:tcPr>
          <w:p w14:paraId="0788EE7D" w14:textId="77777777" w:rsidR="001830BC" w:rsidRDefault="00000000">
            <w:r>
              <w:rPr>
                <w:sz w:val="18"/>
              </w:rPr>
              <w:t>H</w:t>
            </w:r>
          </w:p>
        </w:tc>
        <w:tc>
          <w:tcPr>
            <w:tcW w:w="2620" w:type="dxa"/>
            <w:tcMar>
              <w:top w:w="55" w:type="dxa"/>
              <w:left w:w="60" w:type="dxa"/>
              <w:bottom w:w="55" w:type="dxa"/>
              <w:right w:w="60" w:type="dxa"/>
            </w:tcMar>
            <w:vAlign w:val="center"/>
          </w:tcPr>
          <w:p w14:paraId="2B31D753" w14:textId="77777777" w:rsidR="001830BC" w:rsidRDefault="00000000">
            <w:r>
              <w:rPr>
                <w:sz w:val="18"/>
              </w:rPr>
              <w:t>Tümsek ayna</w:t>
            </w:r>
          </w:p>
        </w:tc>
      </w:tr>
      <w:tr w:rsidR="001830BC" w14:paraId="35EDF675" w14:textId="77777777">
        <w:trPr>
          <w:jc w:val="center"/>
        </w:trPr>
        <w:tc>
          <w:tcPr>
            <w:tcW w:w="2620" w:type="dxa"/>
            <w:tcMar>
              <w:top w:w="55" w:type="dxa"/>
              <w:left w:w="60" w:type="dxa"/>
              <w:bottom w:w="55" w:type="dxa"/>
              <w:right w:w="60" w:type="dxa"/>
            </w:tcMar>
            <w:vAlign w:val="center"/>
          </w:tcPr>
          <w:p w14:paraId="5290FBE5" w14:textId="77777777" w:rsidR="001830BC" w:rsidRDefault="00000000">
            <w:r>
              <w:rPr>
                <w:sz w:val="18"/>
              </w:rPr>
              <w:t>D</w:t>
            </w:r>
          </w:p>
        </w:tc>
        <w:tc>
          <w:tcPr>
            <w:tcW w:w="2620" w:type="dxa"/>
            <w:tcMar>
              <w:top w:w="55" w:type="dxa"/>
              <w:left w:w="60" w:type="dxa"/>
              <w:bottom w:w="55" w:type="dxa"/>
              <w:right w:w="60" w:type="dxa"/>
            </w:tcMar>
            <w:vAlign w:val="center"/>
          </w:tcPr>
          <w:p w14:paraId="1F1C5756" w14:textId="77777777" w:rsidR="001830BC" w:rsidRDefault="00000000">
            <w:r>
              <w:rPr>
                <w:sz w:val="18"/>
              </w:rPr>
              <w:t>Elektrik motoru</w:t>
            </w:r>
          </w:p>
        </w:tc>
        <w:tc>
          <w:tcPr>
            <w:tcW w:w="2620" w:type="dxa"/>
            <w:tcMar>
              <w:top w:w="55" w:type="dxa"/>
              <w:left w:w="60" w:type="dxa"/>
              <w:bottom w:w="55" w:type="dxa"/>
              <w:right w:w="60" w:type="dxa"/>
            </w:tcMar>
            <w:vAlign w:val="center"/>
          </w:tcPr>
          <w:p w14:paraId="1D4F3B3C" w14:textId="77777777" w:rsidR="001830BC" w:rsidRDefault="00000000">
            <w:r>
              <w:rPr>
                <w:sz w:val="18"/>
              </w:rPr>
              <w:t>I</w:t>
            </w:r>
          </w:p>
        </w:tc>
        <w:tc>
          <w:tcPr>
            <w:tcW w:w="2620" w:type="dxa"/>
            <w:tcMar>
              <w:top w:w="55" w:type="dxa"/>
              <w:left w:w="60" w:type="dxa"/>
              <w:bottom w:w="55" w:type="dxa"/>
              <w:right w:w="60" w:type="dxa"/>
            </w:tcMar>
            <w:vAlign w:val="center"/>
          </w:tcPr>
          <w:p w14:paraId="03A04118" w14:textId="77777777" w:rsidR="001830BC" w:rsidRDefault="00000000">
            <w:r>
              <w:rPr>
                <w:sz w:val="18"/>
              </w:rPr>
              <w:t>Yakınsak mercek</w:t>
            </w:r>
          </w:p>
        </w:tc>
      </w:tr>
      <w:tr w:rsidR="001830BC" w14:paraId="428DD2BC" w14:textId="77777777">
        <w:trPr>
          <w:jc w:val="center"/>
        </w:trPr>
        <w:tc>
          <w:tcPr>
            <w:tcW w:w="2620" w:type="dxa"/>
            <w:tcMar>
              <w:top w:w="55" w:type="dxa"/>
              <w:left w:w="60" w:type="dxa"/>
              <w:bottom w:w="55" w:type="dxa"/>
              <w:right w:w="60" w:type="dxa"/>
            </w:tcMar>
            <w:vAlign w:val="center"/>
          </w:tcPr>
          <w:p w14:paraId="0514BDF3" w14:textId="77777777" w:rsidR="001830BC" w:rsidRDefault="00000000">
            <w:r>
              <w:rPr>
                <w:sz w:val="18"/>
              </w:rPr>
              <w:t>E</w:t>
            </w:r>
          </w:p>
        </w:tc>
        <w:tc>
          <w:tcPr>
            <w:tcW w:w="2620" w:type="dxa"/>
            <w:tcMar>
              <w:top w:w="55" w:type="dxa"/>
              <w:left w:w="60" w:type="dxa"/>
              <w:bottom w:w="55" w:type="dxa"/>
              <w:right w:w="60" w:type="dxa"/>
            </w:tcMar>
            <w:vAlign w:val="center"/>
          </w:tcPr>
          <w:p w14:paraId="07C7C5C8" w14:textId="77777777" w:rsidR="001830BC" w:rsidRDefault="00000000">
            <w:r>
              <w:rPr>
                <w:sz w:val="18"/>
              </w:rPr>
              <w:t>Jeneratör</w:t>
            </w:r>
          </w:p>
        </w:tc>
        <w:tc>
          <w:tcPr>
            <w:tcW w:w="2620" w:type="dxa"/>
            <w:tcMar>
              <w:top w:w="55" w:type="dxa"/>
              <w:left w:w="60" w:type="dxa"/>
              <w:bottom w:w="55" w:type="dxa"/>
              <w:right w:w="60" w:type="dxa"/>
            </w:tcMar>
            <w:vAlign w:val="center"/>
          </w:tcPr>
          <w:p w14:paraId="15FB4D78" w14:textId="77777777" w:rsidR="001830BC" w:rsidRDefault="00000000">
            <w:r>
              <w:rPr>
                <w:sz w:val="18"/>
              </w:rPr>
              <w:t>J</w:t>
            </w:r>
          </w:p>
        </w:tc>
        <w:tc>
          <w:tcPr>
            <w:tcW w:w="2620" w:type="dxa"/>
            <w:tcMar>
              <w:top w:w="55" w:type="dxa"/>
              <w:left w:w="60" w:type="dxa"/>
              <w:bottom w:w="55" w:type="dxa"/>
              <w:right w:w="60" w:type="dxa"/>
            </w:tcMar>
            <w:vAlign w:val="center"/>
          </w:tcPr>
          <w:p w14:paraId="64D7B6D4" w14:textId="77777777" w:rsidR="001830BC" w:rsidRDefault="00000000">
            <w:r>
              <w:rPr>
                <w:sz w:val="18"/>
              </w:rPr>
              <w:t>Iraksak mercek</w:t>
            </w:r>
          </w:p>
        </w:tc>
      </w:tr>
    </w:tbl>
    <w:p w14:paraId="55DA4977" w14:textId="77777777" w:rsidR="001830BC" w:rsidRDefault="00000000">
      <w:pPr>
        <w:spacing w:after="20" w:line="252" w:lineRule="auto"/>
      </w:pPr>
      <w:r>
        <w:rPr>
          <w:sz w:val="18"/>
        </w:rPr>
        <w:t>1. Hava direnci arttıkça net kuvvetin sıfır olduğu durumda ulaşılan sabit hız.</w:t>
      </w:r>
    </w:p>
    <w:p w14:paraId="32414BE6" w14:textId="77777777" w:rsidR="001830BC" w:rsidRDefault="00000000">
      <w:pPr>
        <w:spacing w:after="20" w:line="252" w:lineRule="auto"/>
      </w:pPr>
      <w:r>
        <w:rPr>
          <w:sz w:val="18"/>
        </w:rPr>
        <w:t>2. İletken bir dış yüzey kullanılarak iç bölgenin elektriksel etkilerden korunmasını sağlayan yapı.</w:t>
      </w:r>
    </w:p>
    <w:p w14:paraId="0E097F17" w14:textId="77777777" w:rsidR="001830BC" w:rsidRDefault="00000000">
      <w:pPr>
        <w:spacing w:after="20" w:line="252" w:lineRule="auto"/>
      </w:pPr>
      <w:r>
        <w:rPr>
          <w:sz w:val="18"/>
        </w:rPr>
        <w:t>3. Elektrik akımı geçtiğinde manyetik özellik kazanan düzenek.</w:t>
      </w:r>
    </w:p>
    <w:p w14:paraId="1D5D423D" w14:textId="77777777" w:rsidR="001830BC" w:rsidRDefault="00000000">
      <w:pPr>
        <w:spacing w:after="20" w:line="252" w:lineRule="auto"/>
      </w:pPr>
      <w:r>
        <w:rPr>
          <w:sz w:val="18"/>
        </w:rPr>
        <w:t>4. Elektrik enerjisini mekanik enerjiye dönüştüren araç.</w:t>
      </w:r>
    </w:p>
    <w:p w14:paraId="1DC2F06F" w14:textId="77777777" w:rsidR="001830BC" w:rsidRDefault="00000000">
      <w:pPr>
        <w:spacing w:after="20" w:line="252" w:lineRule="auto"/>
      </w:pPr>
      <w:r>
        <w:rPr>
          <w:sz w:val="18"/>
        </w:rPr>
        <w:t>5. Mekanik enerjiyi elektrik enerjisine dönüştüren araç.</w:t>
      </w:r>
    </w:p>
    <w:p w14:paraId="5A8E96BC" w14:textId="77777777" w:rsidR="001830BC" w:rsidRDefault="00000000">
      <w:pPr>
        <w:spacing w:after="20" w:line="252" w:lineRule="auto"/>
      </w:pPr>
      <w:r>
        <w:rPr>
          <w:sz w:val="18"/>
        </w:rPr>
        <w:t>6. Cisim ile aynı boyda, düz ve sanal görüntü oluşturan ayna.</w:t>
      </w:r>
    </w:p>
    <w:p w14:paraId="2B397DEB" w14:textId="77777777" w:rsidR="001830BC" w:rsidRDefault="00000000">
      <w:pPr>
        <w:spacing w:after="20" w:line="252" w:lineRule="auto"/>
      </w:pPr>
      <w:r>
        <w:rPr>
          <w:sz w:val="18"/>
        </w:rPr>
        <w:t>7. Paralel ışınları odaklayabilen küresel ayna.</w:t>
      </w:r>
    </w:p>
    <w:p w14:paraId="57A06F1F" w14:textId="77777777" w:rsidR="001830BC" w:rsidRDefault="00000000">
      <w:pPr>
        <w:spacing w:after="20" w:line="252" w:lineRule="auto"/>
      </w:pPr>
      <w:r>
        <w:rPr>
          <w:sz w:val="18"/>
        </w:rPr>
        <w:t>8. Görüş alanını genişletmek amacıyla araçların yan aynalarında kullanılan ayna.</w:t>
      </w:r>
    </w:p>
    <w:p w14:paraId="40D3CE6E" w14:textId="77777777" w:rsidR="001830BC" w:rsidRDefault="00000000">
      <w:pPr>
        <w:spacing w:after="20" w:line="252" w:lineRule="auto"/>
      </w:pPr>
      <w:r>
        <w:rPr>
          <w:sz w:val="18"/>
        </w:rPr>
        <w:t>9. Paralel ışınları bir noktada toplayabilen mercek.</w:t>
      </w:r>
    </w:p>
    <w:p w14:paraId="18A32775" w14:textId="77777777" w:rsidR="001830BC" w:rsidRDefault="00000000">
      <w:pPr>
        <w:spacing w:after="20" w:line="252" w:lineRule="auto"/>
      </w:pPr>
      <w:r>
        <w:rPr>
          <w:sz w:val="18"/>
        </w:rPr>
        <w:t>10. Paralel ışınları dağıtan mercek.</w:t>
      </w:r>
    </w:p>
    <w:p w14:paraId="462D70A5" w14:textId="77777777" w:rsidR="001830BC" w:rsidRDefault="00000000">
      <w:pPr>
        <w:spacing w:before="60" w:after="80" w:line="252" w:lineRule="auto"/>
      </w:pPr>
      <w:r>
        <w:rPr>
          <w:b/>
          <w:sz w:val="19"/>
        </w:rPr>
        <w:lastRenderedPageBreak/>
        <w:t>Cevaplar: 1-___  2-___  3-___  4-___  5-___  6-___  7-___  8-___  9-___  10-___</w:t>
      </w:r>
    </w:p>
    <w:p w14:paraId="58474C2C" w14:textId="77777777" w:rsidR="001830BC" w:rsidRDefault="00000000">
      <w:pPr>
        <w:keepNext/>
        <w:spacing w:before="160" w:after="100"/>
      </w:pPr>
      <w:r>
        <w:rPr>
          <w:b/>
          <w:sz w:val="23"/>
        </w:rPr>
        <w:t>7. Soru - Boşluk Doldurma (15 Puan)</w:t>
      </w:r>
    </w:p>
    <w:p w14:paraId="424212D8" w14:textId="77777777" w:rsidR="001830BC" w:rsidRDefault="00000000">
      <w:pPr>
        <w:spacing w:after="80" w:line="252" w:lineRule="auto"/>
      </w:pPr>
      <w:r>
        <w:rPr>
          <w:sz w:val="20"/>
        </w:rPr>
        <w:t>Aşağıdaki cümleleri uygun fizik kavramlarıyla tamamlayınız. (Her boşluk 1 puan)</w:t>
      </w:r>
    </w:p>
    <w:p w14:paraId="7BD9C0A8" w14:textId="77777777" w:rsidR="001830BC" w:rsidRDefault="00000000">
      <w:pPr>
        <w:spacing w:after="40" w:line="252" w:lineRule="auto"/>
      </w:pPr>
      <w:r>
        <w:rPr>
          <w:sz w:val="19"/>
        </w:rPr>
        <w:t>1. İki noktasal yük arasındaki elektriksel kuvveti açıklayan yasa __________ Yasasıdır.</w:t>
      </w:r>
    </w:p>
    <w:p w14:paraId="6BC0E537" w14:textId="77777777" w:rsidR="001830BC" w:rsidRDefault="00000000">
      <w:pPr>
        <w:spacing w:after="40" w:line="252" w:lineRule="auto"/>
      </w:pPr>
      <w:r>
        <w:rPr>
          <w:sz w:val="19"/>
        </w:rPr>
        <w:t>2. Birim pozitif deneme yüküne etki eden elektriksel kuvveti tanımlayan vektörel büyüklüğe elektriksel __________ denir.</w:t>
      </w:r>
    </w:p>
    <w:p w14:paraId="6226564E" w14:textId="77777777" w:rsidR="001830BC" w:rsidRDefault="00000000">
      <w:pPr>
        <w:spacing w:after="40" w:line="252" w:lineRule="auto"/>
      </w:pPr>
      <w:r>
        <w:rPr>
          <w:sz w:val="19"/>
        </w:rPr>
        <w:t>3. Bir mıknatısın dışındaki manyetik alan çizgileri __________ kutuptan çıkar ve güney kutba girer.</w:t>
      </w:r>
    </w:p>
    <w:p w14:paraId="73C9DAC1" w14:textId="77777777" w:rsidR="001830BC" w:rsidRDefault="00000000">
      <w:pPr>
        <w:spacing w:after="40" w:line="252" w:lineRule="auto"/>
      </w:pPr>
      <w:r>
        <w:rPr>
          <w:sz w:val="19"/>
        </w:rPr>
        <w:t>4. Akım geçen uzun düz telin çevresinde manyetik alan çizgileri tel merkezli __________ biçimindedir.</w:t>
      </w:r>
    </w:p>
    <w:p w14:paraId="21DA17F3" w14:textId="77777777" w:rsidR="001830BC" w:rsidRDefault="00000000">
      <w:pPr>
        <w:spacing w:after="40" w:line="252" w:lineRule="auto"/>
      </w:pPr>
      <w:r>
        <w:rPr>
          <w:sz w:val="19"/>
        </w:rPr>
        <w:t>5. Çok sayıda sarımdan oluşan akım makarasına __________ adı da verilir.</w:t>
      </w:r>
    </w:p>
    <w:p w14:paraId="46D58617" w14:textId="77777777" w:rsidR="001830BC" w:rsidRDefault="00000000">
      <w:pPr>
        <w:spacing w:after="40" w:line="252" w:lineRule="auto"/>
      </w:pPr>
      <w:r>
        <w:rPr>
          <w:sz w:val="19"/>
        </w:rPr>
        <w:t>6. Bir yüzeyden geçen manyetik alanın ölçüsüne manyetik __________ denir.</w:t>
      </w:r>
    </w:p>
    <w:p w14:paraId="0885FEC5" w14:textId="77777777" w:rsidR="001830BC" w:rsidRDefault="00000000">
      <w:pPr>
        <w:spacing w:after="40" w:line="252" w:lineRule="auto"/>
      </w:pPr>
      <w:r>
        <w:rPr>
          <w:sz w:val="19"/>
        </w:rPr>
        <w:t>7. Manyetik akının değişmesi sonucu devrede gerilim oluşması olayına elektromanyetik __________ denir.</w:t>
      </w:r>
    </w:p>
    <w:p w14:paraId="178B79F3" w14:textId="77777777" w:rsidR="001830BC" w:rsidRDefault="00000000">
      <w:pPr>
        <w:spacing w:after="40" w:line="252" w:lineRule="auto"/>
      </w:pPr>
      <w:r>
        <w:rPr>
          <w:sz w:val="19"/>
        </w:rPr>
        <w:t>8. Yönü ve büyüklüğü periyodik olarak değişen akıma __________ akım denir.</w:t>
      </w:r>
    </w:p>
    <w:p w14:paraId="5CD22376" w14:textId="77777777" w:rsidR="001830BC" w:rsidRDefault="00000000">
      <w:pPr>
        <w:spacing w:after="40" w:line="252" w:lineRule="auto"/>
      </w:pPr>
      <w:r>
        <w:rPr>
          <w:sz w:val="19"/>
        </w:rPr>
        <w:t>9. Alternatif gerilimi yükseltmek veya düşürmek amacıyla kullanılan araca __________ denir.</w:t>
      </w:r>
    </w:p>
    <w:p w14:paraId="04A74AF3" w14:textId="77777777" w:rsidR="001830BC" w:rsidRDefault="00000000">
      <w:pPr>
        <w:spacing w:after="40" w:line="252" w:lineRule="auto"/>
      </w:pPr>
      <w:r>
        <w:rPr>
          <w:sz w:val="19"/>
        </w:rPr>
        <w:t>10. Bir ışık kaynağının birim zamanda yaydığı toplam ışık miktarına ışık __________ denir.</w:t>
      </w:r>
    </w:p>
    <w:p w14:paraId="20F30107" w14:textId="77777777" w:rsidR="001830BC" w:rsidRDefault="00000000">
      <w:pPr>
        <w:spacing w:after="40" w:line="252" w:lineRule="auto"/>
      </w:pPr>
      <w:r>
        <w:rPr>
          <w:sz w:val="19"/>
        </w:rPr>
        <w:t>11. Bir yüzeye düşen ışık akısının yüzey alanına oranıyla ilişkili niceliğe __________ denir.</w:t>
      </w:r>
    </w:p>
    <w:p w14:paraId="257B3E97" w14:textId="77777777" w:rsidR="001830BC" w:rsidRDefault="00000000">
      <w:pPr>
        <w:spacing w:after="40" w:line="252" w:lineRule="auto"/>
      </w:pPr>
      <w:r>
        <w:rPr>
          <w:sz w:val="19"/>
        </w:rPr>
        <w:t>12. Işığın boşluktaki süratinin bir ortamdaki süratine oranına ortamın ışığı __________ indisi denir.</w:t>
      </w:r>
    </w:p>
    <w:p w14:paraId="041CE08E" w14:textId="77777777" w:rsidR="001830BC" w:rsidRDefault="00000000">
      <w:pPr>
        <w:spacing w:after="40" w:line="252" w:lineRule="auto"/>
      </w:pPr>
      <w:r>
        <w:rPr>
          <w:sz w:val="19"/>
        </w:rPr>
        <w:t>13. Çok kırıcı ortamdan az kırıcı ortama geçişte, kırılma açısının 90° olduğu gelme açısına __________ açısı denir.</w:t>
      </w:r>
    </w:p>
    <w:p w14:paraId="62DF55D1" w14:textId="77777777" w:rsidR="001830BC" w:rsidRDefault="00000000">
      <w:pPr>
        <w:spacing w:after="40" w:line="252" w:lineRule="auto"/>
      </w:pPr>
      <w:r>
        <w:rPr>
          <w:sz w:val="19"/>
        </w:rPr>
        <w:t>14. Işığı tam yansıma ile ileten ince saydam yapılara __________ optik denir.</w:t>
      </w:r>
    </w:p>
    <w:p w14:paraId="2CEC0F8A" w14:textId="77777777" w:rsidR="001830BC" w:rsidRDefault="00000000">
      <w:pPr>
        <w:spacing w:after="40" w:line="252" w:lineRule="auto"/>
      </w:pPr>
      <w:r>
        <w:rPr>
          <w:sz w:val="19"/>
        </w:rPr>
        <w:t>15. Beyaz ışığın prizmadan geçerken renklerine ayrılmasına ışığın __________ denir.</w:t>
      </w:r>
    </w:p>
    <w:p w14:paraId="771CE816" w14:textId="77777777" w:rsidR="001830BC" w:rsidRDefault="00000000">
      <w:pPr>
        <w:keepNext/>
        <w:spacing w:before="160" w:after="100"/>
      </w:pPr>
      <w:r>
        <w:rPr>
          <w:b/>
          <w:sz w:val="23"/>
        </w:rPr>
        <w:t>8. Soru - Doğru / Yanlış (15 Puan)</w:t>
      </w:r>
    </w:p>
    <w:p w14:paraId="2B0094B8" w14:textId="77777777" w:rsidR="001830BC" w:rsidRDefault="00000000">
      <w:pPr>
        <w:spacing w:after="80" w:line="252" w:lineRule="auto"/>
      </w:pPr>
      <w:r>
        <w:rPr>
          <w:sz w:val="20"/>
        </w:rPr>
        <w:t>Aşağıdaki ifadelerin başına doğru ise D, yanlış ise Y yazınız. (Her doğru cevap 1 puan)</w:t>
      </w:r>
    </w:p>
    <w:p w14:paraId="505632EE" w14:textId="77777777" w:rsidR="001830BC" w:rsidRDefault="00000000">
      <w:pPr>
        <w:spacing w:after="40" w:line="252" w:lineRule="auto"/>
      </w:pPr>
      <w:r>
        <w:rPr>
          <w:sz w:val="19"/>
        </w:rPr>
        <w:t>1. (   ) Limit hıza ulaşan bir cisme etki eden bileşke kuvvet sıfırdır.</w:t>
      </w:r>
    </w:p>
    <w:p w14:paraId="15ECB75F" w14:textId="77777777" w:rsidR="001830BC" w:rsidRDefault="00000000">
      <w:pPr>
        <w:spacing w:after="40" w:line="252" w:lineRule="auto"/>
      </w:pPr>
      <w:r>
        <w:rPr>
          <w:sz w:val="19"/>
        </w:rPr>
        <w:t>2. (   ) Noktasal yükler arasındaki elektriksel kuvvet, yükler arasındaki uzaklığın karesiyle ters orantılıdır.</w:t>
      </w:r>
    </w:p>
    <w:p w14:paraId="354361FF" w14:textId="77777777" w:rsidR="001830BC" w:rsidRDefault="00000000">
      <w:pPr>
        <w:spacing w:after="40" w:line="252" w:lineRule="auto"/>
      </w:pPr>
      <w:r>
        <w:rPr>
          <w:sz w:val="19"/>
        </w:rPr>
        <w:t>3. (   ) Elektriksel alan vektörel bir büyüklüktür.</w:t>
      </w:r>
    </w:p>
    <w:p w14:paraId="75134D19" w14:textId="77777777" w:rsidR="001830BC" w:rsidRDefault="00000000">
      <w:pPr>
        <w:spacing w:after="40" w:line="252" w:lineRule="auto"/>
      </w:pPr>
      <w:r>
        <w:rPr>
          <w:sz w:val="19"/>
        </w:rPr>
        <w:t>4. (   ) Faraday kafesi, iletken bir dış yüzey kullanılarak iç bölgenin elektriksel etkilerden korunmasına yardımcı olur.</w:t>
      </w:r>
    </w:p>
    <w:p w14:paraId="0081B3A5" w14:textId="77777777" w:rsidR="001830BC" w:rsidRDefault="00000000">
      <w:pPr>
        <w:spacing w:after="40" w:line="252" w:lineRule="auto"/>
      </w:pPr>
      <w:r>
        <w:rPr>
          <w:sz w:val="19"/>
        </w:rPr>
        <w:t>5. (   ) Mıknatısların aynı kutupları birbirini çeker.</w:t>
      </w:r>
    </w:p>
    <w:p w14:paraId="0AD5624A" w14:textId="77777777" w:rsidR="001830BC" w:rsidRDefault="00000000">
      <w:pPr>
        <w:spacing w:after="40" w:line="252" w:lineRule="auto"/>
      </w:pPr>
      <w:r>
        <w:rPr>
          <w:sz w:val="19"/>
        </w:rPr>
        <w:t>6. (   ) Akım makarasından geçen akım artırılırsa merkez eksenindeki manyetik alan büyüklüğü artar.</w:t>
      </w:r>
    </w:p>
    <w:p w14:paraId="37285DD8" w14:textId="77777777" w:rsidR="001830BC" w:rsidRDefault="00000000">
      <w:pPr>
        <w:spacing w:after="40" w:line="252" w:lineRule="auto"/>
      </w:pPr>
      <w:r>
        <w:rPr>
          <w:sz w:val="19"/>
        </w:rPr>
        <w:t>7. (   ) Manyetik alanda akım geçen düz tele etki eden kuvvet, tel manyetik alana paralelken en büyüktür.</w:t>
      </w:r>
    </w:p>
    <w:p w14:paraId="22A4E5D9" w14:textId="77777777" w:rsidR="001830BC" w:rsidRDefault="00000000">
      <w:pPr>
        <w:spacing w:after="40" w:line="252" w:lineRule="auto"/>
      </w:pPr>
      <w:r>
        <w:rPr>
          <w:sz w:val="19"/>
        </w:rPr>
        <w:t>8. (   ) İdeal bir transformatörün çalışması için değişen manyetik akı gerekir.</w:t>
      </w:r>
    </w:p>
    <w:p w14:paraId="2B1284CF" w14:textId="77777777" w:rsidR="001830BC" w:rsidRDefault="00000000">
      <w:pPr>
        <w:spacing w:after="40" w:line="252" w:lineRule="auto"/>
      </w:pPr>
      <w:r>
        <w:rPr>
          <w:sz w:val="19"/>
        </w:rPr>
        <w:t>9. (   ) Düzlem aynada görüntünün aynaya uzaklığı cismin aynaya uzaklığına eşittir.</w:t>
      </w:r>
    </w:p>
    <w:p w14:paraId="007DBDEA" w14:textId="77777777" w:rsidR="001830BC" w:rsidRDefault="00000000">
      <w:pPr>
        <w:spacing w:after="40" w:line="252" w:lineRule="auto"/>
      </w:pPr>
      <w:r>
        <w:rPr>
          <w:sz w:val="19"/>
        </w:rPr>
        <w:t>10. (   ) Tümsek ayna, gerçek ve ters görüntü oluşturur.</w:t>
      </w:r>
    </w:p>
    <w:p w14:paraId="72EB5CC6" w14:textId="77777777" w:rsidR="001830BC" w:rsidRDefault="00000000">
      <w:pPr>
        <w:spacing w:after="40" w:line="252" w:lineRule="auto"/>
      </w:pPr>
      <w:r>
        <w:rPr>
          <w:sz w:val="19"/>
        </w:rPr>
        <w:t>11. (   ) Işık bir saydam ortamdan başka bir ortama geçerken frekansı değişir.</w:t>
      </w:r>
    </w:p>
    <w:p w14:paraId="4A52FC8F" w14:textId="77777777" w:rsidR="001830BC" w:rsidRDefault="00000000">
      <w:pPr>
        <w:spacing w:after="40" w:line="252" w:lineRule="auto"/>
      </w:pPr>
      <w:r>
        <w:rPr>
          <w:sz w:val="19"/>
        </w:rPr>
        <w:t>12. (   ) Tam yansıma, ışık çok kırıcı ortamdan az kırıcı ortama geçerken uygun koşullarda gerçekleşebilir.</w:t>
      </w:r>
    </w:p>
    <w:p w14:paraId="6CAFDD14" w14:textId="77777777" w:rsidR="001830BC" w:rsidRDefault="00000000">
      <w:pPr>
        <w:spacing w:after="40" w:line="252" w:lineRule="auto"/>
      </w:pPr>
      <w:r>
        <w:rPr>
          <w:sz w:val="19"/>
        </w:rPr>
        <w:t>13. (   ) Su içindeki bir cisim, havadan bakıldığında gerçek konumundan daha derinde görünür.</w:t>
      </w:r>
    </w:p>
    <w:p w14:paraId="31C12E05" w14:textId="77777777" w:rsidR="001830BC" w:rsidRDefault="00000000">
      <w:pPr>
        <w:spacing w:after="40" w:line="252" w:lineRule="auto"/>
      </w:pPr>
      <w:r>
        <w:rPr>
          <w:sz w:val="19"/>
        </w:rPr>
        <w:t>14. (   ) Fiber optik kablolarda ışığın iletilmesinde tam yansıma olayından yararlanılır.</w:t>
      </w:r>
    </w:p>
    <w:p w14:paraId="5B0F42EB" w14:textId="77777777" w:rsidR="001830BC" w:rsidRDefault="00000000">
      <w:pPr>
        <w:spacing w:after="40" w:line="252" w:lineRule="auto"/>
      </w:pPr>
      <w:r>
        <w:rPr>
          <w:sz w:val="19"/>
        </w:rPr>
        <w:t>15. (   ) Yakınsak mercek, asal eksene paralel gelen ışınları odak noktasında toplayabilir.</w:t>
      </w:r>
    </w:p>
    <w:p w14:paraId="738707B0" w14:textId="77777777" w:rsidR="001830BC" w:rsidRDefault="00000000">
      <w:r>
        <w:br w:type="page"/>
      </w:r>
    </w:p>
    <w:p w14:paraId="1E3ECE5F" w14:textId="77777777" w:rsidR="001830BC" w:rsidRDefault="00000000">
      <w:pPr>
        <w:keepNext/>
        <w:spacing w:before="160" w:after="100"/>
      </w:pPr>
      <w:r>
        <w:rPr>
          <w:b/>
          <w:sz w:val="26"/>
        </w:rPr>
        <w:lastRenderedPageBreak/>
        <w:t>CEVAP ANAHTARI</w:t>
      </w:r>
    </w:p>
    <w:p w14:paraId="6A7FC77C" w14:textId="77777777" w:rsidR="001830BC" w:rsidRDefault="00000000">
      <w:pPr>
        <w:keepNext/>
        <w:spacing w:before="100" w:after="40" w:line="252" w:lineRule="auto"/>
      </w:pPr>
      <w:r>
        <w:rPr>
          <w:b/>
        </w:rPr>
        <w:t>1. Soru</w:t>
      </w:r>
    </w:p>
    <w:p w14:paraId="4314C9FF" w14:textId="77777777" w:rsidR="001830BC" w:rsidRDefault="00000000">
      <w:pPr>
        <w:spacing w:after="60" w:line="252" w:lineRule="auto"/>
      </w:pPr>
      <w:r>
        <w:rPr>
          <w:sz w:val="19"/>
        </w:rPr>
        <w:t>a) v = g·t = 10·2 = 20 m/s.  b) y = ½·g·t² = ½·10·4 = 20 m.  c) 45 = ½·10·t² → t = 3 s; yere çarpmadan hemen önce v = 10·3 = 30 m/s.</w:t>
      </w:r>
    </w:p>
    <w:p w14:paraId="0F960F56" w14:textId="77777777" w:rsidR="001830BC" w:rsidRDefault="00000000">
      <w:pPr>
        <w:keepNext/>
        <w:spacing w:before="100" w:after="40" w:line="252" w:lineRule="auto"/>
      </w:pPr>
      <w:r>
        <w:rPr>
          <w:b/>
        </w:rPr>
        <w:t>2. Soru</w:t>
      </w:r>
    </w:p>
    <w:p w14:paraId="0AD7059A" w14:textId="77777777" w:rsidR="001830BC" w:rsidRDefault="00000000">
      <w:pPr>
        <w:spacing w:after="60" w:line="252" w:lineRule="auto"/>
      </w:pPr>
      <w:r>
        <w:rPr>
          <w:sz w:val="19"/>
        </w:rPr>
        <w:t>a) Kuvvetler: aşağı doğru ağırlık G = 50 N, yukarı doğru normal N = 50 N, sağa 20 N uygulanan kuvvet, sola kinetik sürtünme.  b) fₖ = μₖ·N = 0,20·50 = 10 N.  c) Fnet = 20 − 10 = 10 N; a = Fnet/m = 10/5 = 2 m/s² sağa.</w:t>
      </w:r>
    </w:p>
    <w:p w14:paraId="75FE90A0" w14:textId="77777777" w:rsidR="001830BC" w:rsidRDefault="00000000">
      <w:pPr>
        <w:keepNext/>
        <w:spacing w:before="100" w:after="40" w:line="252" w:lineRule="auto"/>
      </w:pPr>
      <w:r>
        <w:rPr>
          <w:b/>
        </w:rPr>
        <w:t>3. Soru</w:t>
      </w:r>
    </w:p>
    <w:p w14:paraId="41FF465B" w14:textId="77777777" w:rsidR="001830BC" w:rsidRDefault="00000000">
      <w:pPr>
        <w:spacing w:after="60" w:line="252" w:lineRule="auto"/>
      </w:pPr>
      <w:r>
        <w:rPr>
          <w:sz w:val="19"/>
        </w:rPr>
        <w:t>a) aₘ = v²/r = 16/2 = 8 m/s².  b) Fₘ = m·aₘ = 2·8 = 16 N.  c) Çizgisel hız yörüngeye teğet, merkezcil ivme merkeze doğrudur.</w:t>
      </w:r>
    </w:p>
    <w:p w14:paraId="793AF10A" w14:textId="77777777" w:rsidR="001830BC" w:rsidRDefault="00000000">
      <w:pPr>
        <w:keepNext/>
        <w:spacing w:before="100" w:after="40" w:line="252" w:lineRule="auto"/>
      </w:pPr>
      <w:r>
        <w:rPr>
          <w:b/>
        </w:rPr>
        <w:t>4. Soru</w:t>
      </w:r>
    </w:p>
    <w:p w14:paraId="653E009F" w14:textId="77777777" w:rsidR="001830BC" w:rsidRDefault="00000000">
      <w:pPr>
        <w:spacing w:after="60" w:line="252" w:lineRule="auto"/>
      </w:pPr>
      <w:r>
        <w:t>a) Işın K’den L’ye geçerken normale yaklaştığı için nL &gt; nK olur. L’den M’ye geçerken normalden uzaklaştığı için nL &gt; nM olur. Şekilde M ortamındaki ışın, K ortamındakine göre normale daha yakın olduğundan nM &gt; nK sonucuna ulaşılır. Buna göre sıralama nL &gt; nM &gt; nK şeklindedir.</w:t>
      </w:r>
    </w:p>
    <w:p w14:paraId="16AAB47F" w14:textId="77777777" w:rsidR="001830BC" w:rsidRDefault="00000000">
      <w:pPr>
        <w:keepNext/>
        <w:spacing w:before="100" w:after="40" w:line="252" w:lineRule="auto"/>
      </w:pPr>
      <w:r>
        <w:t>b) Işık K’den L’ye geçerken daha kırıcı ortama girdiği için sürati azalır. L’den M’ye geçerken daha az kırıcı ortama geçtiği için sürati artar. c) Işık L ortamından M ortamına gönderildiğinde ve gelme açısı sınır açısından büyük olduğunda tam yansıma gerçekleşebilir.</w:t>
      </w:r>
    </w:p>
    <w:p w14:paraId="2DDB32B8" w14:textId="77777777" w:rsidR="001830BC" w:rsidRDefault="00000000">
      <w:pPr>
        <w:spacing w:after="60" w:line="252" w:lineRule="auto"/>
      </w:pPr>
      <w:r>
        <w:rPr>
          <w:sz w:val="19"/>
        </w:rPr>
        <w:t>a) n₁·sin i = n₂·sin r → 1·0,8 = (4/3)·sin r → sin r = 0,6 → r = 37°.  b) Sürat ve dalga boyu azalır, frekans değişmez.  c) Işık sudan havaya geçerken gelme açısı sınır açısından büyük olursa tam yansıma gerçekleşir.</w:t>
      </w:r>
    </w:p>
    <w:p w14:paraId="4D359ABA" w14:textId="77777777" w:rsidR="001830BC" w:rsidRDefault="00000000">
      <w:pPr>
        <w:keepNext/>
        <w:spacing w:before="100" w:after="40" w:line="252" w:lineRule="auto"/>
      </w:pPr>
      <w:r>
        <w:rPr>
          <w:b/>
        </w:rPr>
        <w:t>6. Soru</w:t>
      </w:r>
    </w:p>
    <w:p w14:paraId="1C7DC244" w14:textId="77777777" w:rsidR="001830BC" w:rsidRDefault="00000000">
      <w:pPr>
        <w:spacing w:after="60" w:line="252" w:lineRule="auto"/>
      </w:pPr>
      <w:r>
        <w:rPr>
          <w:sz w:val="19"/>
        </w:rPr>
        <w:t>1-A, 2-B, 3-C, 4-D, 5-E, 6-F, 7-G, 8-H, 9-I, 10-J.</w:t>
      </w:r>
    </w:p>
    <w:p w14:paraId="1F926560" w14:textId="77777777" w:rsidR="001830BC" w:rsidRDefault="00000000">
      <w:pPr>
        <w:keepNext/>
        <w:spacing w:before="100" w:after="40" w:line="252" w:lineRule="auto"/>
      </w:pPr>
      <w:r>
        <w:rPr>
          <w:b/>
        </w:rPr>
        <w:t>7. Soru</w:t>
      </w:r>
    </w:p>
    <w:p w14:paraId="4E47CFF8" w14:textId="77777777" w:rsidR="001830BC" w:rsidRDefault="00000000">
      <w:pPr>
        <w:spacing w:after="60" w:line="252" w:lineRule="auto"/>
      </w:pPr>
      <w:r>
        <w:rPr>
          <w:sz w:val="19"/>
        </w:rPr>
        <w:t>1) Coulomb  2) alan  3) kuzey  4) çember  5) solenoid  6) akı  7) indüksiyon  8) alternatif (değişken)  9) transformatör  10) akısı  11) aydınlanma  12) kırma  13) sınır  14) fiber  15) renklerine ayrılması (dağılması).</w:t>
      </w:r>
    </w:p>
    <w:p w14:paraId="34022A7F" w14:textId="77777777" w:rsidR="001830BC" w:rsidRDefault="00000000">
      <w:pPr>
        <w:keepNext/>
        <w:spacing w:before="100" w:after="40" w:line="252" w:lineRule="auto"/>
      </w:pPr>
      <w:r>
        <w:rPr>
          <w:b/>
        </w:rPr>
        <w:t>8. Soru</w:t>
      </w:r>
    </w:p>
    <w:p w14:paraId="522515F7" w14:textId="77777777" w:rsidR="001830BC" w:rsidRDefault="00000000">
      <w:pPr>
        <w:spacing w:after="60" w:line="252" w:lineRule="auto"/>
      </w:pPr>
      <w:r>
        <w:rPr>
          <w:sz w:val="19"/>
        </w:rPr>
        <w:t>1-D, 2-D, 3-D, 4-D, 5-Y, 6-D, 7-Y, 8-D, 9-D, 10-Y, 11-Y, 12-D, 13-Y, 14-D, 15-D.</w:t>
      </w:r>
    </w:p>
    <w:p w14:paraId="73C877AC" w14:textId="77777777" w:rsidR="001830BC" w:rsidRDefault="00000000">
      <w:pPr>
        <w:keepNext/>
        <w:spacing w:before="160" w:after="100"/>
      </w:pPr>
      <w:r>
        <w:rPr>
          <w:b/>
          <w:sz w:val="23"/>
        </w:rPr>
        <w:t>Puanlama Notu</w:t>
      </w:r>
    </w:p>
    <w:p w14:paraId="6CA4049B" w14:textId="77777777" w:rsidR="001830BC" w:rsidRDefault="00000000">
      <w:pPr>
        <w:spacing w:after="80" w:line="252" w:lineRule="auto"/>
      </w:pPr>
      <w:r>
        <w:rPr>
          <w:sz w:val="19"/>
        </w:rPr>
        <w:t>1-5. soruların her biri 12 puandır. İşlem sorularında doğru yöntem kullanılıp yalnızca aritmetik hata yapılmışsa uygun kısmi puan verilebilir. 6. soruda her eşleştirme 1 puan, 7 ve 8. sorularda her madde 1 puandır.</w:t>
      </w:r>
    </w:p>
    <w:sectPr w:rsidR="001830BC" w:rsidSect="00034616">
      <w:headerReference w:type="default" r:id="rId9"/>
      <w:footerReference w:type="default" r:id="rId10"/>
      <w:pgSz w:w="12240" w:h="15840"/>
      <w:pgMar w:top="765" w:right="879" w:bottom="765" w:left="879" w:header="283" w:footer="31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AE02D64" w14:textId="77777777" w:rsidR="00210D91" w:rsidRDefault="00210D91">
      <w:pPr>
        <w:spacing w:after="0" w:line="240" w:lineRule="auto"/>
      </w:pPr>
      <w:r>
        <w:separator/>
      </w:r>
    </w:p>
  </w:endnote>
  <w:endnote w:type="continuationSeparator" w:id="0">
    <w:p w14:paraId="521C8E38" w14:textId="77777777" w:rsidR="00210D91" w:rsidRDefault="00210D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7CEB4C7" w14:textId="77777777" w:rsidR="001830BC" w:rsidRDefault="00000000">
    <w:pPr>
      <w:pStyle w:val="AltBilgi"/>
      <w:jc w:val="center"/>
    </w:pPr>
    <w:r>
      <w:fldChar w:fldCharType="begin"/>
    </w:r>
    <w:r>
      <w:instrText xml:space="preserve"> PAGE </w:instrText>
    </w:r>
    <w:r w:rsidR="00991C2D">
      <w:fldChar w:fldCharType="separate"/>
    </w:r>
    <w:r w:rsidR="00991C2D">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34EA0E2" w14:textId="77777777" w:rsidR="00210D91" w:rsidRDefault="00210D91">
      <w:pPr>
        <w:spacing w:after="0" w:line="240" w:lineRule="auto"/>
      </w:pPr>
      <w:r>
        <w:separator/>
      </w:r>
    </w:p>
  </w:footnote>
  <w:footnote w:type="continuationSeparator" w:id="0">
    <w:p w14:paraId="7835FA88" w14:textId="77777777" w:rsidR="00210D91" w:rsidRDefault="00210D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46D937D" w14:textId="77777777" w:rsidR="001830BC" w:rsidRDefault="00000000">
    <w:pPr>
      <w:pStyle w:val="stBilgi"/>
      <w:jc w:val="center"/>
    </w:pPr>
    <w:r>
      <w:rPr>
        <w:b/>
        <w:sz w:val="18"/>
      </w:rPr>
      <w:t xml:space="preserve">11. </w:t>
    </w:r>
    <w:proofErr w:type="spellStart"/>
    <w:r>
      <w:rPr>
        <w:b/>
        <w:sz w:val="18"/>
      </w:rPr>
      <w:t>Sınıf</w:t>
    </w:r>
    <w:proofErr w:type="spellEnd"/>
    <w:r>
      <w:rPr>
        <w:b/>
        <w:sz w:val="18"/>
      </w:rPr>
      <w:t xml:space="preserve"> Fizik </w:t>
    </w:r>
    <w:proofErr w:type="spellStart"/>
    <w:r>
      <w:rPr>
        <w:b/>
        <w:sz w:val="18"/>
      </w:rPr>
      <w:t>Sorumluluk</w:t>
    </w:r>
    <w:proofErr w:type="spellEnd"/>
    <w:r>
      <w:rPr>
        <w:b/>
        <w:sz w:val="18"/>
      </w:rPr>
      <w:t xml:space="preserve"> </w:t>
    </w:r>
    <w:proofErr w:type="spellStart"/>
    <w:r>
      <w:rPr>
        <w:b/>
        <w:sz w:val="18"/>
      </w:rPr>
      <w:t>Sınavı</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16cid:durableId="2106226347">
    <w:abstractNumId w:val="8"/>
  </w:num>
  <w:num w:numId="2" w16cid:durableId="1370960604">
    <w:abstractNumId w:val="6"/>
  </w:num>
  <w:num w:numId="3" w16cid:durableId="2004385586">
    <w:abstractNumId w:val="5"/>
  </w:num>
  <w:num w:numId="4" w16cid:durableId="813572491">
    <w:abstractNumId w:val="4"/>
  </w:num>
  <w:num w:numId="5" w16cid:durableId="1338846980">
    <w:abstractNumId w:val="7"/>
  </w:num>
  <w:num w:numId="6" w16cid:durableId="1535338324">
    <w:abstractNumId w:val="3"/>
  </w:num>
  <w:num w:numId="7" w16cid:durableId="585965244">
    <w:abstractNumId w:val="2"/>
  </w:num>
  <w:num w:numId="8" w16cid:durableId="32773286">
    <w:abstractNumId w:val="1"/>
  </w:num>
  <w:num w:numId="9" w16cid:durableId="65164418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830BC"/>
    <w:rsid w:val="00210D91"/>
    <w:rsid w:val="00211070"/>
    <w:rsid w:val="0029639D"/>
    <w:rsid w:val="00326F90"/>
    <w:rsid w:val="0072111A"/>
    <w:rsid w:val="00991C2D"/>
    <w:rsid w:val="00AA1D8D"/>
    <w:rsid w:val="00AB15C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8E6A884"/>
  <w14:defaultImageDpi w14:val="300"/>
  <w15:docId w15:val="{1673D3B7-92A0-C041-AE86-4AB29E96F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1"/>
    </w:rPr>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1641</Words>
  <Characters>9357</Characters>
  <Application>Microsoft Office Word</Application>
  <DocSecurity>0</DocSecurity>
  <Lines>77</Lines>
  <Paragraphs>21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10977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t2894</cp:lastModifiedBy>
  <cp:revision>2</cp:revision>
  <dcterms:created xsi:type="dcterms:W3CDTF">2013-12-23T23:15:00Z</dcterms:created>
  <dcterms:modified xsi:type="dcterms:W3CDTF">2026-09-15T15:44:00Z</dcterms:modified>
  <cp:category/>
</cp:coreProperties>
</file>