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9A328D" w14:textId="77777777" w:rsidR="00700F12" w:rsidRDefault="00000000">
      <w:pPr>
        <w:spacing w:after="20" w:line="240" w:lineRule="auto"/>
        <w:jc w:val="center"/>
      </w:pPr>
      <w:r>
        <w:rPr>
          <w:b/>
          <w:sz w:val="30"/>
        </w:rPr>
        <w:t>10. SINIF FİZİK 1. DÖNEM 1. YAZILI SINAVI</w:t>
      </w:r>
    </w:p>
    <w:p w14:paraId="10920213" w14:textId="77777777" w:rsidR="00700F12" w:rsidRDefault="00000000">
      <w:pPr>
        <w:spacing w:after="80" w:line="240" w:lineRule="auto"/>
        <w:jc w:val="center"/>
      </w:pPr>
      <w:r>
        <w:rPr>
          <w:b/>
          <w:sz w:val="19"/>
        </w:rPr>
        <w:t>Türkiye Yüzyılı Maarif Modeli • 1. Ünite: Kuvvet ve Hareket • Toplam 100 Puan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3402"/>
        <w:gridCol w:w="1701"/>
        <w:gridCol w:w="3402"/>
      </w:tblGrid>
      <w:tr w:rsidR="00700F12" w14:paraId="3633F783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4C6644E1" w14:textId="77777777" w:rsidR="00700F12" w:rsidRDefault="00000000">
            <w:r>
              <w:rPr>
                <w:b/>
                <w:sz w:val="18"/>
              </w:rPr>
              <w:t>Adı Soyadı:</w:t>
            </w:r>
          </w:p>
        </w:tc>
        <w:tc>
          <w:tcPr>
            <w:tcW w:w="3402" w:type="dxa"/>
            <w:vAlign w:val="center"/>
          </w:tcPr>
          <w:p w14:paraId="0A6D4B80" w14:textId="77777777" w:rsidR="00700F12" w:rsidRDefault="00700F12"/>
        </w:tc>
        <w:tc>
          <w:tcPr>
            <w:tcW w:w="1701" w:type="dxa"/>
            <w:vAlign w:val="center"/>
          </w:tcPr>
          <w:p w14:paraId="1DF62639" w14:textId="77777777" w:rsidR="00700F12" w:rsidRDefault="00000000">
            <w:r>
              <w:rPr>
                <w:b/>
                <w:sz w:val="18"/>
              </w:rPr>
              <w:t>Sınıf / No:</w:t>
            </w:r>
          </w:p>
        </w:tc>
        <w:tc>
          <w:tcPr>
            <w:tcW w:w="3402" w:type="dxa"/>
            <w:vAlign w:val="center"/>
          </w:tcPr>
          <w:p w14:paraId="07251F71" w14:textId="77777777" w:rsidR="00700F12" w:rsidRDefault="00700F12"/>
        </w:tc>
      </w:tr>
      <w:tr w:rsidR="00700F12" w14:paraId="5406E8F5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02AB1EAE" w14:textId="77777777" w:rsidR="00700F12" w:rsidRDefault="00000000">
            <w:r>
              <w:rPr>
                <w:b/>
                <w:sz w:val="18"/>
              </w:rPr>
              <w:t>Tarih:</w:t>
            </w:r>
          </w:p>
        </w:tc>
        <w:tc>
          <w:tcPr>
            <w:tcW w:w="3402" w:type="dxa"/>
            <w:vAlign w:val="center"/>
          </w:tcPr>
          <w:p w14:paraId="79C4B4A0" w14:textId="77777777" w:rsidR="00700F12" w:rsidRDefault="00700F12"/>
        </w:tc>
        <w:tc>
          <w:tcPr>
            <w:tcW w:w="1701" w:type="dxa"/>
            <w:vAlign w:val="center"/>
          </w:tcPr>
          <w:p w14:paraId="0A525FE8" w14:textId="77777777" w:rsidR="00700F12" w:rsidRDefault="00000000">
            <w:r>
              <w:rPr>
                <w:b/>
                <w:sz w:val="18"/>
              </w:rPr>
              <w:t>Not:</w:t>
            </w:r>
          </w:p>
        </w:tc>
        <w:tc>
          <w:tcPr>
            <w:tcW w:w="3402" w:type="dxa"/>
            <w:vAlign w:val="center"/>
          </w:tcPr>
          <w:p w14:paraId="15360267" w14:textId="77777777" w:rsidR="00700F12" w:rsidRDefault="00700F12"/>
        </w:tc>
      </w:tr>
    </w:tbl>
    <w:p w14:paraId="7C87C4C0" w14:textId="77777777" w:rsidR="00354539" w:rsidRDefault="00354539" w:rsidP="00354539">
      <w:pPr>
        <w:spacing w:before="100" w:after="40" w:line="240" w:lineRule="auto"/>
        <w:jc w:val="center"/>
        <w:rPr>
          <w:b/>
          <w:sz w:val="21"/>
        </w:rPr>
      </w:pPr>
    </w:p>
    <w:p w14:paraId="2823DA0B" w14:textId="00B6B699" w:rsidR="00700F12" w:rsidRDefault="00000000" w:rsidP="00354539">
      <w:pPr>
        <w:spacing w:before="100" w:after="40" w:line="240" w:lineRule="auto"/>
        <w:jc w:val="center"/>
      </w:pPr>
      <w:proofErr w:type="spellStart"/>
      <w:r>
        <w:rPr>
          <w:b/>
          <w:sz w:val="21"/>
        </w:rPr>
        <w:t>Kapsam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ve</w:t>
      </w:r>
      <w:proofErr w:type="spellEnd"/>
      <w:r>
        <w:rPr>
          <w:b/>
          <w:sz w:val="21"/>
        </w:rPr>
        <w:t xml:space="preserve"> Puan </w:t>
      </w:r>
      <w:proofErr w:type="spellStart"/>
      <w:r>
        <w:rPr>
          <w:b/>
          <w:sz w:val="21"/>
        </w:rPr>
        <w:t>Dağılımı</w:t>
      </w:r>
      <w:proofErr w:type="spell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257"/>
        <w:gridCol w:w="1134"/>
        <w:gridCol w:w="1134"/>
      </w:tblGrid>
      <w:tr w:rsidR="00700F12" w14:paraId="02E4CBF4" w14:textId="77777777">
        <w:trPr>
          <w:cantSplit/>
          <w:tblHeader/>
          <w:jc w:val="center"/>
        </w:trPr>
        <w:tc>
          <w:tcPr>
            <w:tcW w:w="7257" w:type="dxa"/>
            <w:shd w:val="clear" w:color="auto" w:fill="D9EAF7"/>
            <w:vAlign w:val="center"/>
          </w:tcPr>
          <w:p w14:paraId="0270A613" w14:textId="77777777" w:rsidR="00700F12" w:rsidRDefault="00000000">
            <w:pPr>
              <w:jc w:val="center"/>
            </w:pPr>
            <w:r>
              <w:rPr>
                <w:b/>
                <w:sz w:val="18"/>
              </w:rPr>
              <w:t>Konu</w:t>
            </w:r>
          </w:p>
        </w:tc>
        <w:tc>
          <w:tcPr>
            <w:tcW w:w="1134" w:type="dxa"/>
            <w:shd w:val="clear" w:color="auto" w:fill="D9EAF7"/>
            <w:vAlign w:val="center"/>
          </w:tcPr>
          <w:p w14:paraId="369FE4B8" w14:textId="77777777" w:rsidR="00700F12" w:rsidRDefault="00000000">
            <w:pPr>
              <w:jc w:val="center"/>
            </w:pPr>
            <w:r>
              <w:rPr>
                <w:b/>
                <w:sz w:val="18"/>
              </w:rPr>
              <w:t>Soru</w:t>
            </w:r>
          </w:p>
        </w:tc>
        <w:tc>
          <w:tcPr>
            <w:tcW w:w="1134" w:type="dxa"/>
            <w:shd w:val="clear" w:color="auto" w:fill="D9EAF7"/>
            <w:vAlign w:val="center"/>
          </w:tcPr>
          <w:p w14:paraId="2F163B11" w14:textId="77777777" w:rsidR="00700F12" w:rsidRDefault="00000000">
            <w:pPr>
              <w:jc w:val="center"/>
            </w:pPr>
            <w:r>
              <w:rPr>
                <w:b/>
                <w:sz w:val="18"/>
              </w:rPr>
              <w:t>Puan</w:t>
            </w:r>
          </w:p>
        </w:tc>
      </w:tr>
      <w:tr w:rsidR="00700F12" w14:paraId="72C77F9C" w14:textId="77777777">
        <w:trPr>
          <w:cantSplit/>
          <w:jc w:val="center"/>
        </w:trPr>
        <w:tc>
          <w:tcPr>
            <w:tcW w:w="7257" w:type="dxa"/>
            <w:vAlign w:val="center"/>
          </w:tcPr>
          <w:p w14:paraId="1E70FBC7" w14:textId="77777777" w:rsidR="00700F12" w:rsidRDefault="00000000">
            <w:r>
              <w:rPr>
                <w:sz w:val="17"/>
              </w:rPr>
              <w:t>Sabit hızlı hareket: konum, yer değiştirme, alınan yol, hız ve zaman</w:t>
            </w:r>
          </w:p>
        </w:tc>
        <w:tc>
          <w:tcPr>
            <w:tcW w:w="1134" w:type="dxa"/>
            <w:vAlign w:val="center"/>
          </w:tcPr>
          <w:p w14:paraId="6F77B43E" w14:textId="77777777" w:rsidR="00700F12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134" w:type="dxa"/>
            <w:vAlign w:val="center"/>
          </w:tcPr>
          <w:p w14:paraId="5E4AB325" w14:textId="77777777" w:rsidR="00700F12" w:rsidRDefault="00000000">
            <w:pPr>
              <w:jc w:val="center"/>
            </w:pPr>
            <w:r>
              <w:rPr>
                <w:sz w:val="17"/>
              </w:rPr>
              <w:t>12</w:t>
            </w:r>
          </w:p>
        </w:tc>
      </w:tr>
      <w:tr w:rsidR="00700F12" w14:paraId="2CCDBAAE" w14:textId="77777777">
        <w:trPr>
          <w:cantSplit/>
          <w:jc w:val="center"/>
        </w:trPr>
        <w:tc>
          <w:tcPr>
            <w:tcW w:w="7257" w:type="dxa"/>
            <w:vAlign w:val="center"/>
          </w:tcPr>
          <w:p w14:paraId="6A777676" w14:textId="77777777" w:rsidR="00700F12" w:rsidRDefault="00000000">
            <w:r>
              <w:rPr>
                <w:sz w:val="17"/>
              </w:rPr>
              <w:t>Sabit hızlı hareket: veri tablosu ve hareket grafikleri</w:t>
            </w:r>
          </w:p>
        </w:tc>
        <w:tc>
          <w:tcPr>
            <w:tcW w:w="1134" w:type="dxa"/>
            <w:vAlign w:val="center"/>
          </w:tcPr>
          <w:p w14:paraId="04087133" w14:textId="77777777" w:rsidR="00700F12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134" w:type="dxa"/>
            <w:vAlign w:val="center"/>
          </w:tcPr>
          <w:p w14:paraId="52EB6D52" w14:textId="77777777" w:rsidR="00700F12" w:rsidRDefault="00000000">
            <w:pPr>
              <w:jc w:val="center"/>
            </w:pPr>
            <w:r>
              <w:rPr>
                <w:sz w:val="17"/>
              </w:rPr>
              <w:t>12</w:t>
            </w:r>
          </w:p>
        </w:tc>
      </w:tr>
      <w:tr w:rsidR="00700F12" w14:paraId="4B7D156A" w14:textId="77777777">
        <w:trPr>
          <w:cantSplit/>
          <w:jc w:val="center"/>
        </w:trPr>
        <w:tc>
          <w:tcPr>
            <w:tcW w:w="7257" w:type="dxa"/>
            <w:vAlign w:val="center"/>
          </w:tcPr>
          <w:p w14:paraId="6B7F8185" w14:textId="77777777" w:rsidR="00700F12" w:rsidRDefault="00000000">
            <w:r>
              <w:rPr>
                <w:sz w:val="17"/>
              </w:rPr>
              <w:t>İvme ile hız değişimi arasındaki ilişki</w:t>
            </w:r>
          </w:p>
        </w:tc>
        <w:tc>
          <w:tcPr>
            <w:tcW w:w="1134" w:type="dxa"/>
            <w:vAlign w:val="center"/>
          </w:tcPr>
          <w:p w14:paraId="1598C321" w14:textId="77777777" w:rsidR="00700F12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1134" w:type="dxa"/>
            <w:vAlign w:val="center"/>
          </w:tcPr>
          <w:p w14:paraId="20828D8D" w14:textId="77777777" w:rsidR="00700F12" w:rsidRDefault="00000000">
            <w:pPr>
              <w:jc w:val="center"/>
            </w:pPr>
            <w:r>
              <w:rPr>
                <w:sz w:val="17"/>
              </w:rPr>
              <w:t>12</w:t>
            </w:r>
          </w:p>
        </w:tc>
      </w:tr>
      <w:tr w:rsidR="00700F12" w14:paraId="148629D8" w14:textId="77777777">
        <w:trPr>
          <w:cantSplit/>
          <w:jc w:val="center"/>
        </w:trPr>
        <w:tc>
          <w:tcPr>
            <w:tcW w:w="7257" w:type="dxa"/>
            <w:vAlign w:val="center"/>
          </w:tcPr>
          <w:p w14:paraId="18AB7062" w14:textId="77777777" w:rsidR="00700F12" w:rsidRDefault="00000000">
            <w:r>
              <w:rPr>
                <w:sz w:val="17"/>
              </w:rPr>
              <w:t>Bir boyutta sabit ivmeli hareket: hız ve yer değiştirme</w:t>
            </w:r>
          </w:p>
        </w:tc>
        <w:tc>
          <w:tcPr>
            <w:tcW w:w="1134" w:type="dxa"/>
            <w:vAlign w:val="center"/>
          </w:tcPr>
          <w:p w14:paraId="04031029" w14:textId="77777777" w:rsidR="00700F12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1134" w:type="dxa"/>
            <w:vAlign w:val="center"/>
          </w:tcPr>
          <w:p w14:paraId="048F9CFC" w14:textId="77777777" w:rsidR="00700F12" w:rsidRDefault="00000000">
            <w:pPr>
              <w:jc w:val="center"/>
            </w:pPr>
            <w:r>
              <w:rPr>
                <w:sz w:val="17"/>
              </w:rPr>
              <w:t>12</w:t>
            </w:r>
          </w:p>
        </w:tc>
      </w:tr>
      <w:tr w:rsidR="00700F12" w14:paraId="28DADF40" w14:textId="77777777">
        <w:trPr>
          <w:cantSplit/>
          <w:jc w:val="center"/>
        </w:trPr>
        <w:tc>
          <w:tcPr>
            <w:tcW w:w="7257" w:type="dxa"/>
            <w:vAlign w:val="center"/>
          </w:tcPr>
          <w:p w14:paraId="7A000314" w14:textId="77777777" w:rsidR="00700F12" w:rsidRDefault="00000000">
            <w:r>
              <w:rPr>
                <w:sz w:val="17"/>
              </w:rPr>
              <w:t>Sabit ivmeli hareket: grafik çizimi, grafik alanı ve yorumlama</w:t>
            </w:r>
          </w:p>
        </w:tc>
        <w:tc>
          <w:tcPr>
            <w:tcW w:w="1134" w:type="dxa"/>
            <w:vAlign w:val="center"/>
          </w:tcPr>
          <w:p w14:paraId="6D831EA2" w14:textId="77777777" w:rsidR="00700F12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1134" w:type="dxa"/>
            <w:vAlign w:val="center"/>
          </w:tcPr>
          <w:p w14:paraId="5A3B1D2B" w14:textId="77777777" w:rsidR="00700F12" w:rsidRDefault="00000000">
            <w:pPr>
              <w:jc w:val="center"/>
            </w:pPr>
            <w:r>
              <w:rPr>
                <w:sz w:val="17"/>
              </w:rPr>
              <w:t>12</w:t>
            </w:r>
          </w:p>
        </w:tc>
      </w:tr>
      <w:tr w:rsidR="00700F12" w14:paraId="1AB3420B" w14:textId="77777777">
        <w:trPr>
          <w:cantSplit/>
          <w:jc w:val="center"/>
        </w:trPr>
        <w:tc>
          <w:tcPr>
            <w:tcW w:w="7257" w:type="dxa"/>
            <w:vAlign w:val="center"/>
          </w:tcPr>
          <w:p w14:paraId="6FB371EA" w14:textId="77777777" w:rsidR="00700F12" w:rsidRDefault="00000000">
            <w:r>
              <w:rPr>
                <w:sz w:val="17"/>
              </w:rPr>
              <w:t>Ünite geneli: temel kavramlar ve grafik ilişkileri</w:t>
            </w:r>
          </w:p>
        </w:tc>
        <w:tc>
          <w:tcPr>
            <w:tcW w:w="1134" w:type="dxa"/>
            <w:vAlign w:val="center"/>
          </w:tcPr>
          <w:p w14:paraId="52260BC7" w14:textId="77777777" w:rsidR="00700F12" w:rsidRDefault="00000000">
            <w:pPr>
              <w:jc w:val="center"/>
            </w:pPr>
            <w:r>
              <w:rPr>
                <w:sz w:val="17"/>
              </w:rPr>
              <w:t>6-8</w:t>
            </w:r>
          </w:p>
        </w:tc>
        <w:tc>
          <w:tcPr>
            <w:tcW w:w="1134" w:type="dxa"/>
            <w:vAlign w:val="center"/>
          </w:tcPr>
          <w:p w14:paraId="189EAF2E" w14:textId="77777777" w:rsidR="00700F12" w:rsidRDefault="00000000">
            <w:pPr>
              <w:jc w:val="center"/>
            </w:pPr>
            <w:r>
              <w:rPr>
                <w:sz w:val="17"/>
              </w:rPr>
              <w:t>40</w:t>
            </w:r>
          </w:p>
        </w:tc>
      </w:tr>
      <w:tr w:rsidR="00700F12" w14:paraId="669B786D" w14:textId="77777777">
        <w:trPr>
          <w:cantSplit/>
          <w:jc w:val="center"/>
        </w:trPr>
        <w:tc>
          <w:tcPr>
            <w:tcW w:w="7257" w:type="dxa"/>
            <w:shd w:val="clear" w:color="auto" w:fill="EEEEEE"/>
            <w:vAlign w:val="center"/>
          </w:tcPr>
          <w:p w14:paraId="69F95AAA" w14:textId="77777777" w:rsidR="00700F12" w:rsidRDefault="00000000">
            <w:pPr>
              <w:jc w:val="right"/>
            </w:pPr>
            <w:r>
              <w:rPr>
                <w:b/>
                <w:sz w:val="18"/>
              </w:rPr>
              <w:t>TOPLAM</w:t>
            </w:r>
          </w:p>
        </w:tc>
        <w:tc>
          <w:tcPr>
            <w:tcW w:w="1134" w:type="dxa"/>
            <w:shd w:val="clear" w:color="auto" w:fill="EEEEEE"/>
            <w:vAlign w:val="center"/>
          </w:tcPr>
          <w:p w14:paraId="1E180E37" w14:textId="77777777" w:rsidR="00700F12" w:rsidRDefault="00700F12"/>
        </w:tc>
        <w:tc>
          <w:tcPr>
            <w:tcW w:w="1134" w:type="dxa"/>
            <w:shd w:val="clear" w:color="auto" w:fill="EEEEEE"/>
            <w:vAlign w:val="center"/>
          </w:tcPr>
          <w:p w14:paraId="1BE62162" w14:textId="77777777" w:rsidR="00700F12" w:rsidRDefault="00000000">
            <w:pPr>
              <w:jc w:val="center"/>
            </w:pPr>
            <w:r>
              <w:rPr>
                <w:b/>
                <w:sz w:val="18"/>
              </w:rPr>
              <w:t>100</w:t>
            </w:r>
          </w:p>
        </w:tc>
      </w:tr>
    </w:tbl>
    <w:p w14:paraId="375363CD" w14:textId="77777777" w:rsidR="00354539" w:rsidRDefault="00354539">
      <w:pPr>
        <w:spacing w:before="120" w:after="40" w:line="240" w:lineRule="auto"/>
        <w:jc w:val="center"/>
        <w:rPr>
          <w:b/>
          <w:sz w:val="24"/>
        </w:rPr>
      </w:pPr>
    </w:p>
    <w:p w14:paraId="7567E6E7" w14:textId="73C0679A" w:rsidR="00700F12" w:rsidRDefault="00000000">
      <w:pPr>
        <w:spacing w:before="120" w:after="40" w:line="240" w:lineRule="auto"/>
        <w:jc w:val="center"/>
      </w:pPr>
      <w:r>
        <w:rPr>
          <w:b/>
          <w:sz w:val="24"/>
        </w:rPr>
        <w:t>SORULAR</w:t>
      </w:r>
    </w:p>
    <w:p w14:paraId="2E122F0B" w14:textId="77777777" w:rsidR="00700F12" w:rsidRDefault="00000000">
      <w:pPr>
        <w:keepNext/>
        <w:spacing w:before="60" w:after="40" w:line="240" w:lineRule="auto"/>
      </w:pPr>
      <w:r>
        <w:rPr>
          <w:b/>
          <w:sz w:val="21"/>
        </w:rPr>
        <w:t>1. Soru - Sabit Hızlı Hareket (12 Puan)</w:t>
      </w:r>
    </w:p>
    <w:p w14:paraId="0AA38DE5" w14:textId="77777777" w:rsidR="00700F12" w:rsidRDefault="00000000">
      <w:pPr>
        <w:spacing w:after="40" w:line="240" w:lineRule="auto"/>
      </w:pPr>
      <w:r>
        <w:rPr>
          <w:sz w:val="19"/>
        </w:rPr>
        <w:t>Doğu yönünde sabit 12 m/s hızla hareket eden bir servis aracı, t = 0 anında seçilen referans noktasının 20 m batısındadır. Doğu yönünü pozitif kabul ediniz.</w:t>
      </w:r>
    </w:p>
    <w:p w14:paraId="3F8735F3" w14:textId="77777777" w:rsidR="00700F12" w:rsidRDefault="00000000">
      <w:pPr>
        <w:spacing w:after="40" w:line="240" w:lineRule="auto"/>
      </w:pPr>
      <w:r>
        <w:rPr>
          <w:sz w:val="19"/>
        </w:rPr>
        <w:t>a) Aracın 5 s sonraki konumunu bulunuz. (3 puan)</w:t>
      </w:r>
    </w:p>
    <w:p w14:paraId="412D881D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0ACB9C67" w14:textId="77777777" w:rsidR="00700F12" w:rsidRDefault="00000000">
      <w:pPr>
        <w:spacing w:after="40" w:line="240" w:lineRule="auto"/>
      </w:pPr>
      <w:r>
        <w:rPr>
          <w:sz w:val="19"/>
        </w:rPr>
        <w:t>b) İlk 5 s içindeki yer değiştirmesini bulunuz. (3 puan)</w:t>
      </w:r>
    </w:p>
    <w:p w14:paraId="403BC30E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4FB6CD4C" w14:textId="77777777" w:rsidR="00700F12" w:rsidRDefault="00000000">
      <w:pPr>
        <w:spacing w:after="40" w:line="240" w:lineRule="auto"/>
      </w:pPr>
      <w:r>
        <w:rPr>
          <w:sz w:val="19"/>
        </w:rPr>
        <w:t>c) İlk 5 s içinde aldığı yolu bulunuz. (3 puan)</w:t>
      </w:r>
    </w:p>
    <w:p w14:paraId="32EEB4F3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0AA0AE0A" w14:textId="77777777" w:rsidR="00700F12" w:rsidRDefault="00000000">
      <w:pPr>
        <w:spacing w:after="40" w:line="240" w:lineRule="auto"/>
      </w:pPr>
      <w:r>
        <w:rPr>
          <w:sz w:val="19"/>
        </w:rPr>
        <w:t>ç) Aracın konum-zaman grafiğinin eğimi hangi fiziksel niceliği verir? Bu soru için eğimin değerini yazınız. (3 puan)</w:t>
      </w:r>
    </w:p>
    <w:p w14:paraId="51416E5A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56335FCA" w14:textId="77777777" w:rsidR="00700F12" w:rsidRDefault="00000000">
      <w:pPr>
        <w:keepNext/>
        <w:spacing w:before="60" w:after="40" w:line="240" w:lineRule="auto"/>
      </w:pPr>
      <w:r>
        <w:rPr>
          <w:b/>
          <w:sz w:val="21"/>
        </w:rPr>
        <w:t>2. Soru - Sabit Hızlı Hareket ve Grafikler (12 Puan)</w:t>
      </w:r>
    </w:p>
    <w:p w14:paraId="0BEEB435" w14:textId="77777777" w:rsidR="00700F12" w:rsidRDefault="00000000">
      <w:pPr>
        <w:spacing w:after="40" w:line="240" w:lineRule="auto"/>
      </w:pPr>
      <w:r>
        <w:rPr>
          <w:sz w:val="19"/>
        </w:rPr>
        <w:t>Bir bisikletlinin doğrusal bir yoldaki konumu aşağıdaki tabloda verilmiştir.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255"/>
        <w:gridCol w:w="2255"/>
        <w:gridCol w:w="2255"/>
        <w:gridCol w:w="2255"/>
        <w:gridCol w:w="2255"/>
      </w:tblGrid>
      <w:tr w:rsidR="00700F12" w14:paraId="510334C0" w14:textId="77777777">
        <w:trPr>
          <w:cantSplit/>
          <w:jc w:val="center"/>
        </w:trPr>
        <w:tc>
          <w:tcPr>
            <w:tcW w:w="2255" w:type="dxa"/>
            <w:shd w:val="clear" w:color="auto" w:fill="EAF2F8"/>
            <w:vAlign w:val="center"/>
          </w:tcPr>
          <w:p w14:paraId="5F841757" w14:textId="77777777" w:rsidR="00700F12" w:rsidRDefault="00000000">
            <w:pPr>
              <w:jc w:val="center"/>
            </w:pPr>
            <w:r>
              <w:rPr>
                <w:b/>
                <w:sz w:val="18"/>
              </w:rPr>
              <w:t>Zaman (s)</w:t>
            </w:r>
          </w:p>
        </w:tc>
        <w:tc>
          <w:tcPr>
            <w:tcW w:w="2255" w:type="dxa"/>
            <w:shd w:val="clear" w:color="auto" w:fill="EAF2F8"/>
            <w:vAlign w:val="center"/>
          </w:tcPr>
          <w:p w14:paraId="69804662" w14:textId="77777777" w:rsidR="00700F12" w:rsidRDefault="00000000">
            <w:pPr>
              <w:jc w:val="center"/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2255" w:type="dxa"/>
            <w:shd w:val="clear" w:color="auto" w:fill="EAF2F8"/>
            <w:vAlign w:val="center"/>
          </w:tcPr>
          <w:p w14:paraId="79191F60" w14:textId="77777777" w:rsidR="00700F12" w:rsidRDefault="00000000">
            <w:pPr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2255" w:type="dxa"/>
            <w:shd w:val="clear" w:color="auto" w:fill="EAF2F8"/>
            <w:vAlign w:val="center"/>
          </w:tcPr>
          <w:p w14:paraId="53D596CB" w14:textId="77777777" w:rsidR="00700F12" w:rsidRDefault="00000000">
            <w:pPr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2255" w:type="dxa"/>
            <w:shd w:val="clear" w:color="auto" w:fill="EAF2F8"/>
            <w:vAlign w:val="center"/>
          </w:tcPr>
          <w:p w14:paraId="4406B965" w14:textId="77777777" w:rsidR="00700F12" w:rsidRDefault="00000000">
            <w:pPr>
              <w:jc w:val="center"/>
            </w:pPr>
            <w:r>
              <w:rPr>
                <w:b/>
                <w:sz w:val="18"/>
              </w:rPr>
              <w:t>6</w:t>
            </w:r>
          </w:p>
        </w:tc>
      </w:tr>
      <w:tr w:rsidR="00700F12" w14:paraId="33F6A19A" w14:textId="77777777">
        <w:trPr>
          <w:cantSplit/>
          <w:jc w:val="center"/>
        </w:trPr>
        <w:tc>
          <w:tcPr>
            <w:tcW w:w="2255" w:type="dxa"/>
            <w:vAlign w:val="center"/>
          </w:tcPr>
          <w:p w14:paraId="030B9A85" w14:textId="77777777" w:rsidR="00700F12" w:rsidRDefault="00000000">
            <w:pPr>
              <w:jc w:val="center"/>
            </w:pPr>
            <w:r>
              <w:rPr>
                <w:b/>
                <w:sz w:val="18"/>
              </w:rPr>
              <w:t>Konum (m)</w:t>
            </w:r>
          </w:p>
        </w:tc>
        <w:tc>
          <w:tcPr>
            <w:tcW w:w="2255" w:type="dxa"/>
            <w:vAlign w:val="center"/>
          </w:tcPr>
          <w:p w14:paraId="6F33A1F3" w14:textId="77777777" w:rsidR="00700F12" w:rsidRDefault="00000000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255" w:type="dxa"/>
            <w:vAlign w:val="center"/>
          </w:tcPr>
          <w:p w14:paraId="2AD8EBFB" w14:textId="77777777" w:rsidR="00700F12" w:rsidRDefault="00000000">
            <w:pPr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2255" w:type="dxa"/>
            <w:vAlign w:val="center"/>
          </w:tcPr>
          <w:p w14:paraId="5EE1BA99" w14:textId="77777777" w:rsidR="00700F12" w:rsidRDefault="00000000">
            <w:pPr>
              <w:jc w:val="center"/>
            </w:pPr>
            <w:r>
              <w:rPr>
                <w:sz w:val="18"/>
              </w:rPr>
              <w:t>25</w:t>
            </w:r>
          </w:p>
        </w:tc>
        <w:tc>
          <w:tcPr>
            <w:tcW w:w="2255" w:type="dxa"/>
            <w:vAlign w:val="center"/>
          </w:tcPr>
          <w:p w14:paraId="14C06530" w14:textId="77777777" w:rsidR="00700F12" w:rsidRDefault="00000000">
            <w:pPr>
              <w:jc w:val="center"/>
            </w:pPr>
            <w:r>
              <w:rPr>
                <w:sz w:val="18"/>
              </w:rPr>
              <w:t>35</w:t>
            </w:r>
          </w:p>
        </w:tc>
      </w:tr>
    </w:tbl>
    <w:p w14:paraId="17A26F82" w14:textId="77777777" w:rsidR="00700F12" w:rsidRDefault="00000000">
      <w:pPr>
        <w:spacing w:after="40" w:line="240" w:lineRule="auto"/>
      </w:pPr>
      <w:r>
        <w:rPr>
          <w:sz w:val="19"/>
        </w:rPr>
        <w:t>a) Bisikletlinin hareketinin sabit hızlı olup olmadığını verilerden yararlanarak açıklayınız. (3 puan)</w:t>
      </w:r>
    </w:p>
    <w:p w14:paraId="4D9C8A8B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097BD8CE" w14:textId="77777777" w:rsidR="00700F12" w:rsidRDefault="00000000">
      <w:pPr>
        <w:spacing w:after="40" w:line="240" w:lineRule="auto"/>
      </w:pPr>
      <w:r>
        <w:rPr>
          <w:sz w:val="19"/>
        </w:rPr>
        <w:t>b) Bisikletlinin hızını bulunuz. (3 puan)</w:t>
      </w:r>
    </w:p>
    <w:p w14:paraId="6F39164C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7C195C0A" w14:textId="77777777" w:rsidR="00700F12" w:rsidRDefault="00000000">
      <w:pPr>
        <w:spacing w:after="40" w:line="240" w:lineRule="auto"/>
      </w:pPr>
      <w:r>
        <w:rPr>
          <w:sz w:val="19"/>
        </w:rPr>
        <w:t>c) Tabloya uygun konum-zaman grafiğini çiziniz. (3 puan)</w:t>
      </w:r>
    </w:p>
    <w:p w14:paraId="73ECE431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61FB0FAE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779564FE" w14:textId="77777777" w:rsidR="00700F12" w:rsidRDefault="00000000">
      <w:pPr>
        <w:spacing w:after="40" w:line="240" w:lineRule="auto"/>
      </w:pPr>
      <w:r>
        <w:rPr>
          <w:sz w:val="19"/>
        </w:rPr>
        <w:t>ç) Aynı harekete ait hız-zaman grafiğinin nasıl olması gerektiğini açıklayınız. (3 puan)</w:t>
      </w:r>
    </w:p>
    <w:p w14:paraId="39505BDC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5AE0DCDD" w14:textId="77777777" w:rsidR="00700F12" w:rsidRDefault="00000000">
      <w:pPr>
        <w:keepNext/>
        <w:spacing w:before="60" w:after="40" w:line="240" w:lineRule="auto"/>
      </w:pPr>
      <w:r>
        <w:rPr>
          <w:b/>
          <w:sz w:val="21"/>
        </w:rPr>
        <w:t>3. Soru - İvme ve Hız Değişimi (12 Puan)</w:t>
      </w:r>
    </w:p>
    <w:p w14:paraId="7F85F13C" w14:textId="77777777" w:rsidR="00700F12" w:rsidRDefault="00000000">
      <w:pPr>
        <w:spacing w:after="40" w:line="240" w:lineRule="auto"/>
      </w:pPr>
      <w:r>
        <w:rPr>
          <w:sz w:val="19"/>
        </w:rPr>
        <w:t>Doğu yönünde hareket eden K otomobilinin hızı 4 s içinde 6 m/s’den 18 m/s’ye çıkıyor. Doğu yönünde hareket eden L otomobilinin hızı ise 4 s içinde 18 m/s’den 6 m/s’ye düşüyor.</w:t>
      </w:r>
    </w:p>
    <w:p w14:paraId="50847AAA" w14:textId="77777777" w:rsidR="00700F12" w:rsidRDefault="00000000">
      <w:pPr>
        <w:spacing w:after="40" w:line="240" w:lineRule="auto"/>
      </w:pPr>
      <w:r>
        <w:rPr>
          <w:sz w:val="19"/>
        </w:rPr>
        <w:t>a) K otomobilinin ivmesini büyüklük ve yönüyle bulunuz. (3 puan)</w:t>
      </w:r>
    </w:p>
    <w:p w14:paraId="0562ACF2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35916395" w14:textId="77777777" w:rsidR="00700F12" w:rsidRDefault="00000000">
      <w:pPr>
        <w:spacing w:after="40" w:line="240" w:lineRule="auto"/>
      </w:pPr>
      <w:r>
        <w:rPr>
          <w:sz w:val="19"/>
        </w:rPr>
        <w:t>b) L otomobilinin ivmesini büyüklük ve yönüyle bulunuz. (3 puan)</w:t>
      </w:r>
    </w:p>
    <w:p w14:paraId="25A6104A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6ECBB375" w14:textId="77777777" w:rsidR="00700F12" w:rsidRDefault="00000000">
      <w:pPr>
        <w:spacing w:after="40" w:line="240" w:lineRule="auto"/>
      </w:pPr>
      <w:r>
        <w:rPr>
          <w:sz w:val="19"/>
        </w:rPr>
        <w:t>c) Hangi otomobil hızlanmakta, hangisi yavaşlamaktadır? Gerekçenizi hız ve ivme yönlerini kullanarak yazınız. (4 puan)</w:t>
      </w:r>
    </w:p>
    <w:p w14:paraId="17B081C6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696F3C8E" w14:textId="77777777" w:rsidR="00700F12" w:rsidRDefault="00000000">
      <w:pPr>
        <w:spacing w:after="40" w:line="240" w:lineRule="auto"/>
      </w:pPr>
      <w:r>
        <w:rPr>
          <w:sz w:val="19"/>
        </w:rPr>
        <w:t>ç) İvmenin SI birimini yazınız. (2 puan)</w:t>
      </w:r>
    </w:p>
    <w:p w14:paraId="6B72F331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33E89650" w14:textId="77777777" w:rsidR="00700F12" w:rsidRDefault="00000000">
      <w:pPr>
        <w:keepNext/>
        <w:pageBreakBefore/>
        <w:spacing w:before="60" w:after="40" w:line="240" w:lineRule="auto"/>
      </w:pPr>
      <w:r>
        <w:rPr>
          <w:b/>
          <w:sz w:val="21"/>
        </w:rPr>
        <w:lastRenderedPageBreak/>
        <w:t>4. Soru - Bir Boyutta Sabit İvmeli Hareket (12 Puan)</w:t>
      </w:r>
    </w:p>
    <w:p w14:paraId="7CDB4A1C" w14:textId="77777777" w:rsidR="00700F12" w:rsidRDefault="00000000">
      <w:pPr>
        <w:spacing w:after="40" w:line="240" w:lineRule="auto"/>
      </w:pPr>
      <w:r>
        <w:rPr>
          <w:sz w:val="19"/>
        </w:rPr>
        <w:t>Durgun hâlde bulunan bir otomobil, yatay ve doğrusal bir yolda 2 m/s² sabit ivme ile 6 s boyunca hızlanıyor.</w:t>
      </w:r>
    </w:p>
    <w:p w14:paraId="03B70637" w14:textId="77777777" w:rsidR="00700F12" w:rsidRDefault="00000000">
      <w:pPr>
        <w:spacing w:after="40" w:line="240" w:lineRule="auto"/>
      </w:pPr>
      <w:r>
        <w:rPr>
          <w:sz w:val="19"/>
        </w:rPr>
        <w:t>a) Otomobilin 6 s sonundaki hızını bulunuz. (3 puan)</w:t>
      </w:r>
    </w:p>
    <w:p w14:paraId="1F7630FE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14423EEB" w14:textId="77777777" w:rsidR="00700F12" w:rsidRDefault="00000000">
      <w:pPr>
        <w:spacing w:after="40" w:line="240" w:lineRule="auto"/>
      </w:pPr>
      <w:r>
        <w:rPr>
          <w:sz w:val="19"/>
        </w:rPr>
        <w:t>b) İlk 6 s içinde aldığı yolu bulunuz. (3 puan)</w:t>
      </w:r>
    </w:p>
    <w:p w14:paraId="4C746B27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293F9056" w14:textId="77777777" w:rsidR="00700F12" w:rsidRDefault="00000000">
      <w:pPr>
        <w:spacing w:after="40" w:line="240" w:lineRule="auto"/>
      </w:pPr>
      <w:r>
        <w:rPr>
          <w:sz w:val="19"/>
        </w:rPr>
        <w:t>c) Otomobilin 0-6 s aralığındaki hız-zaman grafiğini çiziniz. (3 puan)</w:t>
      </w:r>
    </w:p>
    <w:p w14:paraId="0690EC91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00D0286F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4CABCED0" w14:textId="77777777" w:rsidR="00700F12" w:rsidRDefault="00000000">
      <w:pPr>
        <w:spacing w:after="40" w:line="240" w:lineRule="auto"/>
      </w:pPr>
      <w:r>
        <w:rPr>
          <w:sz w:val="19"/>
        </w:rPr>
        <w:t>ç) Çizdiğiniz hız-zaman grafiğinin altında kalan alanın fiziksel olarak neyi verdiğini yazınız ve bu sorudaki değerini belirtiniz. (3 puan)</w:t>
      </w:r>
    </w:p>
    <w:p w14:paraId="7629ED02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41765D2A" w14:textId="77777777" w:rsidR="00700F12" w:rsidRDefault="00000000">
      <w:pPr>
        <w:keepNext/>
        <w:spacing w:before="60" w:after="40" w:line="240" w:lineRule="auto"/>
      </w:pPr>
      <w:r>
        <w:rPr>
          <w:b/>
          <w:sz w:val="21"/>
        </w:rPr>
        <w:t>5. Soru - Sabit İvmeli Hareket ve Grafik Yorumlama (12 Puan)</w:t>
      </w:r>
    </w:p>
    <w:p w14:paraId="74E0DC43" w14:textId="77777777" w:rsidR="00700F12" w:rsidRDefault="00000000">
      <w:pPr>
        <w:spacing w:after="40" w:line="240" w:lineRule="auto"/>
      </w:pPr>
      <w:r>
        <w:rPr>
          <w:sz w:val="19"/>
        </w:rPr>
        <w:t>Bir hareketlinin hız değerleri aşağıdaki tabloda verilmiştir. 0-4 s aralığında hızın düzgün arttığı, 4-6 s aralığında ise sabit kaldığı kabul edilmektedir.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255"/>
        <w:gridCol w:w="2255"/>
        <w:gridCol w:w="2255"/>
        <w:gridCol w:w="2255"/>
        <w:gridCol w:w="2255"/>
      </w:tblGrid>
      <w:tr w:rsidR="00700F12" w14:paraId="0C3D4422" w14:textId="77777777">
        <w:trPr>
          <w:cantSplit/>
          <w:jc w:val="center"/>
        </w:trPr>
        <w:tc>
          <w:tcPr>
            <w:tcW w:w="2255" w:type="dxa"/>
            <w:shd w:val="clear" w:color="auto" w:fill="EAF2F8"/>
            <w:vAlign w:val="center"/>
          </w:tcPr>
          <w:p w14:paraId="716EE588" w14:textId="77777777" w:rsidR="00700F12" w:rsidRDefault="00000000">
            <w:pPr>
              <w:jc w:val="center"/>
            </w:pPr>
            <w:r>
              <w:rPr>
                <w:b/>
                <w:sz w:val="18"/>
              </w:rPr>
              <w:t>Zaman (s)</w:t>
            </w:r>
          </w:p>
        </w:tc>
        <w:tc>
          <w:tcPr>
            <w:tcW w:w="2255" w:type="dxa"/>
            <w:shd w:val="clear" w:color="auto" w:fill="EAF2F8"/>
            <w:vAlign w:val="center"/>
          </w:tcPr>
          <w:p w14:paraId="46688186" w14:textId="77777777" w:rsidR="00700F12" w:rsidRDefault="00000000">
            <w:pPr>
              <w:jc w:val="center"/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2255" w:type="dxa"/>
            <w:shd w:val="clear" w:color="auto" w:fill="EAF2F8"/>
            <w:vAlign w:val="center"/>
          </w:tcPr>
          <w:p w14:paraId="323DD9E8" w14:textId="77777777" w:rsidR="00700F12" w:rsidRDefault="00000000">
            <w:pPr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2255" w:type="dxa"/>
            <w:shd w:val="clear" w:color="auto" w:fill="EAF2F8"/>
            <w:vAlign w:val="center"/>
          </w:tcPr>
          <w:p w14:paraId="09DD6629" w14:textId="77777777" w:rsidR="00700F12" w:rsidRDefault="00000000">
            <w:pPr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2255" w:type="dxa"/>
            <w:shd w:val="clear" w:color="auto" w:fill="EAF2F8"/>
            <w:vAlign w:val="center"/>
          </w:tcPr>
          <w:p w14:paraId="0DA4F44F" w14:textId="77777777" w:rsidR="00700F12" w:rsidRDefault="00000000">
            <w:pPr>
              <w:jc w:val="center"/>
            </w:pPr>
            <w:r>
              <w:rPr>
                <w:b/>
                <w:sz w:val="18"/>
              </w:rPr>
              <w:t>6</w:t>
            </w:r>
          </w:p>
        </w:tc>
      </w:tr>
      <w:tr w:rsidR="00700F12" w14:paraId="4B7207E5" w14:textId="77777777">
        <w:trPr>
          <w:cantSplit/>
          <w:jc w:val="center"/>
        </w:trPr>
        <w:tc>
          <w:tcPr>
            <w:tcW w:w="2255" w:type="dxa"/>
            <w:vAlign w:val="center"/>
          </w:tcPr>
          <w:p w14:paraId="256B8021" w14:textId="77777777" w:rsidR="00700F12" w:rsidRDefault="00000000">
            <w:pPr>
              <w:jc w:val="center"/>
            </w:pPr>
            <w:r>
              <w:rPr>
                <w:b/>
                <w:sz w:val="18"/>
              </w:rPr>
              <w:t>Hız (m/s)</w:t>
            </w:r>
          </w:p>
        </w:tc>
        <w:tc>
          <w:tcPr>
            <w:tcW w:w="2255" w:type="dxa"/>
            <w:vAlign w:val="center"/>
          </w:tcPr>
          <w:p w14:paraId="281F392C" w14:textId="77777777" w:rsidR="00700F12" w:rsidRDefault="00000000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255" w:type="dxa"/>
            <w:vAlign w:val="center"/>
          </w:tcPr>
          <w:p w14:paraId="50E115E4" w14:textId="77777777" w:rsidR="00700F12" w:rsidRDefault="00000000"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255" w:type="dxa"/>
            <w:vAlign w:val="center"/>
          </w:tcPr>
          <w:p w14:paraId="66119B8D" w14:textId="77777777" w:rsidR="00700F12" w:rsidRDefault="00000000"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2255" w:type="dxa"/>
            <w:vAlign w:val="center"/>
          </w:tcPr>
          <w:p w14:paraId="4C895440" w14:textId="77777777" w:rsidR="00700F12" w:rsidRDefault="00000000">
            <w:pPr>
              <w:jc w:val="center"/>
            </w:pPr>
            <w:r>
              <w:rPr>
                <w:sz w:val="18"/>
              </w:rPr>
              <w:t>10</w:t>
            </w:r>
          </w:p>
        </w:tc>
      </w:tr>
    </w:tbl>
    <w:p w14:paraId="70A5C490" w14:textId="77777777" w:rsidR="00700F12" w:rsidRDefault="00000000">
      <w:pPr>
        <w:spacing w:after="40" w:line="240" w:lineRule="auto"/>
      </w:pPr>
      <w:r>
        <w:rPr>
          <w:sz w:val="19"/>
        </w:rPr>
        <w:t>a) 0-4 s aralığındaki ivmeyi bulunuz. (3 puan)</w:t>
      </w:r>
    </w:p>
    <w:p w14:paraId="2272C97E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28A89FF2" w14:textId="77777777" w:rsidR="00700F12" w:rsidRDefault="00000000">
      <w:pPr>
        <w:spacing w:after="40" w:line="240" w:lineRule="auto"/>
      </w:pPr>
      <w:r>
        <w:rPr>
          <w:sz w:val="19"/>
        </w:rPr>
        <w:t>b) 4-6 s aralığındaki ivmeyi bulunuz. (2 puan)</w:t>
      </w:r>
    </w:p>
    <w:p w14:paraId="680CD117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4EBE58D0" w14:textId="77777777" w:rsidR="00700F12" w:rsidRDefault="00000000">
      <w:pPr>
        <w:spacing w:after="40" w:line="240" w:lineRule="auto"/>
      </w:pPr>
      <w:r>
        <w:rPr>
          <w:sz w:val="19"/>
        </w:rPr>
        <w:t>c) Tabloya uygun hız-zaman grafiğini çiziniz. (3 puan)</w:t>
      </w:r>
    </w:p>
    <w:p w14:paraId="77620E42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07C9ECFF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68959F38" w14:textId="77777777" w:rsidR="00700F12" w:rsidRDefault="00000000">
      <w:pPr>
        <w:spacing w:after="40" w:line="240" w:lineRule="auto"/>
      </w:pPr>
      <w:r>
        <w:rPr>
          <w:sz w:val="19"/>
        </w:rPr>
        <w:t>ç) Hız-zaman grafiğinin alanından yararlanarak hareketlinin 0-6 s aralığındaki yer değiştirmesini bulunuz. (4 puan)</w:t>
      </w:r>
    </w:p>
    <w:p w14:paraId="4F0A041B" w14:textId="77777777" w:rsidR="00700F12" w:rsidRDefault="00000000">
      <w:pPr>
        <w:spacing w:after="0" w:line="240" w:lineRule="auto"/>
      </w:pPr>
      <w:r>
        <w:rPr>
          <w:sz w:val="17"/>
        </w:rPr>
        <w:t>........................................................................................................................................................................</w:t>
      </w:r>
    </w:p>
    <w:p w14:paraId="4E4C54B4" w14:textId="77777777" w:rsidR="00700F12" w:rsidRDefault="00000000">
      <w:pPr>
        <w:spacing w:before="100" w:after="40" w:line="240" w:lineRule="auto"/>
      </w:pPr>
      <w:r>
        <w:rPr>
          <w:b/>
          <w:sz w:val="21"/>
        </w:rPr>
        <w:t>6. Soru - Doğru / Yanlış (15 Puan)</w:t>
      </w:r>
    </w:p>
    <w:p w14:paraId="615A4F83" w14:textId="77777777" w:rsidR="00700F12" w:rsidRDefault="00000000">
      <w:pPr>
        <w:spacing w:after="40" w:line="240" w:lineRule="auto"/>
      </w:pPr>
      <w:r>
        <w:rPr>
          <w:sz w:val="19"/>
        </w:rPr>
        <w:t>Aşağıdaki ifadelerin başına doğru ise D, yanlış ise Y yazınız. Her doğru cevap 1 puandır.</w:t>
      </w:r>
    </w:p>
    <w:p w14:paraId="60A9316D" w14:textId="77777777" w:rsidR="00700F12" w:rsidRDefault="00000000">
      <w:pPr>
        <w:spacing w:after="14" w:line="240" w:lineRule="auto"/>
      </w:pPr>
      <w:r>
        <w:rPr>
          <w:sz w:val="18"/>
        </w:rPr>
        <w:t>1. (   ) Sabit hızlı doğrusal harekette hızın büyüklüğü ve yönü değişmez.</w:t>
      </w:r>
    </w:p>
    <w:p w14:paraId="55D9FE75" w14:textId="77777777" w:rsidR="00700F12" w:rsidRDefault="00000000">
      <w:pPr>
        <w:spacing w:after="14" w:line="240" w:lineRule="auto"/>
      </w:pPr>
      <w:r>
        <w:rPr>
          <w:sz w:val="18"/>
        </w:rPr>
        <w:t>2. (   ) Sabit hızlı doğrusal harekette ivme sıfırdır.</w:t>
      </w:r>
    </w:p>
    <w:p w14:paraId="2703C2DF" w14:textId="77777777" w:rsidR="00700F12" w:rsidRDefault="00000000">
      <w:pPr>
        <w:spacing w:after="14" w:line="240" w:lineRule="auto"/>
      </w:pPr>
      <w:r>
        <w:rPr>
          <w:sz w:val="18"/>
        </w:rPr>
        <w:t>3. (   ) Konum-zaman grafiğinin eğimi hareketlinin hızını verir.</w:t>
      </w:r>
    </w:p>
    <w:p w14:paraId="56579BDC" w14:textId="77777777" w:rsidR="00700F12" w:rsidRDefault="00000000">
      <w:pPr>
        <w:spacing w:after="14" w:line="240" w:lineRule="auto"/>
      </w:pPr>
      <w:r>
        <w:rPr>
          <w:sz w:val="18"/>
        </w:rPr>
        <w:t>4. (   ) Hız-zaman grafiğinin altında kalan alan yer değiştirmeyi verir.</w:t>
      </w:r>
    </w:p>
    <w:p w14:paraId="7A031F42" w14:textId="77777777" w:rsidR="00700F12" w:rsidRDefault="00000000">
      <w:pPr>
        <w:spacing w:after="14" w:line="240" w:lineRule="auto"/>
      </w:pPr>
      <w:r>
        <w:rPr>
          <w:sz w:val="18"/>
        </w:rPr>
        <w:t>5. (   ) Bir hareketlinin aldığı yol her zaman yer değiştirmesinin büyüklüğüne eşittir.</w:t>
      </w:r>
    </w:p>
    <w:p w14:paraId="64D32D19" w14:textId="77777777" w:rsidR="00700F12" w:rsidRDefault="00000000">
      <w:pPr>
        <w:spacing w:after="14" w:line="240" w:lineRule="auto"/>
      </w:pPr>
      <w:r>
        <w:rPr>
          <w:sz w:val="18"/>
        </w:rPr>
        <w:t>6. (   ) İvmenin SI birimi m/s²’dir.</w:t>
      </w:r>
    </w:p>
    <w:p w14:paraId="1475F72B" w14:textId="77777777" w:rsidR="00700F12" w:rsidRDefault="00000000">
      <w:pPr>
        <w:spacing w:after="14" w:line="240" w:lineRule="auto"/>
      </w:pPr>
      <w:r>
        <w:rPr>
          <w:sz w:val="18"/>
        </w:rPr>
        <w:t>7. (   ) Hız ile ivme aynı yöndeyse cismin sürati artabilir.</w:t>
      </w:r>
    </w:p>
    <w:p w14:paraId="0C97F35B" w14:textId="77777777" w:rsidR="00700F12" w:rsidRDefault="00000000">
      <w:pPr>
        <w:spacing w:after="14" w:line="240" w:lineRule="auto"/>
      </w:pPr>
      <w:r>
        <w:rPr>
          <w:sz w:val="18"/>
        </w:rPr>
        <w:t>8. (   ) Hız ile ivme zıt yöndeyse cismin sürati azalabilir.</w:t>
      </w:r>
    </w:p>
    <w:p w14:paraId="3C5FAF85" w14:textId="77777777" w:rsidR="00700F12" w:rsidRDefault="00000000">
      <w:pPr>
        <w:spacing w:after="14" w:line="240" w:lineRule="auto"/>
      </w:pPr>
      <w:r>
        <w:rPr>
          <w:sz w:val="18"/>
        </w:rPr>
        <w:t>9. (   ) Sabit ivmeli harekette hız-zaman grafiği doğrusal olabilir.</w:t>
      </w:r>
    </w:p>
    <w:p w14:paraId="3DDD4367" w14:textId="77777777" w:rsidR="00700F12" w:rsidRDefault="00000000">
      <w:pPr>
        <w:spacing w:after="14" w:line="240" w:lineRule="auto"/>
      </w:pPr>
      <w:r>
        <w:rPr>
          <w:sz w:val="18"/>
        </w:rPr>
        <w:t>10. (   ) Sabit ivmeli harekette ivme-zaman grafiği yatay bir doğru olabilir.</w:t>
      </w:r>
    </w:p>
    <w:p w14:paraId="6C6FA832" w14:textId="77777777" w:rsidR="00700F12" w:rsidRDefault="00000000">
      <w:pPr>
        <w:spacing w:after="14" w:line="240" w:lineRule="auto"/>
      </w:pPr>
      <w:r>
        <w:rPr>
          <w:sz w:val="18"/>
        </w:rPr>
        <w:t>11. (   ) Bir cismin hızı sıfır olduğu her anda ivmesi de sıfır olmak zorundadır.</w:t>
      </w:r>
    </w:p>
    <w:p w14:paraId="129487F1" w14:textId="77777777" w:rsidR="00700F12" w:rsidRDefault="00000000">
      <w:pPr>
        <w:spacing w:after="14" w:line="240" w:lineRule="auto"/>
      </w:pPr>
      <w:r>
        <w:rPr>
          <w:sz w:val="18"/>
        </w:rPr>
        <w:t>12. (   ) Sabit hızla hareket eden bir cismin eşit zaman aralıklarındaki yer değiştirmeleri eşittir.</w:t>
      </w:r>
    </w:p>
    <w:p w14:paraId="672FF31A" w14:textId="77777777" w:rsidR="00700F12" w:rsidRDefault="00000000">
      <w:pPr>
        <w:spacing w:after="14" w:line="240" w:lineRule="auto"/>
      </w:pPr>
      <w:r>
        <w:rPr>
          <w:sz w:val="18"/>
        </w:rPr>
        <w:t>13. (   ) Hız-zaman grafiğinin eğimi ivmeyi verir.</w:t>
      </w:r>
    </w:p>
    <w:p w14:paraId="358E2262" w14:textId="77777777" w:rsidR="00700F12" w:rsidRDefault="00000000">
      <w:pPr>
        <w:spacing w:after="14" w:line="240" w:lineRule="auto"/>
      </w:pPr>
      <w:r>
        <w:rPr>
          <w:sz w:val="18"/>
        </w:rPr>
        <w:t>14. (   ) Negatif işaretli hız, cismin seçilen pozitif yönün tersine hareket ettiğini gösterebilir.</w:t>
      </w:r>
    </w:p>
    <w:p w14:paraId="28C9DFB2" w14:textId="77777777" w:rsidR="00700F12" w:rsidRDefault="00000000">
      <w:pPr>
        <w:spacing w:after="14" w:line="240" w:lineRule="auto"/>
      </w:pPr>
      <w:r>
        <w:rPr>
          <w:sz w:val="18"/>
        </w:rPr>
        <w:t>15. (   ) Bir hareketlinin konumu negatif değer alıyorsa mutlaka yavaşlıyor demektir.</w:t>
      </w:r>
    </w:p>
    <w:p w14:paraId="63977E30" w14:textId="77777777" w:rsidR="00700F12" w:rsidRDefault="00000000">
      <w:pPr>
        <w:spacing w:before="100" w:after="40" w:line="240" w:lineRule="auto"/>
      </w:pPr>
      <w:r>
        <w:rPr>
          <w:b/>
          <w:sz w:val="21"/>
        </w:rPr>
        <w:t>7. Soru - Boşluk Doldurma (15 Puan)</w:t>
      </w:r>
    </w:p>
    <w:p w14:paraId="45D0DF10" w14:textId="77777777" w:rsidR="00700F12" w:rsidRDefault="00000000">
      <w:pPr>
        <w:spacing w:after="40" w:line="240" w:lineRule="auto"/>
      </w:pPr>
      <w:r>
        <w:rPr>
          <w:sz w:val="19"/>
        </w:rPr>
        <w:t>Aşağıdaki cümleleri uygun fizik kavramı veya birimle tamamlayınız. Her doğru cevap 1 puandır.</w:t>
      </w:r>
    </w:p>
    <w:p w14:paraId="790A4AAA" w14:textId="77777777" w:rsidR="00700F12" w:rsidRDefault="00000000">
      <w:pPr>
        <w:spacing w:after="16" w:line="240" w:lineRule="auto"/>
      </w:pPr>
      <w:r>
        <w:rPr>
          <w:sz w:val="18"/>
        </w:rPr>
        <w:t>1. Bir cismin seçilen referans noktasına göre bulunduğu yere __________ denir.</w:t>
      </w:r>
    </w:p>
    <w:p w14:paraId="1ADF6481" w14:textId="77777777" w:rsidR="00700F12" w:rsidRDefault="00000000">
      <w:pPr>
        <w:spacing w:after="16" w:line="240" w:lineRule="auto"/>
      </w:pPr>
      <w:r>
        <w:rPr>
          <w:sz w:val="18"/>
        </w:rPr>
        <w:t>2. Bir cismin ilk konumundan son konumuna yönlü değişimine __________ denir.</w:t>
      </w:r>
    </w:p>
    <w:p w14:paraId="071F6F60" w14:textId="77777777" w:rsidR="00700F12" w:rsidRDefault="00000000">
      <w:pPr>
        <w:spacing w:after="16" w:line="240" w:lineRule="auto"/>
      </w:pPr>
      <w:r>
        <w:rPr>
          <w:sz w:val="18"/>
        </w:rPr>
        <w:t>3. Hareketlinin izlediği yolun toplam uzunluğuna __________ denir.</w:t>
      </w:r>
    </w:p>
    <w:p w14:paraId="5C00666D" w14:textId="77777777" w:rsidR="00700F12" w:rsidRDefault="00000000">
      <w:pPr>
        <w:spacing w:after="16" w:line="240" w:lineRule="auto"/>
      </w:pPr>
      <w:r>
        <w:rPr>
          <w:sz w:val="18"/>
        </w:rPr>
        <w:t>4. Birim zamanda alınan yol miktarına __________ denir.</w:t>
      </w:r>
    </w:p>
    <w:p w14:paraId="1666586A" w14:textId="77777777" w:rsidR="00700F12" w:rsidRDefault="00000000">
      <w:pPr>
        <w:spacing w:after="16" w:line="240" w:lineRule="auto"/>
      </w:pPr>
      <w:r>
        <w:rPr>
          <w:sz w:val="18"/>
        </w:rPr>
        <w:t>5. Birim zamandaki yer değiştirmeyi ifade eden vektörel büyüklüğe __________ denir.</w:t>
      </w:r>
    </w:p>
    <w:p w14:paraId="6F5A94CD" w14:textId="77777777" w:rsidR="00700F12" w:rsidRDefault="00000000">
      <w:pPr>
        <w:spacing w:after="16" w:line="240" w:lineRule="auto"/>
      </w:pPr>
      <w:r>
        <w:rPr>
          <w:sz w:val="18"/>
        </w:rPr>
        <w:t>6. Birim zamandaki hız değişimine __________ denir.</w:t>
      </w:r>
    </w:p>
    <w:p w14:paraId="010B6274" w14:textId="77777777" w:rsidR="00700F12" w:rsidRDefault="00000000">
      <w:pPr>
        <w:spacing w:after="16" w:line="240" w:lineRule="auto"/>
      </w:pPr>
      <w:r>
        <w:rPr>
          <w:sz w:val="18"/>
        </w:rPr>
        <w:t>7. Hızın SI birimine __________ denir.</w:t>
      </w:r>
    </w:p>
    <w:p w14:paraId="2CCCB7DC" w14:textId="77777777" w:rsidR="00700F12" w:rsidRDefault="00000000">
      <w:pPr>
        <w:spacing w:after="16" w:line="240" w:lineRule="auto"/>
      </w:pPr>
      <w:r>
        <w:rPr>
          <w:sz w:val="18"/>
        </w:rPr>
        <w:t>8. İvmenin SI birimine __________ denir.</w:t>
      </w:r>
    </w:p>
    <w:p w14:paraId="44B643D8" w14:textId="77777777" w:rsidR="00700F12" w:rsidRDefault="00000000">
      <w:pPr>
        <w:spacing w:after="16" w:line="240" w:lineRule="auto"/>
      </w:pPr>
      <w:r>
        <w:rPr>
          <w:sz w:val="18"/>
        </w:rPr>
        <w:t>9. Konum-zaman grafiğinin eğimine __________ denir.</w:t>
      </w:r>
    </w:p>
    <w:p w14:paraId="1F55A168" w14:textId="77777777" w:rsidR="00700F12" w:rsidRDefault="00000000">
      <w:pPr>
        <w:spacing w:after="16" w:line="240" w:lineRule="auto"/>
      </w:pPr>
      <w:r>
        <w:rPr>
          <w:sz w:val="18"/>
        </w:rPr>
        <w:t>10. Hız-zaman grafiğinin eğimine __________ denir.</w:t>
      </w:r>
    </w:p>
    <w:p w14:paraId="331DCC2D" w14:textId="77777777" w:rsidR="00700F12" w:rsidRDefault="00000000">
      <w:pPr>
        <w:spacing w:after="16" w:line="240" w:lineRule="auto"/>
      </w:pPr>
      <w:r>
        <w:rPr>
          <w:sz w:val="18"/>
        </w:rPr>
        <w:t>11. Hız-zaman grafiğinin altında kalan alana karşılık gelen niceliğe __________ denir.</w:t>
      </w:r>
    </w:p>
    <w:p w14:paraId="192EB96F" w14:textId="77777777" w:rsidR="00700F12" w:rsidRDefault="00000000">
      <w:pPr>
        <w:spacing w:after="16" w:line="240" w:lineRule="auto"/>
      </w:pPr>
      <w:r>
        <w:rPr>
          <w:sz w:val="18"/>
        </w:rPr>
        <w:t>12. Hızın değişmediği doğrusal harekete __________ denir.</w:t>
      </w:r>
    </w:p>
    <w:p w14:paraId="308C9E0F" w14:textId="77777777" w:rsidR="00700F12" w:rsidRDefault="00000000">
      <w:pPr>
        <w:spacing w:after="16" w:line="240" w:lineRule="auto"/>
      </w:pPr>
      <w:r>
        <w:rPr>
          <w:sz w:val="18"/>
        </w:rPr>
        <w:t>13. İvmenin değişmediği doğrusal harekete __________ denir.</w:t>
      </w:r>
    </w:p>
    <w:p w14:paraId="1D986AE9" w14:textId="77777777" w:rsidR="00700F12" w:rsidRDefault="00000000">
      <w:pPr>
        <w:spacing w:after="16" w:line="240" w:lineRule="auto"/>
      </w:pPr>
      <w:r>
        <w:rPr>
          <w:sz w:val="18"/>
        </w:rPr>
        <w:t>14. Eşit zaman aralıklarında eşit yer değiştirme yapan doğrusal hareketlinin hızı __________ kabul edilir.</w:t>
      </w:r>
    </w:p>
    <w:p w14:paraId="7B4A2EBA" w14:textId="77777777" w:rsidR="00700F12" w:rsidRDefault="00000000">
      <w:pPr>
        <w:spacing w:after="16" w:line="240" w:lineRule="auto"/>
      </w:pPr>
      <w:r>
        <w:rPr>
          <w:sz w:val="18"/>
        </w:rPr>
        <w:t>15. Hızı eşit zaman aralıklarında eşit miktarda değişen bir cismin ivmesi __________ kabul edilir.</w:t>
      </w:r>
    </w:p>
    <w:p w14:paraId="13640182" w14:textId="77777777" w:rsidR="00354539" w:rsidRDefault="00354539">
      <w:pPr>
        <w:spacing w:before="100" w:after="40" w:line="240" w:lineRule="auto"/>
        <w:rPr>
          <w:b/>
          <w:sz w:val="21"/>
        </w:rPr>
      </w:pPr>
    </w:p>
    <w:p w14:paraId="3C848A1B" w14:textId="77777777" w:rsidR="00354539" w:rsidRDefault="00354539">
      <w:pPr>
        <w:spacing w:before="100" w:after="40" w:line="240" w:lineRule="auto"/>
        <w:rPr>
          <w:b/>
          <w:sz w:val="21"/>
        </w:rPr>
      </w:pPr>
    </w:p>
    <w:p w14:paraId="67EF9DB7" w14:textId="4B55FAD5" w:rsidR="00700F12" w:rsidRDefault="00000000">
      <w:pPr>
        <w:spacing w:before="100" w:after="40" w:line="240" w:lineRule="auto"/>
      </w:pPr>
      <w:r>
        <w:rPr>
          <w:b/>
          <w:sz w:val="21"/>
        </w:rPr>
        <w:lastRenderedPageBreak/>
        <w:t>8. Soru - Eşleştirme (10 Puan)</w:t>
      </w:r>
    </w:p>
    <w:p w14:paraId="6E8250F7" w14:textId="77777777" w:rsidR="00700F12" w:rsidRDefault="00000000">
      <w:pPr>
        <w:spacing w:after="40" w:line="240" w:lineRule="auto"/>
      </w:pPr>
      <w:r>
        <w:rPr>
          <w:sz w:val="19"/>
        </w:rPr>
        <w:t>Aşağıdaki kavramları uygun açıklamalarla eşleştiriniz. Her kavram bir kez kullanılacaktır. Her doğru eşleştirme 1 puandır.</w:t>
      </w:r>
    </w:p>
    <w:p w14:paraId="18690B9E" w14:textId="77777777" w:rsidR="00700F12" w:rsidRDefault="00000000">
      <w:pPr>
        <w:spacing w:after="10" w:line="240" w:lineRule="auto"/>
      </w:pPr>
      <w:r>
        <w:rPr>
          <w:sz w:val="18"/>
        </w:rPr>
        <w:t>A) Konum</w:t>
      </w:r>
    </w:p>
    <w:p w14:paraId="10EF77DB" w14:textId="77777777" w:rsidR="00700F12" w:rsidRDefault="00000000">
      <w:pPr>
        <w:spacing w:after="10" w:line="240" w:lineRule="auto"/>
      </w:pPr>
      <w:r>
        <w:rPr>
          <w:sz w:val="18"/>
        </w:rPr>
        <w:t>B) Yer değiştirme</w:t>
      </w:r>
    </w:p>
    <w:p w14:paraId="4DD5BCA9" w14:textId="77777777" w:rsidR="00700F12" w:rsidRDefault="00000000">
      <w:pPr>
        <w:spacing w:after="10" w:line="240" w:lineRule="auto"/>
      </w:pPr>
      <w:r>
        <w:rPr>
          <w:sz w:val="18"/>
        </w:rPr>
        <w:t>C) Alınan yol</w:t>
      </w:r>
    </w:p>
    <w:p w14:paraId="1BB390C3" w14:textId="77777777" w:rsidR="00700F12" w:rsidRDefault="00000000">
      <w:pPr>
        <w:spacing w:after="10" w:line="240" w:lineRule="auto"/>
      </w:pPr>
      <w:r>
        <w:rPr>
          <w:sz w:val="18"/>
        </w:rPr>
        <w:t>D) Sürat</w:t>
      </w:r>
    </w:p>
    <w:p w14:paraId="52C55BDC" w14:textId="77777777" w:rsidR="00700F12" w:rsidRDefault="00000000">
      <w:pPr>
        <w:spacing w:after="10" w:line="240" w:lineRule="auto"/>
      </w:pPr>
      <w:r>
        <w:rPr>
          <w:sz w:val="18"/>
        </w:rPr>
        <w:t>E) Hız</w:t>
      </w:r>
    </w:p>
    <w:p w14:paraId="7861EAA6" w14:textId="77777777" w:rsidR="00700F12" w:rsidRDefault="00000000">
      <w:pPr>
        <w:spacing w:after="10" w:line="240" w:lineRule="auto"/>
      </w:pPr>
      <w:r>
        <w:rPr>
          <w:sz w:val="18"/>
        </w:rPr>
        <w:t>F) İvme</w:t>
      </w:r>
    </w:p>
    <w:p w14:paraId="5F73D970" w14:textId="77777777" w:rsidR="00700F12" w:rsidRDefault="00000000">
      <w:pPr>
        <w:spacing w:after="10" w:line="240" w:lineRule="auto"/>
      </w:pPr>
      <w:r>
        <w:rPr>
          <w:sz w:val="18"/>
        </w:rPr>
        <w:t>G) Sabit hızlı hareket</w:t>
      </w:r>
    </w:p>
    <w:p w14:paraId="7A69968B" w14:textId="77777777" w:rsidR="00700F12" w:rsidRDefault="00000000">
      <w:pPr>
        <w:spacing w:after="10" w:line="240" w:lineRule="auto"/>
      </w:pPr>
      <w:r>
        <w:rPr>
          <w:sz w:val="18"/>
        </w:rPr>
        <w:t>H) Sabit ivmeli hareket</w:t>
      </w:r>
    </w:p>
    <w:p w14:paraId="3FC1522D" w14:textId="77777777" w:rsidR="00700F12" w:rsidRDefault="00000000">
      <w:pPr>
        <w:spacing w:after="10" w:line="240" w:lineRule="auto"/>
      </w:pPr>
      <w:r>
        <w:rPr>
          <w:sz w:val="18"/>
        </w:rPr>
        <w:t>I) Konum-zaman grafiğinin eğimi</w:t>
      </w:r>
    </w:p>
    <w:p w14:paraId="767A4F9A" w14:textId="77777777" w:rsidR="00700F12" w:rsidRDefault="00000000">
      <w:pPr>
        <w:spacing w:after="10" w:line="240" w:lineRule="auto"/>
      </w:pPr>
      <w:r>
        <w:rPr>
          <w:sz w:val="18"/>
        </w:rPr>
        <w:t>J) Hız-zaman grafiğinin alanı</w:t>
      </w:r>
    </w:p>
    <w:p w14:paraId="4D4CBD2F" w14:textId="77777777" w:rsidR="00700F12" w:rsidRDefault="00000000">
      <w:pPr>
        <w:spacing w:after="12" w:line="240" w:lineRule="auto"/>
      </w:pPr>
      <w:r>
        <w:rPr>
          <w:sz w:val="18"/>
        </w:rPr>
        <w:t>1. Cismin bir referans noktasına göre bulunduğu yer.  (   )</w:t>
      </w:r>
    </w:p>
    <w:p w14:paraId="14027FAE" w14:textId="77777777" w:rsidR="00700F12" w:rsidRDefault="00000000">
      <w:pPr>
        <w:spacing w:after="12" w:line="240" w:lineRule="auto"/>
      </w:pPr>
      <w:r>
        <w:rPr>
          <w:sz w:val="18"/>
        </w:rPr>
        <w:t>2. İlk konumdan son konuma olan yönlü değişim.  (   )</w:t>
      </w:r>
    </w:p>
    <w:p w14:paraId="3EE8F441" w14:textId="77777777" w:rsidR="00700F12" w:rsidRDefault="00000000">
      <w:pPr>
        <w:spacing w:after="12" w:line="240" w:lineRule="auto"/>
      </w:pPr>
      <w:r>
        <w:rPr>
          <w:sz w:val="18"/>
        </w:rPr>
        <w:t>3. Hareket boyunca kat edilen toplam uzunluk.  (   )</w:t>
      </w:r>
    </w:p>
    <w:p w14:paraId="09EF2461" w14:textId="77777777" w:rsidR="00700F12" w:rsidRDefault="00000000">
      <w:pPr>
        <w:spacing w:after="12" w:line="240" w:lineRule="auto"/>
      </w:pPr>
      <w:r>
        <w:rPr>
          <w:sz w:val="18"/>
        </w:rPr>
        <w:t>4. Alınan yolun zamana oranı.  (   )</w:t>
      </w:r>
    </w:p>
    <w:p w14:paraId="36534AA5" w14:textId="77777777" w:rsidR="00700F12" w:rsidRDefault="00000000">
      <w:pPr>
        <w:spacing w:after="12" w:line="240" w:lineRule="auto"/>
      </w:pPr>
      <w:r>
        <w:rPr>
          <w:sz w:val="18"/>
        </w:rPr>
        <w:t>5. Yer değiştirmenin zamana oranı olan vektörel nicelik.  (   )</w:t>
      </w:r>
    </w:p>
    <w:p w14:paraId="346378A1" w14:textId="77777777" w:rsidR="00700F12" w:rsidRDefault="00000000">
      <w:pPr>
        <w:spacing w:after="12" w:line="240" w:lineRule="auto"/>
      </w:pPr>
      <w:r>
        <w:rPr>
          <w:sz w:val="18"/>
        </w:rPr>
        <w:t>6. Hızın zamana göre değişim oranı.  (   )</w:t>
      </w:r>
    </w:p>
    <w:p w14:paraId="67178669" w14:textId="77777777" w:rsidR="00700F12" w:rsidRDefault="00000000">
      <w:pPr>
        <w:spacing w:after="12" w:line="240" w:lineRule="auto"/>
      </w:pPr>
      <w:r>
        <w:rPr>
          <w:sz w:val="18"/>
        </w:rPr>
        <w:t>7. Eşit zaman aralıklarında eşit yer değiştirmelerin yapıldığı doğrusal hareket.  (   )</w:t>
      </w:r>
    </w:p>
    <w:p w14:paraId="0C8C66C1" w14:textId="77777777" w:rsidR="00700F12" w:rsidRDefault="00000000">
      <w:pPr>
        <w:spacing w:after="12" w:line="240" w:lineRule="auto"/>
      </w:pPr>
      <w:r>
        <w:rPr>
          <w:sz w:val="18"/>
        </w:rPr>
        <w:t>8. Hızın eşit zaman aralıklarında eşit miktarda değiştiği hareket.  (   )</w:t>
      </w:r>
    </w:p>
    <w:p w14:paraId="014EB037" w14:textId="77777777" w:rsidR="00700F12" w:rsidRDefault="00000000">
      <w:pPr>
        <w:spacing w:after="12" w:line="240" w:lineRule="auto"/>
      </w:pPr>
      <w:r>
        <w:rPr>
          <w:sz w:val="18"/>
        </w:rPr>
        <w:t>9. Hareketlinin hızını veren grafiksel büyüklük.  (   )</w:t>
      </w:r>
    </w:p>
    <w:p w14:paraId="42CAE700" w14:textId="77777777" w:rsidR="00700F12" w:rsidRDefault="00000000">
      <w:pPr>
        <w:spacing w:after="12" w:line="240" w:lineRule="auto"/>
      </w:pPr>
      <w:r>
        <w:rPr>
          <w:sz w:val="18"/>
        </w:rPr>
        <w:t>10. Yer değiştirmeyi veren grafiksel büyüklük.  (   )</w:t>
      </w:r>
    </w:p>
    <w:p w14:paraId="7D0CCD9A" w14:textId="77777777" w:rsidR="00700F12" w:rsidRDefault="00000000">
      <w:r>
        <w:br/>
      </w:r>
    </w:p>
    <w:p w14:paraId="6F389A1C" w14:textId="77777777" w:rsidR="00700F12" w:rsidRDefault="00000000">
      <w:pPr>
        <w:spacing w:before="60" w:after="80" w:line="240" w:lineRule="auto"/>
        <w:jc w:val="center"/>
      </w:pPr>
      <w:r>
        <w:rPr>
          <w:b/>
          <w:sz w:val="26"/>
        </w:rPr>
        <w:t>CEVAP ANAHTARI</w:t>
      </w:r>
    </w:p>
    <w:p w14:paraId="697D061A" w14:textId="77777777" w:rsidR="00700F12" w:rsidRDefault="00000000">
      <w:pPr>
        <w:spacing w:after="20" w:line="240" w:lineRule="auto"/>
      </w:pPr>
      <w:r>
        <w:rPr>
          <w:b/>
          <w:sz w:val="21"/>
        </w:rPr>
        <w:t>1. Soru</w:t>
      </w:r>
    </w:p>
    <w:p w14:paraId="7C5FFCDE" w14:textId="77777777" w:rsidR="00700F12" w:rsidRDefault="00000000">
      <w:pPr>
        <w:spacing w:after="60" w:line="240" w:lineRule="auto"/>
      </w:pPr>
      <w:r>
        <w:rPr>
          <w:sz w:val="18"/>
        </w:rPr>
        <w:t>a) x = x₀ + v·t = -20 + 12·5 = 40 m.  b) Δx = 40 - (-20) = 60 m doğu yönünde.  c) Yön değiştirmediği için alınan yol 60 m’dir.  ç) Konum-zaman grafiğinin eğimi hızı verir; eğim +12 m/s’dir.</w:t>
      </w:r>
    </w:p>
    <w:p w14:paraId="0974C04C" w14:textId="77777777" w:rsidR="00700F12" w:rsidRDefault="00000000">
      <w:pPr>
        <w:spacing w:after="20" w:line="240" w:lineRule="auto"/>
      </w:pPr>
      <w:r>
        <w:rPr>
          <w:b/>
          <w:sz w:val="21"/>
        </w:rPr>
        <w:t>2. Soru</w:t>
      </w:r>
    </w:p>
    <w:p w14:paraId="5F01C972" w14:textId="77777777" w:rsidR="00700F12" w:rsidRDefault="00000000">
      <w:pPr>
        <w:spacing w:after="60" w:line="240" w:lineRule="auto"/>
      </w:pPr>
      <w:r>
        <w:rPr>
          <w:sz w:val="18"/>
        </w:rPr>
        <w:t>a) Eşit 2 s aralıklarında konum 10 m artmaktadır; hareket sabit hızlıdır.  b) v = Δx/Δt = 10/2 = 5 m/s.  c) (0,5), (2,15), (4,25), (6,35) noktalarından geçen doğrusal artan konum-zaman grafiği.  ç) Hız-zaman grafiği 0-6 s boyunca +5 m/s değerinde yatay doğrudur.</w:t>
      </w:r>
    </w:p>
    <w:p w14:paraId="629A1033" w14:textId="77777777" w:rsidR="00700F12" w:rsidRDefault="00000000">
      <w:pPr>
        <w:spacing w:after="20" w:line="240" w:lineRule="auto"/>
      </w:pPr>
      <w:r>
        <w:rPr>
          <w:b/>
          <w:sz w:val="21"/>
        </w:rPr>
        <w:t>3. Soru</w:t>
      </w:r>
    </w:p>
    <w:p w14:paraId="4B6C630C" w14:textId="77777777" w:rsidR="00700F12" w:rsidRDefault="00000000">
      <w:pPr>
        <w:spacing w:after="60" w:line="240" w:lineRule="auto"/>
      </w:pPr>
      <w:r>
        <w:rPr>
          <w:sz w:val="18"/>
        </w:rPr>
        <w:t>a) aₖ = (18-6)/4 = +3 m/s²; doğu yönünde.  b) aₗ = (6-18)/4 = -3 m/s²; batı yönünde.  c) K’de hız ve ivme aynı yönde olduğu için sürat artar; L’de zıt yönde olduğu için sürat azalır.  ç) m/s².</w:t>
      </w:r>
    </w:p>
    <w:p w14:paraId="18209A21" w14:textId="77777777" w:rsidR="00700F12" w:rsidRDefault="00000000">
      <w:pPr>
        <w:spacing w:after="20" w:line="240" w:lineRule="auto"/>
      </w:pPr>
      <w:r>
        <w:rPr>
          <w:b/>
          <w:sz w:val="21"/>
        </w:rPr>
        <w:t>4. Soru</w:t>
      </w:r>
    </w:p>
    <w:p w14:paraId="35C5A481" w14:textId="77777777" w:rsidR="00700F12" w:rsidRDefault="00000000">
      <w:pPr>
        <w:spacing w:after="60" w:line="240" w:lineRule="auto"/>
      </w:pPr>
      <w:r>
        <w:rPr>
          <w:sz w:val="18"/>
        </w:rPr>
        <w:t>a) v = v₀ + a·t = 0 + 2·6 = 12 m/s.  b) Δx = v₀·t + ½·a·t² = 0 + ½·2·36 = 36 m.  c) (0,0) ile (6,12) noktalarını birleştiren doğrusal artan hız-zaman grafiği.  ç) Grafiğin alanı yer değiştirmeyi verir; üçgen alanı ½·6·12 = 36 m.</w:t>
      </w:r>
    </w:p>
    <w:p w14:paraId="7A44AB65" w14:textId="77777777" w:rsidR="00700F12" w:rsidRDefault="00000000">
      <w:pPr>
        <w:spacing w:after="20" w:line="240" w:lineRule="auto"/>
      </w:pPr>
      <w:r>
        <w:rPr>
          <w:b/>
          <w:sz w:val="21"/>
        </w:rPr>
        <w:t>5. Soru</w:t>
      </w:r>
    </w:p>
    <w:p w14:paraId="37704D49" w14:textId="77777777" w:rsidR="00700F12" w:rsidRDefault="00000000">
      <w:pPr>
        <w:spacing w:after="60" w:line="240" w:lineRule="auto"/>
      </w:pPr>
      <w:r>
        <w:rPr>
          <w:sz w:val="18"/>
        </w:rPr>
        <w:t>a) a = (10-2)/4 = 2 m/s².  b) Hız sabit olduğundan a = 0.  c) 0-4 s arasında 2 m/s’den 10 m/s’ye doğrusal artan, 4-6 s arasında 10 m/s’de yatay hız-zaman grafiği.  ç) 0-4 s alanı = [(2+10)/2]·4 = 24 m; 4-6 s alanı = 10·2 = 20 m; toplam yer değiştirme = 44 m.</w:t>
      </w:r>
    </w:p>
    <w:p w14:paraId="6A51AC47" w14:textId="77777777" w:rsidR="00700F12" w:rsidRDefault="00000000">
      <w:pPr>
        <w:spacing w:after="20" w:line="240" w:lineRule="auto"/>
      </w:pPr>
      <w:r>
        <w:rPr>
          <w:b/>
          <w:sz w:val="21"/>
        </w:rPr>
        <w:t>6. Soru - Doğru / Yanlış</w:t>
      </w:r>
    </w:p>
    <w:p w14:paraId="5A4B19ED" w14:textId="77777777" w:rsidR="00700F12" w:rsidRDefault="00000000">
      <w:pPr>
        <w:spacing w:after="60" w:line="240" w:lineRule="auto"/>
      </w:pPr>
      <w:r>
        <w:rPr>
          <w:sz w:val="18"/>
        </w:rPr>
        <w:t>1-D, 2-D, 3-D, 4-D, 5-Y, 6-D, 7-D, 8-D, 9-D, 10-D, 11-Y, 12-D, 13-D, 14-D, 15-Y.</w:t>
      </w:r>
    </w:p>
    <w:p w14:paraId="0E2E75CA" w14:textId="77777777" w:rsidR="00700F12" w:rsidRDefault="00000000">
      <w:pPr>
        <w:spacing w:after="20" w:line="240" w:lineRule="auto"/>
      </w:pPr>
      <w:r>
        <w:rPr>
          <w:b/>
          <w:sz w:val="21"/>
        </w:rPr>
        <w:t>7. Soru - Boşluk Doldurma</w:t>
      </w:r>
    </w:p>
    <w:p w14:paraId="27696DF2" w14:textId="77777777" w:rsidR="00700F12" w:rsidRDefault="00000000">
      <w:pPr>
        <w:spacing w:after="60" w:line="240" w:lineRule="auto"/>
      </w:pPr>
      <w:r>
        <w:rPr>
          <w:sz w:val="18"/>
        </w:rPr>
        <w:t>1) konum  2) yer değiştirme  3) alınan yol  4) sürat  5) hız  6) ivme  7) m/s  8) m/s²  9) hız  10) ivme  11) yer değiştirme  12) sabit hızlı hareket  13) sabit ivmeli hareket  14) sabit  15) sabit.</w:t>
      </w:r>
    </w:p>
    <w:p w14:paraId="12ABB329" w14:textId="77777777" w:rsidR="00700F12" w:rsidRDefault="00000000">
      <w:pPr>
        <w:spacing w:after="20" w:line="240" w:lineRule="auto"/>
      </w:pPr>
      <w:r>
        <w:rPr>
          <w:b/>
          <w:sz w:val="21"/>
        </w:rPr>
        <w:t>8. Soru - Eşleştirme</w:t>
      </w:r>
    </w:p>
    <w:p w14:paraId="6004E1FE" w14:textId="77777777" w:rsidR="00700F12" w:rsidRDefault="00000000">
      <w:pPr>
        <w:spacing w:after="60" w:line="240" w:lineRule="auto"/>
      </w:pPr>
      <w:r>
        <w:rPr>
          <w:sz w:val="18"/>
        </w:rPr>
        <w:t>1-A, 2-B, 3-C, 4-D, 5-E, 6-F, 7-G, 8-H, 9-I, 10-J.</w:t>
      </w:r>
    </w:p>
    <w:p w14:paraId="365EACA8" w14:textId="77777777" w:rsidR="00700F12" w:rsidRDefault="00000000">
      <w:pPr>
        <w:spacing w:after="20" w:line="240" w:lineRule="auto"/>
      </w:pPr>
      <w:r>
        <w:rPr>
          <w:b/>
          <w:sz w:val="21"/>
        </w:rPr>
        <w:t>Puanlama Notu</w:t>
      </w:r>
    </w:p>
    <w:p w14:paraId="69128BA2" w14:textId="77777777" w:rsidR="00700F12" w:rsidRDefault="00000000">
      <w:pPr>
        <w:spacing w:after="40" w:line="240" w:lineRule="auto"/>
      </w:pPr>
      <w:r>
        <w:rPr>
          <w:sz w:val="18"/>
        </w:rPr>
        <w:t>1-5. soruların her biri 12 puandır. İşlem sorularında doğru yöntem kullanılıp yalnızca aritmetik hata yapılmışsa uygun kısmi puan verilebilir. 6 ve 7. sorularda her madde 1 puan, 8. soruda her eşleştirme 1 puandır.</w:t>
      </w:r>
    </w:p>
    <w:sectPr w:rsidR="00700F12" w:rsidSect="00034616">
      <w:headerReference w:type="default" r:id="rId8"/>
      <w:footerReference w:type="default" r:id="rId9"/>
      <w:pgSz w:w="12240" w:h="15840"/>
      <w:pgMar w:top="425" w:right="482" w:bottom="425" w:left="482" w:header="17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2DD94C" w14:textId="77777777" w:rsidR="003E4946" w:rsidRDefault="003E4946">
      <w:pPr>
        <w:spacing w:after="0" w:line="240" w:lineRule="auto"/>
      </w:pPr>
      <w:r>
        <w:separator/>
      </w:r>
    </w:p>
  </w:endnote>
  <w:endnote w:type="continuationSeparator" w:id="0">
    <w:p w14:paraId="76456AE7" w14:textId="77777777" w:rsidR="003E4946" w:rsidRDefault="003E4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84CF17" w14:textId="77777777" w:rsidR="00700F12" w:rsidRDefault="00000000">
    <w:pPr>
      <w:pStyle w:val="AltBilgi"/>
      <w:jc w:val="center"/>
    </w:pPr>
    <w:r>
      <w:rPr>
        <w:sz w:val="16"/>
      </w:rPr>
      <w:fldChar w:fldCharType="begin"/>
    </w:r>
    <w:r>
      <w:rPr>
        <w:sz w:val="16"/>
      </w:rPr>
      <w:instrText xml:space="preserve"> PAGE </w:instrText>
    </w:r>
    <w:r w:rsidR="00354539">
      <w:rPr>
        <w:sz w:val="16"/>
      </w:rPr>
      <w:fldChar w:fldCharType="separate"/>
    </w:r>
    <w:r w:rsidR="00354539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D7C401" w14:textId="77777777" w:rsidR="003E4946" w:rsidRDefault="003E4946">
      <w:pPr>
        <w:spacing w:after="0" w:line="240" w:lineRule="auto"/>
      </w:pPr>
      <w:r>
        <w:separator/>
      </w:r>
    </w:p>
  </w:footnote>
  <w:footnote w:type="continuationSeparator" w:id="0">
    <w:p w14:paraId="049FEF70" w14:textId="77777777" w:rsidR="003E4946" w:rsidRDefault="003E4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9ABCE8" w14:textId="4848B5F9" w:rsidR="00700F12" w:rsidRDefault="00700F12">
    <w:pPr>
      <w:pStyle w:val="stBilgi"/>
      <w:jc w:val="center"/>
      <w:rPr>
        <w:b/>
        <w:sz w:val="17"/>
        <w:lang w:val="tr-TR"/>
      </w:rPr>
    </w:pPr>
  </w:p>
  <w:p w14:paraId="661F8CFB" w14:textId="77777777" w:rsidR="00354539" w:rsidRDefault="00354539">
    <w:pPr>
      <w:pStyle w:val="stBilgi"/>
      <w:jc w:val="center"/>
      <w:rPr>
        <w:b/>
        <w:sz w:val="17"/>
        <w:lang w:val="tr-TR"/>
      </w:rPr>
    </w:pPr>
  </w:p>
  <w:p w14:paraId="6A165D5B" w14:textId="77777777" w:rsidR="00354539" w:rsidRPr="00354539" w:rsidRDefault="00354539">
    <w:pPr>
      <w:pStyle w:val="stBilgi"/>
      <w:jc w:val="center"/>
      <w:rPr>
        <w:lang w:val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2874461">
    <w:abstractNumId w:val="8"/>
  </w:num>
  <w:num w:numId="2" w16cid:durableId="2144540272">
    <w:abstractNumId w:val="6"/>
  </w:num>
  <w:num w:numId="3" w16cid:durableId="173736641">
    <w:abstractNumId w:val="5"/>
  </w:num>
  <w:num w:numId="4" w16cid:durableId="1968317226">
    <w:abstractNumId w:val="4"/>
  </w:num>
  <w:num w:numId="5" w16cid:durableId="1420833627">
    <w:abstractNumId w:val="7"/>
  </w:num>
  <w:num w:numId="6" w16cid:durableId="1740899728">
    <w:abstractNumId w:val="3"/>
  </w:num>
  <w:num w:numId="7" w16cid:durableId="702636102">
    <w:abstractNumId w:val="2"/>
  </w:num>
  <w:num w:numId="8" w16cid:durableId="1951666941">
    <w:abstractNumId w:val="1"/>
  </w:num>
  <w:num w:numId="9" w16cid:durableId="98500969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4539"/>
    <w:rsid w:val="003E4946"/>
    <w:rsid w:val="00700F12"/>
    <w:rsid w:val="00AA1D8D"/>
    <w:rsid w:val="00B47730"/>
    <w:rsid w:val="00CB0664"/>
    <w:rsid w:val="00D62E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C3E23B"/>
  <w14:defaultImageDpi w14:val="300"/>
  <w15:docId w15:val="{61F59252-7D86-FD44-AE5F-4F30CE58A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1790</Words>
  <Characters>10209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 Sınıf Fizik 1. Dönem 1. Yazılı Sınavı</dc:title>
  <dc:subject>Türkiye Yüzyılı Maarif Modeli - Kuvvet ve Hareket</dc:subject>
  <dc:creator>EtkinlikPaylas.com</dc:creator>
  <cp:keywords/>
  <dc:description>generated by python-docx</dc:description>
  <cp:lastModifiedBy>t2894</cp:lastModifiedBy>
  <cp:revision>2</cp:revision>
  <dcterms:created xsi:type="dcterms:W3CDTF">2013-12-23T23:15:00Z</dcterms:created>
  <dcterms:modified xsi:type="dcterms:W3CDTF">2026-09-19T11:24:00Z</dcterms:modified>
  <cp:category/>
</cp:coreProperties>
</file>