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Exam"/>
        <w:jc w:val="center"/>
      </w:pPr>
      <w:r>
        <w:t>9. SINIF FİZİK 1. DÖNEM 1. YAZILI SINAVI</w:t>
      </w:r>
    </w:p>
    <w:p>
      <w:pPr>
        <w:pStyle w:val="SubtitleExam"/>
        <w:jc w:val="center"/>
      </w:pPr>
      <w:r>
        <w:t>Türkiye Yüzyılı Maarif Modeli • Ayrıntılı Sınav • Toplam 100 Puan</w:t>
      </w:r>
    </w:p>
    <w:tbl>
      <w:tblPr>
        <w:tblStyle w:val="TableGrid"/>
        <w:tblW w:type="auto" w:w="0"/>
        <w:jc w:val="center"/>
        <w:tblLook w:firstColumn="1" w:firstRow="1" w:lastColumn="0" w:lastRow="0" w:noHBand="0" w:noVBand="1" w:val="04A0"/>
      </w:tblPr>
      <w:tblGrid>
        <w:gridCol w:w="2620"/>
        <w:gridCol w:w="2620"/>
        <w:gridCol w:w="2620"/>
        <w:gridCol w:w="2620"/>
      </w:tblGrid>
      <w:tr>
        <w:tc>
          <w:tcPr>
            <w:tcW w:type="dxa" w:w="1361"/>
            <w:tcMar>
              <w:top w:w="70" w:type="dxa"/>
              <w:start w:w="90" w:type="dxa"/>
              <w:bottom w:w="70" w:type="dxa"/>
              <w:end w:w="90" w:type="dxa"/>
            </w:tcMar>
          </w:tcPr>
          <w:p>
            <w:r>
              <w:rPr>
                <w:b/>
              </w:rPr>
              <w:t>Adı Soyadı:</w:t>
            </w:r>
          </w:p>
        </w:tc>
        <w:tc>
          <w:tcPr>
            <w:tcW w:type="dxa" w:w="3742"/>
            <w:tcMar>
              <w:top w:w="70" w:type="dxa"/>
              <w:start w:w="90" w:type="dxa"/>
              <w:bottom w:w="70" w:type="dxa"/>
              <w:end w:w="90" w:type="dxa"/>
            </w:tcMar>
          </w:tcPr>
          <w:p>
            <w:r/>
          </w:p>
        </w:tc>
        <w:tc>
          <w:tcPr>
            <w:tcW w:type="dxa" w:w="1361"/>
            <w:tcMar>
              <w:top w:w="70" w:type="dxa"/>
              <w:start w:w="90" w:type="dxa"/>
              <w:bottom w:w="70" w:type="dxa"/>
              <w:end w:w="90" w:type="dxa"/>
            </w:tcMar>
          </w:tcPr>
          <w:p>
            <w:r>
              <w:rPr>
                <w:b/>
              </w:rPr>
              <w:t>Sınıf / No:</w:t>
            </w:r>
          </w:p>
        </w:tc>
        <w:tc>
          <w:tcPr>
            <w:tcW w:type="dxa" w:w="3742"/>
            <w:tcMar>
              <w:top w:w="70" w:type="dxa"/>
              <w:start w:w="90" w:type="dxa"/>
              <w:bottom w:w="70" w:type="dxa"/>
              <w:end w:w="90" w:type="dxa"/>
            </w:tcMar>
          </w:tcPr>
          <w:p>
            <w:r/>
          </w:p>
        </w:tc>
      </w:tr>
      <w:tr>
        <w:tc>
          <w:tcPr>
            <w:tcW w:type="dxa" w:w="1361"/>
            <w:tcMar>
              <w:top w:w="70" w:type="dxa"/>
              <w:start w:w="90" w:type="dxa"/>
              <w:bottom w:w="70" w:type="dxa"/>
              <w:end w:w="90" w:type="dxa"/>
            </w:tcMar>
          </w:tcPr>
          <w:p>
            <w:r>
              <w:rPr>
                <w:b/>
              </w:rPr>
              <w:t>Okul:</w:t>
            </w:r>
          </w:p>
        </w:tc>
        <w:tc>
          <w:tcPr>
            <w:tcW w:type="dxa" w:w="3742"/>
            <w:tcMar>
              <w:top w:w="70" w:type="dxa"/>
              <w:start w:w="90" w:type="dxa"/>
              <w:bottom w:w="70" w:type="dxa"/>
              <w:end w:w="90" w:type="dxa"/>
            </w:tcMar>
          </w:tcPr>
          <w:p>
            <w:r/>
          </w:p>
        </w:tc>
        <w:tc>
          <w:tcPr>
            <w:tcW w:type="dxa" w:w="1361"/>
            <w:tcMar>
              <w:top w:w="70" w:type="dxa"/>
              <w:start w:w="90" w:type="dxa"/>
              <w:bottom w:w="70" w:type="dxa"/>
              <w:end w:w="90" w:type="dxa"/>
            </w:tcMar>
          </w:tcPr>
          <w:p>
            <w:r>
              <w:rPr>
                <w:b/>
              </w:rPr>
              <w:t>Tarih:</w:t>
            </w:r>
          </w:p>
        </w:tc>
        <w:tc>
          <w:tcPr>
            <w:tcW w:type="dxa" w:w="3742"/>
            <w:tcMar>
              <w:top w:w="70" w:type="dxa"/>
              <w:start w:w="90" w:type="dxa"/>
              <w:bottom w:w="70" w:type="dxa"/>
              <w:end w:w="90" w:type="dxa"/>
            </w:tcMar>
          </w:tcPr>
          <w:p>
            <w:r/>
          </w:p>
        </w:tc>
      </w:tr>
    </w:tbl>
    <w:p>
      <w:pPr>
        <w:pStyle w:val="Small"/>
        <w:spacing w:before="80" w:after="120"/>
        <w:jc w:val="center"/>
      </w:pPr>
      <w:r>
        <w:t>Kapsam: Fizik Bilimi ve Kariyer Keşfi; temel-türetilmiş, skaler-vektörel nicelikler ve vektörler. Doğadaki temel kuvvetler ana sınav kapsamına dahil değildir.</w:t>
      </w:r>
    </w:p>
    <w:p>
      <w:pPr>
        <w:pStyle w:val="QuestionTitle"/>
      </w:pPr>
      <w:r>
        <w:t>Soru ve Puan Dağılımı</w:t>
      </w:r>
    </w:p>
    <w:tbl>
      <w:tblPr>
        <w:tblStyle w:val="TableGrid"/>
        <w:tblW w:type="auto" w:w="0"/>
        <w:jc w:val="center"/>
        <w:tblLook w:firstColumn="1" w:firstRow="1" w:lastColumn="0" w:lastRow="0" w:noHBand="0" w:noVBand="1" w:val="04A0"/>
      </w:tblPr>
      <w:tblGrid>
        <w:gridCol w:w="2096"/>
        <w:gridCol w:w="2096"/>
        <w:gridCol w:w="2096"/>
        <w:gridCol w:w="2096"/>
        <w:gridCol w:w="2096"/>
      </w:tblGrid>
      <w:tr>
        <w:trPr>
          <w:cantSplit/>
        </w:trPr>
        <w:tc>
          <w:tcPr>
            <w:tcW w:type="dxa" w:w="2096"/>
            <w:shd w:fill="D9EAF7"/>
            <w:tcMar>
              <w:top w:w="70" w:type="dxa"/>
              <w:start w:w="90" w:type="dxa"/>
              <w:bottom w:w="70" w:type="dxa"/>
              <w:end w:w="90" w:type="dxa"/>
            </w:tcMar>
          </w:tcPr>
          <w:p>
            <w:pPr>
              <w:jc w:val="center"/>
            </w:pPr>
            <w:r>
              <w:rPr>
                <w:b/>
              </w:rPr>
              <w:t>Bölüm</w:t>
            </w:r>
          </w:p>
        </w:tc>
        <w:tc>
          <w:tcPr>
            <w:tcW w:type="dxa" w:w="2096"/>
            <w:shd w:fill="D9EAF7"/>
            <w:tcMar>
              <w:top w:w="70" w:type="dxa"/>
              <w:start w:w="90" w:type="dxa"/>
              <w:bottom w:w="70" w:type="dxa"/>
              <w:end w:w="90" w:type="dxa"/>
            </w:tcMar>
          </w:tcPr>
          <w:p>
            <w:pPr>
              <w:jc w:val="center"/>
            </w:pPr>
            <w:r>
              <w:rPr>
                <w:b/>
              </w:rPr>
              <w:t>Açık Uçlu (1-5)</w:t>
            </w:r>
          </w:p>
        </w:tc>
        <w:tc>
          <w:tcPr>
            <w:tcW w:type="dxa" w:w="2096"/>
            <w:shd w:fill="D9EAF7"/>
            <w:tcMar>
              <w:top w:w="70" w:type="dxa"/>
              <w:start w:w="90" w:type="dxa"/>
              <w:bottom w:w="70" w:type="dxa"/>
              <w:end w:w="90" w:type="dxa"/>
            </w:tcMar>
          </w:tcPr>
          <w:p>
            <w:pPr>
              <w:jc w:val="center"/>
            </w:pPr>
            <w:r>
              <w:rPr>
                <w:b/>
              </w:rPr>
              <w:t>Doğru / Yanlış</w:t>
            </w:r>
          </w:p>
        </w:tc>
        <w:tc>
          <w:tcPr>
            <w:tcW w:type="dxa" w:w="2096"/>
            <w:shd w:fill="D9EAF7"/>
            <w:tcMar>
              <w:top w:w="70" w:type="dxa"/>
              <w:start w:w="90" w:type="dxa"/>
              <w:bottom w:w="70" w:type="dxa"/>
              <w:end w:w="90" w:type="dxa"/>
            </w:tcMar>
          </w:tcPr>
          <w:p>
            <w:pPr>
              <w:jc w:val="center"/>
            </w:pPr>
            <w:r>
              <w:rPr>
                <w:b/>
              </w:rPr>
              <w:t>Boşluk Doldurma</w:t>
            </w:r>
          </w:p>
        </w:tc>
        <w:tc>
          <w:tcPr>
            <w:tcW w:type="dxa" w:w="2096"/>
            <w:shd w:fill="D9EAF7"/>
            <w:tcMar>
              <w:top w:w="70" w:type="dxa"/>
              <w:start w:w="90" w:type="dxa"/>
              <w:bottom w:w="70" w:type="dxa"/>
              <w:end w:w="90" w:type="dxa"/>
            </w:tcMar>
          </w:tcPr>
          <w:p>
            <w:pPr>
              <w:jc w:val="center"/>
            </w:pPr>
            <w:r>
              <w:rPr>
                <w:b/>
              </w:rPr>
              <w:t>Eşleştirme</w:t>
            </w:r>
          </w:p>
        </w:tc>
      </w:tr>
      <w:tr>
        <w:trPr>
          <w:cantSplit/>
        </w:trPr>
        <w:tc>
          <w:tcPr>
            <w:tcW w:type="dxa" w:w="2096"/>
            <w:tcMar>
              <w:top w:w="70" w:type="dxa"/>
              <w:start w:w="90" w:type="dxa"/>
              <w:bottom w:w="70" w:type="dxa"/>
              <w:end w:w="90" w:type="dxa"/>
            </w:tcMar>
          </w:tcPr>
          <w:p>
            <w:pPr>
              <w:jc w:val="center"/>
            </w:pPr>
            <w:r>
              <w:t>Puan</w:t>
            </w:r>
          </w:p>
        </w:tc>
        <w:tc>
          <w:tcPr>
            <w:tcW w:type="dxa" w:w="2096"/>
            <w:tcMar>
              <w:top w:w="70" w:type="dxa"/>
              <w:start w:w="90" w:type="dxa"/>
              <w:bottom w:w="70" w:type="dxa"/>
              <w:end w:w="90" w:type="dxa"/>
            </w:tcMar>
          </w:tcPr>
          <w:p>
            <w:pPr>
              <w:jc w:val="center"/>
            </w:pPr>
            <w:r>
              <w:t>60</w:t>
            </w:r>
          </w:p>
        </w:tc>
        <w:tc>
          <w:tcPr>
            <w:tcW w:type="dxa" w:w="2096"/>
            <w:tcMar>
              <w:top w:w="70" w:type="dxa"/>
              <w:start w:w="90" w:type="dxa"/>
              <w:bottom w:w="70" w:type="dxa"/>
              <w:end w:w="90" w:type="dxa"/>
            </w:tcMar>
          </w:tcPr>
          <w:p>
            <w:pPr>
              <w:jc w:val="center"/>
            </w:pPr>
            <w:r>
              <w:t>15</w:t>
            </w:r>
          </w:p>
        </w:tc>
        <w:tc>
          <w:tcPr>
            <w:tcW w:type="dxa" w:w="2096"/>
            <w:tcMar>
              <w:top w:w="70" w:type="dxa"/>
              <w:start w:w="90" w:type="dxa"/>
              <w:bottom w:w="70" w:type="dxa"/>
              <w:end w:w="90" w:type="dxa"/>
            </w:tcMar>
          </w:tcPr>
          <w:p>
            <w:pPr>
              <w:jc w:val="center"/>
            </w:pPr>
            <w:r>
              <w:t>15</w:t>
            </w:r>
          </w:p>
        </w:tc>
        <w:tc>
          <w:tcPr>
            <w:tcW w:type="dxa" w:w="2096"/>
            <w:tcMar>
              <w:top w:w="70" w:type="dxa"/>
              <w:start w:w="90" w:type="dxa"/>
              <w:bottom w:w="70" w:type="dxa"/>
              <w:end w:w="90" w:type="dxa"/>
            </w:tcMar>
          </w:tcPr>
          <w:p>
            <w:pPr>
              <w:jc w:val="center"/>
            </w:pPr>
            <w:r>
              <w:t>10</w:t>
            </w:r>
          </w:p>
        </w:tc>
      </w:tr>
    </w:tbl>
    <w:p>
      <w:pPr>
        <w:pStyle w:val="Small"/>
        <w:spacing w:before="80" w:after="120"/>
      </w:pPr>
      <w:r>
        <w:t>Not: En sondaki FİZ.9.2.6 ve FİZ.9.2.7 alternatif soruları 100 puanlık ana sınava dahil değildir. Öğretmen isterse açık uçlu sorulardan biriyle değiştirebilir.</w:t>
      </w:r>
    </w:p>
    <w:p>
      <w:pPr>
        <w:pStyle w:val="QuestionTitle"/>
        <w:jc w:val="center"/>
      </w:pPr>
      <w:r>
        <w:t>SORULAR</w:t>
      </w:r>
    </w:p>
    <w:p>
      <w:pPr>
        <w:pStyle w:val="QuestionTitle"/>
        <w:keepNext/>
      </w:pPr>
      <w:r>
        <w:rPr>
          <w:b/>
        </w:rPr>
        <w:t>1. Soru – Fizik Bilimi ve Diğer Disiplinler (12 Puan)</w:t>
      </w:r>
    </w:p>
    <w:p>
      <w:pPr>
        <w:pStyle w:val="Body"/>
      </w:pPr>
      <w:r>
        <w:t>Bir hastanede manyetik rezonans görüntüleme cihazı ile insan vücudunun görüntüleri elde edilmekte, görüntüler bilgisayar ortamında matematiksel yöntemlerle işlenmekte ve doktorlar tarafından biyolojik yapılar incelenmektedir.</w:t>
      </w:r>
    </w:p>
    <w:p>
      <w:pPr>
        <w:pStyle w:val="Body"/>
        <w:spacing w:after="40"/>
      </w:pPr>
      <w:r>
        <w:t>a) Bu çalışmada fizik biliminin biyoloji ve matematik ile nasıl ilişki kurduğunu açıklayınız. (4 puan)</w:t>
      </w:r>
    </w:p>
    <w:p>
      <w:pPr>
        <w:spacing w:after="40" w:before="0"/>
      </w:pPr>
      <w:r>
        <w:t>................................................................................................................................................</w:t>
      </w:r>
    </w:p>
    <w:p>
      <w:pPr>
        <w:spacing w:after="40" w:before="0"/>
      </w:pPr>
      <w:r>
        <w:t>................................................................................................................................................</w:t>
      </w:r>
    </w:p>
    <w:p>
      <w:pPr>
        <w:pStyle w:val="Body"/>
        <w:spacing w:after="40"/>
      </w:pPr>
      <w:r>
        <w:t>b) Verilen örnekten hareketle fizik bilimini kendi cümlelerinizle tanımlayınız. (4 puan)</w:t>
      </w:r>
    </w:p>
    <w:p>
      <w:pPr>
        <w:spacing w:after="40" w:before="0"/>
      </w:pPr>
      <w:r>
        <w:t>................................................................................................................................................</w:t>
      </w:r>
    </w:p>
    <w:p>
      <w:pPr>
        <w:spacing w:after="40" w:before="0"/>
      </w:pPr>
      <w:r>
        <w:t>................................................................................................................................................</w:t>
      </w:r>
    </w:p>
    <w:p>
      <w:pPr>
        <w:pStyle w:val="Body"/>
        <w:spacing w:after="40"/>
      </w:pPr>
      <w:r>
        <w:t>c) İbnülheysem, Hazini, Newton veya Einstein’dan birini seçiniz. Seçtiğiniz bilim insanının çalışma biçimi ya da bilime yaklaşımının bilimsel gelişmeye nasıl katkı sağladığını kısaca açıklayınız. (4 puan)</w:t>
      </w:r>
    </w:p>
    <w:p>
      <w:pPr>
        <w:spacing w:after="40" w:before="0"/>
      </w:pPr>
      <w:r>
        <w:t>................................................................................................................................................</w:t>
      </w:r>
    </w:p>
    <w:p>
      <w:pPr>
        <w:spacing w:after="40" w:before="0"/>
      </w:pPr>
      <w:r>
        <w:t>................................................................................................................................................</w:t>
      </w:r>
    </w:p>
    <w:p>
      <w:pPr>
        <w:pStyle w:val="QuestionTitle"/>
        <w:keepNext/>
      </w:pPr>
      <w:r>
        <w:rPr>
          <w:b/>
        </w:rPr>
        <w:t>2. Soru – Fizik Biliminin Alt Dalları ve Kariyer Keşfi (12 Puan)</w:t>
      </w:r>
    </w:p>
    <w:p>
      <w:pPr>
        <w:pStyle w:val="Body"/>
      </w:pPr>
      <w:r>
        <w:t>Aşağıda farklı araştırma alanları verilmiştir: (I) ısı yalıtımı ve enerji verimliliği, (II) mercek ve görüntüleme sistemleri, (III) elektrik ve manyetik alan kullanan elektronik sistemler, (IV) atom altı parçacıkların hızlandırıcılarla incelenmesi.</w:t>
      </w:r>
    </w:p>
    <w:p>
      <w:pPr>
        <w:pStyle w:val="Body"/>
        <w:spacing w:after="40"/>
      </w:pPr>
      <w:r>
        <w:t>a) I–IV çalışmalarını uygun fizik alt dallarıyla eşleştiriniz. (4 puan)</w:t>
      </w:r>
    </w:p>
    <w:p>
      <w:pPr>
        <w:spacing w:after="40" w:before="0"/>
      </w:pPr>
      <w:r>
        <w:t>................................................................................................................................................</w:t>
      </w:r>
    </w:p>
    <w:p>
      <w:pPr>
        <w:pStyle w:val="Body"/>
        <w:spacing w:after="40"/>
      </w:pPr>
      <w:r>
        <w:t>b) IV numaralı çalışma için CERN neden uygun bir araştırma merkezidir? Kısaca açıklayınız. (4 puan)</w:t>
      </w:r>
    </w:p>
    <w:p>
      <w:pPr>
        <w:spacing w:after="40" w:before="0"/>
      </w:pPr>
      <w:r>
        <w:t>................................................................................................................................................</w:t>
      </w:r>
    </w:p>
    <w:p>
      <w:pPr>
        <w:spacing w:after="40" w:before="0"/>
      </w:pPr>
      <w:r>
        <w:t>................................................................................................................................................</w:t>
      </w:r>
    </w:p>
    <w:p>
      <w:pPr>
        <w:pStyle w:val="Body"/>
        <w:spacing w:after="40"/>
      </w:pPr>
      <w:r>
        <w:t>c) TUA, TENMAK, ASELSAN veya TÜBİTAK kurumlarından birini seçiniz. Bu kurumda fizik bilgisi kullanılan bir çalışma alanı ve bu alanda görev alabilecek bir meslek yazınız. (4 puan)</w:t>
      </w:r>
    </w:p>
    <w:p>
      <w:pPr>
        <w:spacing w:after="40" w:before="0"/>
      </w:pPr>
      <w:r>
        <w:t>................................................................................................................................................</w:t>
      </w:r>
    </w:p>
    <w:p>
      <w:pPr>
        <w:spacing w:after="40" w:before="0"/>
      </w:pPr>
      <w:r>
        <w:t>................................................................................................................................................</w:t>
      </w:r>
    </w:p>
    <w:p>
      <w:pPr>
        <w:pStyle w:val="QuestionTitle"/>
        <w:keepNext/>
      </w:pPr>
      <w:r>
        <w:rPr>
          <w:b/>
        </w:rPr>
        <w:t>3. Soru – Temel/Türetilmiş ve Skaler/Vektörel Nicelikler (12 Puan)</w:t>
      </w:r>
    </w:p>
    <w:p>
      <w:pPr>
        <w:pStyle w:val="Body"/>
      </w:pPr>
      <w:r>
        <w:t>Aşağıdaki fiziksel nicelikleri inceleyiniz: uzunluk, kütle, zaman, sıcaklık, sürat, hız, kuvvet, enerji.</w:t>
      </w:r>
    </w:p>
    <w:p>
      <w:pPr>
        <w:pStyle w:val="Body"/>
        <w:spacing w:after="40"/>
      </w:pPr>
      <w:r>
        <w:t>a) Nicelikleri temel ve türetilmiş olmak üzere iki gruba ayırınız. (4 puan)</w:t>
      </w:r>
    </w:p>
    <w:p>
      <w:pPr>
        <w:spacing w:after="40" w:before="0"/>
      </w:pPr>
      <w:r>
        <w:t>................................................................................................................................................</w:t>
      </w:r>
    </w:p>
    <w:p>
      <w:pPr>
        <w:spacing w:after="40" w:before="0"/>
      </w:pPr>
      <w:r>
        <w:t>................................................................................................................................................</w:t>
      </w:r>
    </w:p>
    <w:p>
      <w:pPr>
        <w:pStyle w:val="Body"/>
        <w:spacing w:after="40"/>
      </w:pPr>
      <w:r>
        <w:t>b) Nicelikleri skaler ve vektörel olmak üzere iki gruba ayırınız. (4 puan)</w:t>
      </w:r>
    </w:p>
    <w:p>
      <w:pPr>
        <w:spacing w:after="40" w:before="0"/>
      </w:pPr>
      <w:r>
        <w:t>................................................................................................................................................</w:t>
      </w:r>
    </w:p>
    <w:p>
      <w:pPr>
        <w:spacing w:after="40" w:before="0"/>
      </w:pPr>
      <w:r>
        <w:t>................................................................................................................................................</w:t>
      </w:r>
    </w:p>
    <w:p>
      <w:pPr>
        <w:pStyle w:val="Body"/>
        <w:spacing w:after="40"/>
      </w:pPr>
      <w:r>
        <w:t>c) Kuvvetin SI birimini temel birimler cinsinden yazınız ve bunun neden türetilmiş bir nicelik olduğunu açıklayınız. (4 puan)</w:t>
      </w:r>
    </w:p>
    <w:p>
      <w:pPr>
        <w:spacing w:after="40" w:before="0"/>
      </w:pPr>
      <w:r>
        <w:t>................................................................................................................................................</w:t>
      </w:r>
    </w:p>
    <w:p>
      <w:pPr>
        <w:spacing w:after="40" w:before="0"/>
      </w:pPr>
      <w:r>
        <w:t>................................................................................................................................................</w:t>
      </w:r>
    </w:p>
    <w:p>
      <w:pPr>
        <w:pStyle w:val="QuestionTitle"/>
        <w:keepNext/>
      </w:pPr>
      <w:r>
        <w:rPr>
          <w:b/>
        </w:rPr>
        <w:t>4. Soru – Vektörlerin Yön ve Büyüklükleri (12 Puan)</w:t>
      </w:r>
    </w:p>
    <w:p>
      <w:pPr>
        <w:pStyle w:val="Body"/>
      </w:pPr>
      <w:r>
        <w:t>Aynı doğrultu üzerindeki dört vektör şu şekildedir: A = 4 birim doğu, B = 4 birim doğu, C = 4 birim batı, D = 8 birim doğu.</w:t>
      </w:r>
    </w:p>
    <w:p>
      <w:pPr>
        <w:pStyle w:val="Body"/>
        <w:spacing w:after="40"/>
      </w:pPr>
      <w:r>
        <w:t>a) A, B, C ve D vektörlerinden eşit olanları belirleyiniz. (3 puan)</w:t>
      </w:r>
    </w:p>
    <w:p>
      <w:pPr>
        <w:spacing w:after="40" w:before="0"/>
      </w:pPr>
      <w:r>
        <w:t>................................................................................................................................................</w:t>
      </w:r>
    </w:p>
    <w:p>
      <w:pPr>
        <w:pStyle w:val="Body"/>
        <w:spacing w:after="40"/>
      </w:pPr>
      <w:r>
        <w:t>b) A vektörünün zıt vektörünü verilenler arasından belirleyiniz ve gerekçenizi yazınız. (3 puan)</w:t>
      </w:r>
    </w:p>
    <w:p>
      <w:pPr>
        <w:spacing w:after="40" w:before="0"/>
      </w:pPr>
      <w:r>
        <w:t>................................................................................................................................................</w:t>
      </w:r>
    </w:p>
    <w:p>
      <w:pPr>
        <w:pStyle w:val="Body"/>
        <w:spacing w:after="40"/>
      </w:pPr>
      <w:r>
        <w:t>c) D vektörünü A vektörü cinsinden ifade ediniz. (3 puan)</w:t>
      </w:r>
    </w:p>
    <w:p>
      <w:pPr>
        <w:spacing w:after="40" w:before="0"/>
      </w:pPr>
      <w:r>
        <w:t>................................................................................................................................................</w:t>
      </w:r>
    </w:p>
    <w:p>
      <w:pPr>
        <w:pStyle w:val="Body"/>
        <w:spacing w:after="40"/>
      </w:pPr>
      <w:r>
        <w:t>ç) İki vektörün eşit sayılabilmesi için hangi iki özelliğinin aynı olması gerekir? (3 puan)</w:t>
      </w:r>
    </w:p>
    <w:p>
      <w:pPr>
        <w:spacing w:after="40" w:before="0"/>
      </w:pPr>
      <w:r>
        <w:t>................................................................................................................................................</w:t>
      </w:r>
    </w:p>
    <w:p>
      <w:pPr>
        <w:pStyle w:val="QuestionTitle"/>
        <w:keepNext/>
      </w:pPr>
      <w:r>
        <w:rPr>
          <w:b/>
        </w:rPr>
        <w:t>5. Soru – Vektörlerin Toplanması (12 Puan)</w:t>
      </w:r>
    </w:p>
    <w:p>
      <w:pPr>
        <w:pStyle w:val="Body"/>
      </w:pPr>
      <w:r>
        <w:t>Bir cisme aynı anda doğu yönünde 6 N ve kuzey yönünde 8 N büyüklüğünde iki kuvvet uygulanıyor.</w:t>
      </w:r>
    </w:p>
    <w:p>
      <w:pPr>
        <w:pStyle w:val="Body"/>
        <w:spacing w:after="40"/>
      </w:pPr>
      <w:r>
        <w:t>a) Kuvvetleri ortak başlangıç noktasından çizerek paralelkenar yöntemiyle bileşke kuvvetin yönünü gösteriniz. (4 puan)</w:t>
      </w:r>
    </w:p>
    <w:p>
      <w:pPr>
        <w:spacing w:after="40" w:before="0"/>
      </w:pPr>
      <w:r>
        <w:t>................................................................................................................................................</w:t>
      </w:r>
    </w:p>
    <w:p>
      <w:pPr>
        <w:spacing w:after="40" w:before="0"/>
      </w:pPr>
      <w:r>
        <w:t>................................................................................................................................................</w:t>
      </w:r>
    </w:p>
    <w:p>
      <w:pPr>
        <w:pStyle w:val="Body"/>
        <w:spacing w:after="40"/>
      </w:pPr>
      <w:r>
        <w:t>b) Bileşke kuvvetin büyüklüğünü hesaplayınız. (4 puan)</w:t>
      </w:r>
    </w:p>
    <w:p>
      <w:pPr>
        <w:spacing w:after="40" w:before="0"/>
      </w:pPr>
      <w:r>
        <w:t>................................................................................................................................................</w:t>
      </w:r>
    </w:p>
    <w:p>
      <w:pPr>
        <w:spacing w:after="40" w:before="0"/>
      </w:pPr>
      <w:r>
        <w:t>................................................................................................................................................</w:t>
      </w:r>
    </w:p>
    <w:p>
      <w:pPr>
        <w:pStyle w:val="Body"/>
        <w:spacing w:after="40"/>
      </w:pPr>
      <w:r>
        <w:t>c) Aynı bileşke vektörün uç uca ekleme yöntemiyle de elde edilebileceğini açıklayınız. (4 puan)</w:t>
      </w:r>
    </w:p>
    <w:p>
      <w:pPr>
        <w:spacing w:after="40" w:before="0"/>
      </w:pPr>
      <w:r>
        <w:t>................................................................................................................................................</w:t>
      </w:r>
    </w:p>
    <w:p>
      <w:pPr>
        <w:spacing w:after="40" w:before="0"/>
      </w:pPr>
      <w:r>
        <w:t>................................................................................................................................................</w:t>
      </w:r>
    </w:p>
    <w:p>
      <w:r>
        <w:br w:type="page"/>
      </w:r>
    </w:p>
    <w:p>
      <w:pPr>
        <w:pStyle w:val="QuestionTitle"/>
        <w:keepNext/>
      </w:pPr>
      <w:r>
        <w:rPr>
          <w:b/>
        </w:rPr>
        <w:t>6. Soru – Doğru / Yanlış (15 Puan)</w:t>
      </w:r>
    </w:p>
    <w:p>
      <w:pPr>
        <w:pStyle w:val="Body"/>
      </w:pPr>
      <w:r>
        <w:t>Aşağıdaki ifadelerin başına doğru ise D, yanlış ise Y yazınız. (Her doğru cevap 1 puan)</w:t>
      </w:r>
    </w:p>
    <w:p>
      <w:pPr>
        <w:pStyle w:val="Body"/>
        <w:spacing w:after="20"/>
      </w:pPr>
      <w:r>
        <w:t>1. (   ) Fizik bilimi, doğadaki olayları madde, enerji, hareket ve etkileşimler üzerinden anlamaya çalışır.</w:t>
      </w:r>
    </w:p>
    <w:p>
      <w:pPr>
        <w:pStyle w:val="Body"/>
        <w:spacing w:after="20"/>
      </w:pPr>
      <w:r>
        <w:t>2. (   ) Mekanik; hareket, kuvvet ve denge ile ilgili olayları inceler.</w:t>
      </w:r>
    </w:p>
    <w:p>
      <w:pPr>
        <w:pStyle w:val="Body"/>
        <w:spacing w:after="20"/>
      </w:pPr>
      <w:r>
        <w:t>3. (   ) Optik, ısı ve sıcaklık olaylarını inceleyen fizik alt dalıdır.</w:t>
      </w:r>
    </w:p>
    <w:p>
      <w:pPr>
        <w:pStyle w:val="Body"/>
        <w:spacing w:after="20"/>
      </w:pPr>
      <w:r>
        <w:t>4. (   ) CERN’de parçacık fiziği ve atom altı parçacıklar üzerine çalışmalar yapılır.</w:t>
      </w:r>
    </w:p>
    <w:p>
      <w:pPr>
        <w:pStyle w:val="Body"/>
        <w:spacing w:after="20"/>
      </w:pPr>
      <w:r>
        <w:t>5. (   ) TUA, uzay ve havacılık teknolojileriyle ilişkili çalışmalar yürütür.</w:t>
      </w:r>
    </w:p>
    <w:p>
      <w:pPr>
        <w:pStyle w:val="Body"/>
        <w:spacing w:after="20"/>
      </w:pPr>
      <w:r>
        <w:t>6. (   ) Uzunluk, kütle ve zaman SI sistemindeki temel niceliklerdendir.</w:t>
      </w:r>
    </w:p>
    <w:p>
      <w:pPr>
        <w:pStyle w:val="Body"/>
        <w:spacing w:after="20"/>
      </w:pPr>
      <w:r>
        <w:t>7. (   ) Kuvvet temel bir niceliktir.</w:t>
      </w:r>
    </w:p>
    <w:p>
      <w:pPr>
        <w:pStyle w:val="Body"/>
        <w:spacing w:after="20"/>
      </w:pPr>
      <w:r>
        <w:t>8. (   ) Sürat skaler, hız vektörel bir niceliktir.</w:t>
      </w:r>
    </w:p>
    <w:p>
      <w:pPr>
        <w:pStyle w:val="Body"/>
        <w:spacing w:after="20"/>
      </w:pPr>
      <w:r>
        <w:t>9. (   ) Enerji vektörel bir niceliktir.</w:t>
      </w:r>
    </w:p>
    <w:p>
      <w:pPr>
        <w:pStyle w:val="Body"/>
        <w:spacing w:after="20"/>
      </w:pPr>
      <w:r>
        <w:t>10. (   ) Eşit vektörlerin büyüklükleri ve yönleri aynıdır.</w:t>
      </w:r>
    </w:p>
    <w:p>
      <w:pPr>
        <w:pStyle w:val="Body"/>
        <w:spacing w:after="20"/>
      </w:pPr>
      <w:r>
        <w:t>11. (   ) Zıt vektörlerin büyüklükleri farklı olmak zorundadır.</w:t>
      </w:r>
    </w:p>
    <w:p>
      <w:pPr>
        <w:pStyle w:val="Body"/>
        <w:spacing w:after="20"/>
      </w:pPr>
      <w:r>
        <w:t>12. (   ) Bir vektör negatif bir gerçek sayı ile çarpılırsa yönü tersine döner.</w:t>
      </w:r>
    </w:p>
    <w:p>
      <w:pPr>
        <w:pStyle w:val="Body"/>
        <w:spacing w:after="20"/>
      </w:pPr>
      <w:r>
        <w:t>13. (   ) Uç uca ekleme yönteminde bileşke, ilk vektörün başlangıcından son vektörün ucuna çizilir.</w:t>
      </w:r>
    </w:p>
    <w:p>
      <w:pPr>
        <w:pStyle w:val="Body"/>
        <w:spacing w:after="20"/>
      </w:pPr>
      <w:r>
        <w:t>14. (   ) Paralelkenar yöntemi, ortak başlangıç noktasına sahip iki vektörün toplamında kullanılabilir.</w:t>
      </w:r>
    </w:p>
    <w:p>
      <w:pPr>
        <w:pStyle w:val="Body"/>
        <w:spacing w:after="20"/>
      </w:pPr>
      <w:r>
        <w:t>15. (   ) Vektörleri bileşenlerine ayırırken 9. sınıf düzeyinde dik kartezyen koordinat sistemi kullanılabilir.</w:t>
      </w:r>
    </w:p>
    <w:p>
      <w:pPr>
        <w:pStyle w:val="QuestionTitle"/>
        <w:keepNext/>
      </w:pPr>
      <w:r>
        <w:rPr>
          <w:b/>
        </w:rPr>
        <w:t>7. Soru – Boşluk Doldurma (15 Puan)</w:t>
      </w:r>
    </w:p>
    <w:p>
      <w:pPr>
        <w:pStyle w:val="Body"/>
      </w:pPr>
      <w:r>
        <w:t>Aşağıdaki cümleleri uygun kavramlarla tamamlayınız. (Her doğru cevap 1 puan)</w:t>
      </w:r>
    </w:p>
    <w:p>
      <w:pPr>
        <w:pStyle w:val="Body"/>
        <w:spacing w:after="20"/>
      </w:pPr>
      <w:r>
        <w:t>1. Işık ve ışığın maddeyle etkileşimini inceleyen fizik alt dalına ______________________________ denir.</w:t>
      </w:r>
    </w:p>
    <w:p>
      <w:pPr>
        <w:pStyle w:val="Body"/>
        <w:spacing w:after="20"/>
      </w:pPr>
      <w:r>
        <w:t>2. Isı, sıcaklık ve enerji aktarımını inceleyen fizik alt dalına ______________________________ denir.</w:t>
      </w:r>
    </w:p>
    <w:p>
      <w:pPr>
        <w:pStyle w:val="Body"/>
        <w:spacing w:after="20"/>
      </w:pPr>
      <w:r>
        <w:t>3. Elektrik yükleri, elektrik alan ve manyetik olayları inceleyen fizik alt dalına ______________________________ denir.</w:t>
      </w:r>
    </w:p>
    <w:p>
      <w:pPr>
        <w:pStyle w:val="Body"/>
        <w:spacing w:after="20"/>
      </w:pPr>
      <w:r>
        <w:t>4. Hareket, kuvvet ve denge olaylarını inceleyen fizik alt dalına ______________________________ denir.</w:t>
      </w:r>
    </w:p>
    <w:p>
      <w:pPr>
        <w:pStyle w:val="Body"/>
        <w:spacing w:after="20"/>
      </w:pPr>
      <w:r>
        <w:t>5. Dünyanın en büyük parçacık fiziği laboratuvarlarından biri olan kuruluşa ______________________________ denir.</w:t>
      </w:r>
    </w:p>
    <w:p>
      <w:pPr>
        <w:pStyle w:val="Body"/>
        <w:spacing w:after="20"/>
      </w:pPr>
      <w:r>
        <w:t>6. Türkiye’de uzay ve havacılık çalışmaları yürüten kuruluşa ______________________________ denir.</w:t>
      </w:r>
    </w:p>
    <w:p>
      <w:pPr>
        <w:pStyle w:val="Body"/>
        <w:spacing w:after="20"/>
      </w:pPr>
      <w:r>
        <w:t>7. SI sisteminde uzunluğun temel birimine ______________________________ denir.</w:t>
      </w:r>
    </w:p>
    <w:p>
      <w:pPr>
        <w:pStyle w:val="Body"/>
        <w:spacing w:after="20"/>
      </w:pPr>
      <w:r>
        <w:t>8. SI sisteminde kütlenin temel birimine ______________________________ denir.</w:t>
      </w:r>
    </w:p>
    <w:p>
      <w:pPr>
        <w:pStyle w:val="Body"/>
        <w:spacing w:after="20"/>
      </w:pPr>
      <w:r>
        <w:t>9. SI sisteminde zamanın temel birimine ______________________________ denir.</w:t>
      </w:r>
    </w:p>
    <w:p>
      <w:pPr>
        <w:pStyle w:val="Body"/>
        <w:spacing w:after="20"/>
      </w:pPr>
      <w:r>
        <w:t>10. Yalnızca büyüklükle ifade edilen fiziksel niceliklere ______________________________ denir.</w:t>
      </w:r>
    </w:p>
    <w:p>
      <w:pPr>
        <w:pStyle w:val="Body"/>
        <w:spacing w:after="20"/>
      </w:pPr>
      <w:r>
        <w:t>11. Büyüklükle birlikte yön bilgisi de gerektiren niceliklere ______________________________ denir.</w:t>
      </w:r>
    </w:p>
    <w:p>
      <w:pPr>
        <w:pStyle w:val="Body"/>
        <w:spacing w:after="20"/>
      </w:pPr>
      <w:r>
        <w:t>12. Büyüklükleri ve yönleri aynı olan vektörlere ______________________________ denir.</w:t>
      </w:r>
    </w:p>
    <w:p>
      <w:pPr>
        <w:pStyle w:val="Body"/>
        <w:spacing w:after="20"/>
      </w:pPr>
      <w:r>
        <w:t>13. Büyüklükleri aynı, yönleri ters olan vektörlere ______________________________ denir.</w:t>
      </w:r>
    </w:p>
    <w:p>
      <w:pPr>
        <w:pStyle w:val="Body"/>
        <w:spacing w:after="20"/>
      </w:pPr>
      <w:r>
        <w:t>14. İki ya da daha fazla vektörün toplam etkisini gösteren vektöre ______________________________ denir.</w:t>
      </w:r>
    </w:p>
    <w:p>
      <w:pPr>
        <w:pStyle w:val="Body"/>
        <w:spacing w:after="20"/>
      </w:pPr>
      <w:r>
        <w:t>15. Bir vektörü x ve y doğrultularındaki parçalara ayırma işlemine ______________________________ denir.</w:t>
      </w:r>
    </w:p>
    <w:p>
      <w:r>
        <w:br w:type="page"/>
      </w:r>
    </w:p>
    <w:p>
      <w:pPr>
        <w:pStyle w:val="QuestionTitle"/>
        <w:keepNext/>
      </w:pPr>
      <w:r>
        <w:rPr>
          <w:b/>
        </w:rPr>
        <w:t>8. Soru – Eşleştirme (10 Puan)</w:t>
      </w:r>
    </w:p>
    <w:p>
      <w:pPr>
        <w:pStyle w:val="Body"/>
      </w:pPr>
      <w:r>
        <w:t>Aşağıdaki kavram ve kurumları uygun açıklamalarla eşleştiriniz. Her seçenek bir kez kullanılacaktır. (Her doğru eşleştirme 1 puan)</w:t>
      </w:r>
    </w:p>
    <w:tbl>
      <w:tblPr>
        <w:tblStyle w:val="TableGrid"/>
        <w:tblW w:type="auto" w:w="0"/>
        <w:jc w:val="center"/>
        <w:tblLook w:firstColumn="1" w:firstRow="1" w:lastColumn="0" w:lastRow="0" w:noHBand="0" w:noVBand="1" w:val="04A0"/>
      </w:tblPr>
      <w:tblGrid>
        <w:gridCol w:w="5241"/>
        <w:gridCol w:w="5241"/>
      </w:tblGrid>
      <w:tr>
        <w:trPr>
          <w:cantSplit/>
        </w:trPr>
        <w:tc>
          <w:tcPr>
            <w:tcW w:type="dxa" w:w="5241"/>
            <w:tcMar>
              <w:top w:w="40" w:type="dxa"/>
              <w:start w:w="70" w:type="dxa"/>
              <w:bottom w:w="40" w:type="dxa"/>
              <w:end w:w="70" w:type="dxa"/>
            </w:tcMar>
          </w:tcPr>
          <w:p>
            <w:r>
              <w:t>A) Mekanik</w:t>
            </w:r>
          </w:p>
        </w:tc>
        <w:tc>
          <w:tcPr>
            <w:tcW w:type="dxa" w:w="5241"/>
            <w:tcMar>
              <w:top w:w="40" w:type="dxa"/>
              <w:start w:w="70" w:type="dxa"/>
              <w:bottom w:w="40" w:type="dxa"/>
              <w:end w:w="70" w:type="dxa"/>
            </w:tcMar>
          </w:tcPr>
          <w:p>
            <w:r>
              <w:t>B) Termodinamik</w:t>
            </w:r>
          </w:p>
        </w:tc>
      </w:tr>
      <w:tr>
        <w:trPr>
          <w:cantSplit/>
        </w:trPr>
        <w:tc>
          <w:tcPr>
            <w:tcW w:type="dxa" w:w="5241"/>
            <w:tcMar>
              <w:top w:w="40" w:type="dxa"/>
              <w:start w:w="70" w:type="dxa"/>
              <w:bottom w:w="40" w:type="dxa"/>
              <w:end w:w="70" w:type="dxa"/>
            </w:tcMar>
          </w:tcPr>
          <w:p>
            <w:r>
              <w:t>C) Optik</w:t>
            </w:r>
          </w:p>
        </w:tc>
        <w:tc>
          <w:tcPr>
            <w:tcW w:type="dxa" w:w="5241"/>
            <w:tcMar>
              <w:top w:w="40" w:type="dxa"/>
              <w:start w:w="70" w:type="dxa"/>
              <w:bottom w:w="40" w:type="dxa"/>
              <w:end w:w="70" w:type="dxa"/>
            </w:tcMar>
          </w:tcPr>
          <w:p>
            <w:r>
              <w:t>D) Elektromanyetizma</w:t>
            </w:r>
          </w:p>
        </w:tc>
      </w:tr>
      <w:tr>
        <w:trPr>
          <w:cantSplit/>
        </w:trPr>
        <w:tc>
          <w:tcPr>
            <w:tcW w:type="dxa" w:w="5241"/>
            <w:tcMar>
              <w:top w:w="40" w:type="dxa"/>
              <w:start w:w="70" w:type="dxa"/>
              <w:bottom w:w="40" w:type="dxa"/>
              <w:end w:w="70" w:type="dxa"/>
            </w:tcMar>
          </w:tcPr>
          <w:p>
            <w:r>
              <w:t>E) Nükleer fizik</w:t>
            </w:r>
          </w:p>
        </w:tc>
        <w:tc>
          <w:tcPr>
            <w:tcW w:type="dxa" w:w="5241"/>
            <w:tcMar>
              <w:top w:w="40" w:type="dxa"/>
              <w:start w:w="70" w:type="dxa"/>
              <w:bottom w:w="40" w:type="dxa"/>
              <w:end w:w="70" w:type="dxa"/>
            </w:tcMar>
          </w:tcPr>
          <w:p>
            <w:r>
              <w:t>F) CERN</w:t>
            </w:r>
          </w:p>
        </w:tc>
      </w:tr>
      <w:tr>
        <w:trPr>
          <w:cantSplit/>
        </w:trPr>
        <w:tc>
          <w:tcPr>
            <w:tcW w:type="dxa" w:w="5241"/>
            <w:tcMar>
              <w:top w:w="40" w:type="dxa"/>
              <w:start w:w="70" w:type="dxa"/>
              <w:bottom w:w="40" w:type="dxa"/>
              <w:end w:w="70" w:type="dxa"/>
            </w:tcMar>
          </w:tcPr>
          <w:p>
            <w:r>
              <w:t>G) TUA</w:t>
            </w:r>
          </w:p>
        </w:tc>
        <w:tc>
          <w:tcPr>
            <w:tcW w:type="dxa" w:w="5241"/>
            <w:tcMar>
              <w:top w:w="40" w:type="dxa"/>
              <w:start w:w="70" w:type="dxa"/>
              <w:bottom w:w="40" w:type="dxa"/>
              <w:end w:w="70" w:type="dxa"/>
            </w:tcMar>
          </w:tcPr>
          <w:p>
            <w:r>
              <w:t>H) TENMAK</w:t>
            </w:r>
          </w:p>
        </w:tc>
      </w:tr>
      <w:tr>
        <w:trPr>
          <w:cantSplit/>
        </w:trPr>
        <w:tc>
          <w:tcPr>
            <w:tcW w:type="dxa" w:w="5241"/>
            <w:tcMar>
              <w:top w:w="40" w:type="dxa"/>
              <w:start w:w="70" w:type="dxa"/>
              <w:bottom w:w="40" w:type="dxa"/>
              <w:end w:w="70" w:type="dxa"/>
            </w:tcMar>
          </w:tcPr>
          <w:p>
            <w:r>
              <w:t>I) ASELSAN</w:t>
            </w:r>
          </w:p>
        </w:tc>
        <w:tc>
          <w:tcPr>
            <w:tcW w:type="dxa" w:w="5241"/>
            <w:tcMar>
              <w:top w:w="40" w:type="dxa"/>
              <w:start w:w="70" w:type="dxa"/>
              <w:bottom w:w="40" w:type="dxa"/>
              <w:end w:w="70" w:type="dxa"/>
            </w:tcMar>
          </w:tcPr>
          <w:p>
            <w:r>
              <w:t>J) TÜBİTAK</w:t>
            </w:r>
          </w:p>
        </w:tc>
      </w:tr>
    </w:tbl>
    <w:p>
      <w:pPr>
        <w:pStyle w:val="Body"/>
        <w:spacing w:after="20"/>
      </w:pPr>
      <w:r>
        <w:t>1. Hareket, kuvvet ve denge ile ilgili olayları inceleyen fizik alt dalı.  (____)</w:t>
      </w:r>
    </w:p>
    <w:p>
      <w:pPr>
        <w:pStyle w:val="Body"/>
        <w:spacing w:after="20"/>
      </w:pPr>
      <w:r>
        <w:t>2. Isı, sıcaklık ve enerji aktarımıyla ilgili olayları inceleyen fizik alt dalı.  (____)</w:t>
      </w:r>
    </w:p>
    <w:p>
      <w:pPr>
        <w:pStyle w:val="Body"/>
        <w:spacing w:after="20"/>
      </w:pPr>
      <w:r>
        <w:t>3. Işık, aynalar, mercekler ve görüntü oluşumu ile ilgilenen fizik alt dalı.  (____)</w:t>
      </w:r>
    </w:p>
    <w:p>
      <w:pPr>
        <w:pStyle w:val="Body"/>
        <w:spacing w:after="20"/>
      </w:pPr>
      <w:r>
        <w:t>4. Elektrik ve manyetik olayları inceleyen fizik alt dalı.  (____)</w:t>
      </w:r>
    </w:p>
    <w:p>
      <w:pPr>
        <w:pStyle w:val="Body"/>
        <w:spacing w:after="20"/>
      </w:pPr>
      <w:r>
        <w:t>5. Atom çekirdeği ve çekirdek olaylarıyla ilgilenen fizik alt dalı.  (____)</w:t>
      </w:r>
    </w:p>
    <w:p>
      <w:pPr>
        <w:pStyle w:val="Body"/>
        <w:spacing w:after="20"/>
      </w:pPr>
      <w:r>
        <w:t>6. Parçacık hızlandırıcılarıyla atom altı parçacıkların araştırıldığı uluslararası merkez.  (____)</w:t>
      </w:r>
    </w:p>
    <w:p>
      <w:pPr>
        <w:pStyle w:val="Body"/>
        <w:spacing w:after="20"/>
      </w:pPr>
      <w:r>
        <w:t>7. Türkiye’nin uzay ve havacılık teknolojileri alanındaki ulusal kuruluşu.  (____)</w:t>
      </w:r>
    </w:p>
    <w:p>
      <w:pPr>
        <w:pStyle w:val="Body"/>
        <w:spacing w:after="20"/>
      </w:pPr>
      <w:r>
        <w:t>8. Enerji, nükleer teknoloji, maden ve iyonlaştırıcı radyasyon alanlarında çalışmalar yapan kurum.  (____)</w:t>
      </w:r>
    </w:p>
    <w:p>
      <w:pPr>
        <w:pStyle w:val="Body"/>
        <w:spacing w:after="20"/>
      </w:pPr>
      <w:r>
        <w:t>9. Savunma elektroniği ve ileri teknoloji sistemleri geliştiren Türkiye merkezli kuruluş.  (____)</w:t>
      </w:r>
    </w:p>
    <w:p>
      <w:pPr>
        <w:pStyle w:val="Body"/>
        <w:spacing w:after="20"/>
      </w:pPr>
      <w:r>
        <w:t>10. Türkiye’de bilimsel ve teknolojik araştırmaları destekleyen kurum.  (____)</w:t>
      </w:r>
    </w:p>
    <w:p>
      <w:pPr>
        <w:spacing w:before="160"/>
      </w:pPr>
    </w:p>
    <w:p>
      <w:pPr>
        <w:pStyle w:val="QuestionTitle"/>
        <w:keepNext/>
      </w:pPr>
      <w:r>
        <w:rPr>
          <w:b/>
        </w:rPr>
        <w:t>ALTERNATİF SORULAR – Ana 100 Puana Dahil Değildir</w:t>
      </w:r>
    </w:p>
    <w:p>
      <w:pPr>
        <w:pStyle w:val="Small"/>
      </w:pPr>
      <w:r>
        <w:t>Aşağıdaki iki soru, öğretmenin konu ilerleyişine göre açık uçlu sorulardan birinin yerine kullanabilmesi için eklenmiştir. Her biri 12 puandır.</w:t>
      </w:r>
    </w:p>
    <w:p>
      <w:pPr>
        <w:pStyle w:val="QuestionTitle"/>
        <w:keepNext/>
      </w:pPr>
      <w:r>
        <w:rPr>
          <w:b/>
        </w:rPr>
        <w:t>Alternatif Soru A – Hareketin Temel Kavramları / FİZ.9.2.6 (12 Puan)</w:t>
      </w:r>
    </w:p>
    <w:p>
      <w:pPr>
        <w:pStyle w:val="Body"/>
      </w:pPr>
      <w:r>
        <w:t>Bir öğrenci A noktasından 80 m doğuya, ardından 60 m kuzeye yürüyerek C noktasına 40 s’de ulaşıyor.</w:t>
      </w:r>
    </w:p>
    <w:p>
      <w:pPr>
        <w:pStyle w:val="Body"/>
        <w:spacing w:after="40"/>
      </w:pPr>
      <w:r>
        <w:t>a) Öğrencinin aldığı toplam yolu bulunuz. (3 puan)</w:t>
      </w:r>
    </w:p>
    <w:p>
      <w:pPr>
        <w:spacing w:after="40" w:before="0"/>
      </w:pPr>
      <w:r>
        <w:t>................................................................................................................................................</w:t>
      </w:r>
    </w:p>
    <w:p>
      <w:pPr>
        <w:pStyle w:val="Body"/>
        <w:spacing w:after="40"/>
      </w:pPr>
      <w:r>
        <w:t>b) Yer değiştirmesinin büyüklüğünü bulunuz. (3 puan)</w:t>
      </w:r>
    </w:p>
    <w:p>
      <w:pPr>
        <w:spacing w:after="40" w:before="0"/>
      </w:pPr>
      <w:r>
        <w:t>................................................................................................................................................</w:t>
      </w:r>
    </w:p>
    <w:p>
      <w:pPr>
        <w:pStyle w:val="Body"/>
        <w:spacing w:after="40"/>
      </w:pPr>
      <w:r>
        <w:t>c) Ortalama süratini bulunuz. (3 puan)</w:t>
      </w:r>
    </w:p>
    <w:p>
      <w:pPr>
        <w:spacing w:after="40" w:before="0"/>
      </w:pPr>
      <w:r>
        <w:t>................................................................................................................................................</w:t>
      </w:r>
    </w:p>
    <w:p>
      <w:pPr>
        <w:pStyle w:val="Body"/>
        <w:spacing w:after="40"/>
      </w:pPr>
      <w:r>
        <w:t>ç) Ortalama hızının büyüklüğünü bulunuz ve ortalama sürat ile neden farklı olduğunu açıklayınız. (3 puan)</w:t>
      </w:r>
    </w:p>
    <w:p>
      <w:pPr>
        <w:spacing w:after="40" w:before="0"/>
      </w:pPr>
      <w:r>
        <w:t>................................................................................................................................................</w:t>
      </w:r>
    </w:p>
    <w:p>
      <w:pPr>
        <w:spacing w:after="40" w:before="0"/>
      </w:pPr>
      <w:r>
        <w:t>................................................................................................................................................</w:t>
      </w:r>
    </w:p>
    <w:p>
      <w:r>
        <w:br w:type="page"/>
      </w:r>
    </w:p>
    <w:p>
      <w:pPr>
        <w:pStyle w:val="QuestionTitle"/>
        <w:keepNext/>
      </w:pPr>
      <w:r>
        <w:rPr>
          <w:b/>
        </w:rPr>
        <w:t>Alternatif Soru B – Hareket Türleri / FİZ.9.2.7 (12 Puan)</w:t>
      </w:r>
    </w:p>
    <w:p>
      <w:pPr>
        <w:pStyle w:val="Body"/>
      </w:pPr>
      <w:r>
        <w:t>Aşağıdaki hareketleri öteleme, dönme ve titreşim hareketi bakımından sınıflandırınız. Bir cisim aynı anda birden fazla hareket türü yapıyorsa hepsini belirtiniz.</w:t>
      </w:r>
    </w:p>
    <w:p>
      <w:pPr>
        <w:pStyle w:val="Body"/>
        <w:spacing w:after="40"/>
      </w:pPr>
      <w:r>
        <w:t>1. Düz yolda ilerleyen trenin gövdesi: __________________________________________</w:t>
      </w:r>
    </w:p>
    <w:p>
      <w:pPr>
        <w:pStyle w:val="Body"/>
        <w:spacing w:after="40"/>
      </w:pPr>
      <w:r>
        <w:t>2. İlerleyen bisikletin tekerleği: __________________________________________</w:t>
      </w:r>
    </w:p>
    <w:p>
      <w:pPr>
        <w:pStyle w:val="Body"/>
        <w:spacing w:after="40"/>
      </w:pPr>
      <w:r>
        <w:t>3. Çalışan vantilatörün pervanesi: __________________________________________</w:t>
      </w:r>
    </w:p>
    <w:p>
      <w:pPr>
        <w:pStyle w:val="Body"/>
        <w:spacing w:after="40"/>
      </w:pPr>
      <w:r>
        <w:t>4. Salıncakta sallanan çocuk: __________________________________________</w:t>
      </w:r>
    </w:p>
    <w:p>
      <w:pPr>
        <w:pStyle w:val="Body"/>
        <w:spacing w:after="40"/>
      </w:pPr>
      <w:r>
        <w:t>5. Yerde yuvarlanarak ilerleyen top: __________________________________________</w:t>
      </w:r>
    </w:p>
    <w:p>
      <w:pPr>
        <w:pStyle w:val="Body"/>
        <w:spacing w:after="40"/>
      </w:pPr>
      <w:r>
        <w:t>6. Titreşen gitar teli: __________________________________________</w:t>
      </w:r>
    </w:p>
    <w:p>
      <w:pPr>
        <w:pStyle w:val="Small"/>
      </w:pPr>
      <w:r>
        <w:t>Her doğru sınıflandırma 2 puandır.</w:t>
      </w:r>
    </w:p>
    <w:p>
      <w:r>
        <w:br w:type="page"/>
      </w:r>
    </w:p>
    <w:p>
      <w:pPr>
        <w:pStyle w:val="TitleExam"/>
        <w:jc w:val="center"/>
      </w:pPr>
      <w:r>
        <w:t>CEVAP ANAHTARI</w:t>
      </w:r>
    </w:p>
    <w:p>
      <w:pPr>
        <w:pStyle w:val="QuestionTitle"/>
        <w:keepNext/>
      </w:pPr>
      <w:r>
        <w:rPr>
          <w:b/>
        </w:rPr>
        <w:t>1. Soru</w:t>
      </w:r>
    </w:p>
    <w:p>
      <w:pPr>
        <w:pStyle w:val="Small"/>
      </w:pPr>
      <w:r>
        <w:t>a) Fizik, görüntüleme cihazının çalışma ilkelerini ve sinyallerin oluşumunu açıklar; biyoloji görüntülenen canlı yapıları inceler; matematik ölçümlerin ve görüntü verilerinin işlenmesinde kullanılır. b) Fizik; madde, enerji, hareket ve etkileşimleri gözlem, deney ve matematiksel modellerle inceleyen bilim dalıdır. c) İbnülheysem, Hazini, Newton veya Einstein’dan biri için; gözlem, deney, matematiksel modelleme, eleştirel düşünme, azim ve sistematik çalışma gibi özelliklerden uygun olanı bilimsel gelişmeye katkısıyla ilişkilendiren açıklamalar kabul edilir.</w:t>
      </w:r>
    </w:p>
    <w:p>
      <w:pPr>
        <w:pStyle w:val="QuestionTitle"/>
        <w:keepNext/>
      </w:pPr>
      <w:r>
        <w:rPr>
          <w:b/>
        </w:rPr>
        <w:t>2. Soru</w:t>
      </w:r>
    </w:p>
    <w:p>
      <w:pPr>
        <w:pStyle w:val="Small"/>
      </w:pPr>
      <w:r>
        <w:t>a) I-Termodinamik, II-Optik, III-Elektromanyetizma, IV-Yüksek enerji ve plazma fiziği / parçacık fiziği bağlamı. b) CERN’de parçacık hızlandırıcılarıyla atom altı parçacıklar incelenir. c) Seçilen kurumla uyumlu çalışma alanı ve meslek kabul edilir. Örnek: TUA-uzay teknolojileri-astrofizikçi/uzay mühendisi; TENMAK-nükleer teknoloji-fizikçi/nükleer mühendis; ASELSAN-savunma elektroniği-elektronik mühendisi/fizikçi; TÜBİTAK-ARGE-araştırmacı.</w:t>
      </w:r>
    </w:p>
    <w:p>
      <w:pPr>
        <w:pStyle w:val="QuestionTitle"/>
        <w:keepNext/>
      </w:pPr>
      <w:r>
        <w:rPr>
          <w:b/>
        </w:rPr>
        <w:t>3. Soru</w:t>
      </w:r>
    </w:p>
    <w:p>
      <w:pPr>
        <w:pStyle w:val="Small"/>
      </w:pPr>
      <w:r>
        <w:t>a) Temel: uzunluk, kütle, zaman, sıcaklık. Türetilmiş: sürat, hız, kuvvet, enerji. b) Skaler: uzunluk, kütle, zaman, sıcaklık, sürat, enerji. Vektörel: hız, kuvvet. c) Kuvvetin SI birimi N = kg·m/s²’dir; kütle, uzunluk ve zaman temel niceliklerinden türetildiği için türetilmiş niceliktir.</w:t>
      </w:r>
    </w:p>
    <w:p>
      <w:pPr>
        <w:pStyle w:val="QuestionTitle"/>
        <w:keepNext/>
      </w:pPr>
      <w:r>
        <w:rPr>
          <w:b/>
        </w:rPr>
        <w:t>4. Soru</w:t>
      </w:r>
    </w:p>
    <w:p>
      <w:pPr>
        <w:pStyle w:val="Small"/>
      </w:pPr>
      <w:r>
        <w:t>a) A = B. b) C, A’nın zıt vektörüdür. c) D = 2A. ç) Eşit vektörlerin büyüklükleri ve yönleri aynı olmalıdır.</w:t>
      </w:r>
    </w:p>
    <w:p>
      <w:pPr>
        <w:pStyle w:val="QuestionTitle"/>
        <w:keepNext/>
      </w:pPr>
      <w:r>
        <w:rPr>
          <w:b/>
        </w:rPr>
        <w:t>5. Soru</w:t>
      </w:r>
    </w:p>
    <w:p>
      <w:pPr>
        <w:pStyle w:val="Small"/>
      </w:pPr>
      <w:r>
        <w:t>a) Bileşke kuzeydoğu yönündedir. b) R = √(6²+8²) = 10 N. c) Uç uca eklemede ikinci vektörün başlangıcı birincinin ucuna taşınır; bileşke ilk vektörün başlangıcından son vektörün ucuna çizilir ve aynı sonucu verir.</w:t>
      </w:r>
    </w:p>
    <w:p>
      <w:pPr>
        <w:pStyle w:val="QuestionTitle"/>
        <w:keepNext/>
      </w:pPr>
      <w:r>
        <w:rPr>
          <w:b/>
        </w:rPr>
        <w:t>6. Soru – D/Y</w:t>
      </w:r>
    </w:p>
    <w:p>
      <w:pPr>
        <w:pStyle w:val="Small"/>
      </w:pPr>
      <w:r>
        <w:t>1-D, 2-D, 3-Y, 4-D, 5-D, 6-D, 7-Y, 8-D, 9-Y, 10-D, 11-Y, 12-D, 13-D, 14-D, 15-D.</w:t>
      </w:r>
    </w:p>
    <w:p>
      <w:pPr>
        <w:pStyle w:val="QuestionTitle"/>
        <w:keepNext/>
      </w:pPr>
      <w:r>
        <w:rPr>
          <w:b/>
        </w:rPr>
        <w:t>7. Soru – Boşluk Doldurma</w:t>
      </w:r>
    </w:p>
    <w:p>
      <w:pPr>
        <w:pStyle w:val="Small"/>
      </w:pPr>
      <w:r>
        <w:t>1) Optik  2) Termodinamik  3) Elektromanyetizma  4) Mekanik  5) CERN  6) TUA  7) metre  8) kilogram  9) saniye  10) skaler  11) vektörel  12) eşit vektörler  13) zıt vektörler  14) bileşke vektör  15) bileşenlerine ayırma.</w:t>
      </w:r>
    </w:p>
    <w:p>
      <w:pPr>
        <w:pStyle w:val="QuestionTitle"/>
        <w:keepNext/>
      </w:pPr>
      <w:r>
        <w:rPr>
          <w:b/>
        </w:rPr>
        <w:t>8. Soru – Eşleştirme</w:t>
      </w:r>
    </w:p>
    <w:p>
      <w:pPr>
        <w:pStyle w:val="Small"/>
      </w:pPr>
      <w:r>
        <w:t>1-A, 2-B, 3-C, 4-D, 5-E, 6-F, 7-G, 8-H, 9-I, 10-J.</w:t>
      </w:r>
    </w:p>
    <w:p>
      <w:pPr>
        <w:pStyle w:val="QuestionTitle"/>
        <w:keepNext/>
      </w:pPr>
      <w:r>
        <w:rPr>
          <w:b/>
        </w:rPr>
        <w:t>Alternatif Soru A – FİZ.9.2.6</w:t>
      </w:r>
    </w:p>
    <w:p>
      <w:pPr>
        <w:pStyle w:val="Small"/>
      </w:pPr>
      <w:r>
        <w:t>a) Alınan yol = 80 + 60 = 140 m. b) Yer değiştirme = √(80²+60²) = 100 m. c) Ortalama sürat = 140/40 = 3,5 m/s. ç) Ortalama hız büyüklüğü = 100/40 = 2,5 m/s. Sürat toplam yola, hız ise yer değiştirmeye bağlıdır.</w:t>
      </w:r>
    </w:p>
    <w:p>
      <w:pPr>
        <w:pStyle w:val="QuestionTitle"/>
        <w:keepNext/>
      </w:pPr>
      <w:r>
        <w:rPr>
          <w:b/>
        </w:rPr>
        <w:t>Alternatif Soru B – FİZ.9.2.7</w:t>
      </w:r>
    </w:p>
    <w:p>
      <w:pPr>
        <w:pStyle w:val="Small"/>
      </w:pPr>
      <w:r>
        <w:t>1) Öteleme. 2) Öteleme + dönme. 3) Dönme. 4) Titreşim. 5) Öteleme + dönme. 6) Titreşim.</w:t>
      </w:r>
    </w:p>
    <w:p>
      <w:pPr>
        <w:pStyle w:val="Small"/>
      </w:pPr>
      <w:r>
        <w:t>Puanlama Notu: Ana sınav 100 puandır. 1-5. soruların her biri 12 puan; 6 ve 7. bölümlerde her madde 1 puan; 8. bölümde her eşleştirme 1 puandır. Alternatif sorular ana puana dahil değildir ve her biri 12 puanlık bir açık uçlu sorunun yerine kullanılabilir.</w:t>
      </w:r>
    </w:p>
    <w:sectPr w:rsidR="00FC693F" w:rsidRPr="0006063C" w:rsidSect="00034616">
      <w:footerReference w:type="default" r:id="rId9"/>
      <w:pgSz w:w="12240" w:h="15840"/>
      <w:pgMar w:top="765" w:right="879" w:bottom="765" w:left="8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9. Sınıf Fizik • 1. Dönem 1. Yazılı • Maarif Modeli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Exam">
    <w:name w:val="TitleExam"/>
    <w:rPr>
      <w:rFonts w:ascii="Aptos Display" w:hAnsi="Aptos Display"/>
      <w:b/>
      <w:sz w:val="32"/>
    </w:rPr>
  </w:style>
  <w:style w:type="paragraph" w:customStyle="1" w:styleId="SubtitleExam">
    <w:name w:val="SubtitleExam"/>
    <w:rPr>
      <w:rFonts w:ascii="Aptos" w:hAnsi="Aptos"/>
      <w:i/>
      <w:sz w:val="19"/>
    </w:rPr>
  </w:style>
  <w:style w:type="paragraph" w:customStyle="1" w:styleId="QuestionTitle">
    <w:name w:val="QuestionTitle"/>
    <w:pPr>
      <w:spacing w:before="80" w:after="40"/>
    </w:pPr>
    <w:rPr>
      <w:rFonts w:ascii="Aptos" w:hAnsi="Aptos"/>
      <w:b/>
      <w:sz w:val="21"/>
    </w:rPr>
  </w:style>
  <w:style w:type="paragraph" w:customStyle="1" w:styleId="Body">
    <w:name w:val="Body"/>
    <w:rPr>
      <w:rFonts w:ascii="Aptos" w:hAnsi="Aptos"/>
      <w:sz w:val="19"/>
    </w:rPr>
  </w:style>
  <w:style w:type="paragraph" w:customStyle="1" w:styleId="Small">
    <w:name w:val="Small"/>
    <w:pPr>
      <w:spacing w:after="40"/>
    </w:pPr>
    <w:rPr>
      <w:rFonts w:ascii="Aptos" w:hAnsi="Aptos"/>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