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color w:val="000000"/>
          <w:sz w:val="32"/>
        </w:rPr>
        <w:t>Veli Toplantısı Davetiyesi</w:t>
      </w:r>
    </w:p>
    <w:p>
      <w:pPr>
        <w:spacing w:after="200"/>
      </w:pPr>
      <w:r>
        <w:rPr>
          <w:rFonts w:ascii="Aptos" w:hAnsi="Aptos"/>
          <w:b w:val="0"/>
          <w:color w:val="000000"/>
          <w:sz w:val="21"/>
        </w:rPr>
        <w:t>Velilere ilk dönem toplantısının tarihini, amacını ve katılım bilgisini iletmek için düzenlenebilir Word davetiyesi.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88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Okul</w:t>
            </w:r>
          </w:p>
        </w:tc>
        <w:tc>
          <w:tcPr>
            <w:tcW w:type="dxa" w:w="1944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Sınıf Şube</w:t>
            </w:r>
          </w:p>
        </w:tc>
        <w:tc>
          <w:tcPr>
            <w:tcW w:type="dxa" w:w="316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Öğretmen</w:t>
            </w:r>
          </w:p>
        </w:tc>
        <w:tc>
          <w:tcPr>
            <w:tcW w:type="dxa" w:w="2376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Tarih</w:t>
            </w:r>
          </w:p>
        </w:tc>
      </w:tr>
      <w:tr>
        <w:tc>
          <w:tcPr>
            <w:tcW w:type="dxa" w:w="288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  <w:tc>
          <w:tcPr>
            <w:tcW w:type="dxa" w:w="194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 / ........</w:t>
            </w:r>
          </w:p>
        </w:tc>
        <w:tc>
          <w:tcPr>
            <w:tcW w:type="dxa" w:w="316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  <w:tc>
          <w:tcPr>
            <w:tcW w:type="dxa" w:w="237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 / .... / 20..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Sayın Veli</w:t>
      </w:r>
    </w:p>
    <w:p>
      <w:r>
        <w:rPr>
          <w:rFonts w:ascii="Aptos" w:hAnsi="Aptos"/>
          <w:b w:val="0"/>
          <w:color w:val="000000"/>
          <w:sz w:val="21"/>
        </w:rPr>
        <w:t>Sınıfımızın eğitim öğretim sürecini, ortak hedeflerimizi ve dönem içindeki iletişim biçimimizi paylaşmak üzere veli toplantısı düzenlenecektir. Katılımınız, öğrencimizin okul yaşantısını birlikte desteklememize yardımcı olacaktır.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232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Toplantı Tarihi</w:t>
            </w:r>
          </w:p>
        </w:tc>
        <w:tc>
          <w:tcPr>
            <w:tcW w:type="dxa" w:w="144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Saat</w:t>
            </w:r>
          </w:p>
        </w:tc>
        <w:tc>
          <w:tcPr>
            <w:tcW w:type="dxa" w:w="2664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Yer</w:t>
            </w:r>
          </w:p>
        </w:tc>
        <w:tc>
          <w:tcPr>
            <w:tcW w:type="dxa" w:w="4031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Gündem</w:t>
            </w:r>
          </w:p>
        </w:tc>
      </w:tr>
      <w:tr>
        <w:tc>
          <w:tcPr>
            <w:tcW w:type="dxa" w:w="2232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 / .... / 20..</w:t>
            </w:r>
          </w:p>
        </w:tc>
        <w:tc>
          <w:tcPr>
            <w:tcW w:type="dxa" w:w="144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</w:t>
            </w:r>
          </w:p>
        </w:tc>
        <w:tc>
          <w:tcPr>
            <w:tcW w:type="dxa" w:w="266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  <w:tc>
          <w:tcPr>
            <w:tcW w:type="dxa" w:w="4031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Sınıfın genel çalışmaları, iletişim, sorular ve öneriler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Toplantıda Konuşulacak Başlıklar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Sınıfın yıl içindeki çalışma düzeni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Evde öğrenmeyi destekleyen küçük ve sürdürülebilir alışkanlıklar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Okul ve aile arasındaki iletişim kanalları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Velilerin soruları ve ortak öneriler</w:t>
      </w:r>
    </w:p>
    <w:p>
      <w:r>
        <w:rPr>
          <w:rFonts w:ascii="Aptos" w:hAnsi="Aptos"/>
          <w:b w:val="0"/>
          <w:color w:val="000000"/>
          <w:sz w:val="21"/>
        </w:rPr>
        <w:t>Öğrenciye özgü değerlendirmeler ve özel durumlar, gerektiğinde veliyle ayrı görüşme yoluyla ele alınacaktır.</w:t>
      </w:r>
    </w:p>
    <w:p>
      <w:r>
        <w:rPr>
          <w:rFonts w:ascii="Aptos" w:hAnsi="Aptos"/>
          <w:b w:val="0"/>
          <w:color w:val="000000"/>
          <w:sz w:val="21"/>
        </w:rPr>
        <w:t>Katılımınız için teşekkür ederim.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Sınıf Öğretmeni veya Rehber Öğretmen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Veli Ad Soyad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000000"/>
                <w:sz w:val="19"/>
              </w:rPr>
              <w:t>İmza</w:t>
            </w:r>
          </w:p>
        </w:tc>
      </w:tr>
      <w:tr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Ad Soyad ve İmza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Ad Soyad ve İmza</w:t>
            </w:r>
          </w:p>
        </w:tc>
        <w:tc>
          <w:tcPr>
            <w:tcW w:type="dxa" w:w="3456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Ad Soyad ve İmza</w:t>
            </w:r>
          </w:p>
        </w:tc>
      </w:tr>
    </w:tbl>
    <w:sectPr w:rsidR="00FC693F" w:rsidRPr="0006063C" w:rsidSect="00034616">
      <w:pgSz w:w="12240" w:h="15840"/>
      <w:pgMar w:top="893" w:right="936" w:bottom="893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veli toplantisi davetiyesi</dc:title>
  <dc:subject>Düzenlenebilir okul yılı başlangıcı şablonu</dc:subject>
  <dc:creator>EtkinlikPaylaş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