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96BD92" w14:textId="77777777" w:rsidR="00BB0C13" w:rsidRDefault="00000000">
      <w:pPr>
        <w:spacing w:after="120"/>
        <w:jc w:val="center"/>
      </w:pPr>
      <w:r>
        <w:rPr>
          <w:b/>
          <w:sz w:val="38"/>
        </w:rPr>
        <w:t>SINIF KİTAP OKUMA TAKİP LİSTESİ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BB0C13" w14:paraId="712963A3" w14:textId="77777777">
        <w:trPr>
          <w:trHeight w:val="396"/>
          <w:jc w:val="center"/>
        </w:trPr>
        <w:tc>
          <w:tcPr>
            <w:tcW w:w="3926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E7E6E6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BF3544C" w14:textId="77777777" w:rsidR="00BB0C13" w:rsidRDefault="00000000">
            <w:pPr>
              <w:spacing w:after="0"/>
              <w:jc w:val="center"/>
            </w:pPr>
            <w:r>
              <w:rPr>
                <w:b/>
              </w:rPr>
              <w:t>Okul</w:t>
            </w:r>
          </w:p>
        </w:tc>
        <w:tc>
          <w:tcPr>
            <w:tcW w:w="3926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E7E6E6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0F59B50" w14:textId="77777777" w:rsidR="00BB0C13" w:rsidRDefault="00000000">
            <w:pPr>
              <w:spacing w:after="0"/>
              <w:jc w:val="center"/>
            </w:pPr>
            <w:r>
              <w:rPr>
                <w:b/>
              </w:rPr>
              <w:t>Sınıf / Şube</w:t>
            </w:r>
          </w:p>
        </w:tc>
        <w:tc>
          <w:tcPr>
            <w:tcW w:w="3926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E7E6E6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9540C47" w14:textId="77777777" w:rsidR="00BB0C13" w:rsidRDefault="00000000">
            <w:pPr>
              <w:spacing w:after="0"/>
              <w:jc w:val="center"/>
            </w:pPr>
            <w:r>
              <w:rPr>
                <w:b/>
              </w:rPr>
              <w:t>Dönem</w:t>
            </w:r>
          </w:p>
        </w:tc>
        <w:tc>
          <w:tcPr>
            <w:tcW w:w="3926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E7E6E6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867CCD1" w14:textId="77777777" w:rsidR="00BB0C13" w:rsidRDefault="00000000">
            <w:pPr>
              <w:spacing w:after="0"/>
              <w:jc w:val="center"/>
            </w:pPr>
            <w:r>
              <w:rPr>
                <w:b/>
              </w:rPr>
              <w:t>Öğretmen</w:t>
            </w:r>
          </w:p>
        </w:tc>
      </w:tr>
      <w:tr w:rsidR="00BB0C13" w14:paraId="31188EBB" w14:textId="77777777">
        <w:trPr>
          <w:trHeight w:val="396"/>
          <w:jc w:val="center"/>
        </w:trPr>
        <w:tc>
          <w:tcPr>
            <w:tcW w:w="3926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BE04BC4" w14:textId="77777777" w:rsidR="00BB0C13" w:rsidRDefault="00000000">
            <w:pPr>
              <w:spacing w:after="0"/>
              <w:jc w:val="center"/>
            </w:pPr>
            <w:r>
              <w:t>................................................</w:t>
            </w:r>
          </w:p>
        </w:tc>
        <w:tc>
          <w:tcPr>
            <w:tcW w:w="3926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6C77917" w14:textId="77777777" w:rsidR="00BB0C13" w:rsidRDefault="00000000">
            <w:pPr>
              <w:spacing w:after="0"/>
              <w:jc w:val="center"/>
            </w:pPr>
            <w:r>
              <w:t>................................................</w:t>
            </w:r>
          </w:p>
        </w:tc>
        <w:tc>
          <w:tcPr>
            <w:tcW w:w="3926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D7D4DDB" w14:textId="77777777" w:rsidR="00BB0C13" w:rsidRDefault="00000000">
            <w:pPr>
              <w:spacing w:after="0"/>
              <w:jc w:val="center"/>
            </w:pPr>
            <w:r>
              <w:t>................................................</w:t>
            </w:r>
          </w:p>
        </w:tc>
        <w:tc>
          <w:tcPr>
            <w:tcW w:w="3926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B20B6FA" w14:textId="77777777" w:rsidR="00BB0C13" w:rsidRDefault="00000000">
            <w:pPr>
              <w:spacing w:after="0"/>
              <w:jc w:val="center"/>
            </w:pPr>
            <w:r>
              <w:t>................................................</w:t>
            </w:r>
          </w:p>
        </w:tc>
      </w:tr>
    </w:tbl>
    <w:p w14:paraId="162863CB" w14:textId="77777777" w:rsidR="00BB0C13" w:rsidRDefault="00000000">
      <w:pPr>
        <w:spacing w:before="80" w:after="80"/>
      </w:pPr>
      <w:r>
        <w:rPr>
          <w:sz w:val="17"/>
        </w:rPr>
        <w:t>Her öğrenci için o dönemde takip edilen kitabı ve kısa gözleminizi yazabilirsiniz. Yeni kitap okunduğunda aynı öğrenci için yeni bir satır kullanılabilir.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77"/>
        <w:gridCol w:w="1977"/>
        <w:gridCol w:w="1977"/>
        <w:gridCol w:w="1977"/>
        <w:gridCol w:w="1977"/>
        <w:gridCol w:w="1977"/>
        <w:gridCol w:w="1977"/>
        <w:gridCol w:w="1977"/>
      </w:tblGrid>
      <w:tr w:rsidR="00BB0C13" w14:paraId="61BFB441" w14:textId="77777777" w:rsidTr="006C090C">
        <w:trPr>
          <w:trHeight w:val="408"/>
          <w:tblHeader/>
          <w:jc w:val="center"/>
        </w:trPr>
        <w:tc>
          <w:tcPr>
            <w:tcW w:w="1977" w:type="dxa"/>
            <w:tcBorders>
              <w:top w:val="single" w:sz="10" w:space="0" w:color="404040"/>
              <w:left w:val="single" w:sz="10" w:space="0" w:color="404040"/>
              <w:bottom w:val="single" w:sz="10" w:space="0" w:color="404040"/>
              <w:right w:val="single" w:sz="10" w:space="0" w:color="404040"/>
            </w:tcBorders>
            <w:shd w:val="clear" w:color="auto" w:fill="D9D9D9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6891DA4" w14:textId="77777777" w:rsidR="00BB0C13" w:rsidRDefault="00000000">
            <w:pPr>
              <w:jc w:val="center"/>
            </w:pPr>
            <w:r>
              <w:rPr>
                <w:b/>
                <w:sz w:val="16"/>
              </w:rPr>
              <w:t>Sıra</w:t>
            </w:r>
          </w:p>
        </w:tc>
        <w:tc>
          <w:tcPr>
            <w:tcW w:w="1977" w:type="dxa"/>
            <w:tcBorders>
              <w:top w:val="single" w:sz="10" w:space="0" w:color="404040"/>
              <w:left w:val="single" w:sz="10" w:space="0" w:color="404040"/>
              <w:bottom w:val="single" w:sz="10" w:space="0" w:color="404040"/>
              <w:right w:val="single" w:sz="10" w:space="0" w:color="404040"/>
            </w:tcBorders>
            <w:shd w:val="clear" w:color="auto" w:fill="D9D9D9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542ED93" w14:textId="77777777" w:rsidR="00BB0C13" w:rsidRDefault="00000000">
            <w:pPr>
              <w:jc w:val="center"/>
            </w:pPr>
            <w:r>
              <w:rPr>
                <w:b/>
                <w:sz w:val="16"/>
              </w:rPr>
              <w:t>Öğrenci Adı Soyadı</w:t>
            </w:r>
          </w:p>
        </w:tc>
        <w:tc>
          <w:tcPr>
            <w:tcW w:w="1977" w:type="dxa"/>
            <w:tcBorders>
              <w:top w:val="single" w:sz="10" w:space="0" w:color="404040"/>
              <w:left w:val="single" w:sz="10" w:space="0" w:color="404040"/>
              <w:bottom w:val="single" w:sz="10" w:space="0" w:color="404040"/>
              <w:right w:val="single" w:sz="10" w:space="0" w:color="404040"/>
            </w:tcBorders>
            <w:shd w:val="clear" w:color="auto" w:fill="D9D9D9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3A107CE" w14:textId="77777777" w:rsidR="00BB0C13" w:rsidRDefault="00000000">
            <w:pPr>
              <w:jc w:val="center"/>
            </w:pPr>
            <w:r>
              <w:rPr>
                <w:b/>
                <w:sz w:val="16"/>
              </w:rPr>
              <w:t>Kitap / Yazar</w:t>
            </w:r>
          </w:p>
        </w:tc>
        <w:tc>
          <w:tcPr>
            <w:tcW w:w="1977" w:type="dxa"/>
            <w:tcBorders>
              <w:top w:val="single" w:sz="10" w:space="0" w:color="404040"/>
              <w:left w:val="single" w:sz="10" w:space="0" w:color="404040"/>
              <w:bottom w:val="single" w:sz="10" w:space="0" w:color="404040"/>
              <w:right w:val="single" w:sz="10" w:space="0" w:color="404040"/>
            </w:tcBorders>
            <w:shd w:val="clear" w:color="auto" w:fill="D9D9D9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3B536C9" w14:textId="77777777" w:rsidR="00BB0C13" w:rsidRDefault="00000000">
            <w:pPr>
              <w:jc w:val="center"/>
            </w:pPr>
            <w:r>
              <w:rPr>
                <w:b/>
                <w:sz w:val="16"/>
              </w:rPr>
              <w:t>Kitap Türü</w:t>
            </w:r>
          </w:p>
        </w:tc>
        <w:tc>
          <w:tcPr>
            <w:tcW w:w="1977" w:type="dxa"/>
            <w:tcBorders>
              <w:top w:val="single" w:sz="10" w:space="0" w:color="404040"/>
              <w:left w:val="single" w:sz="10" w:space="0" w:color="404040"/>
              <w:bottom w:val="single" w:sz="10" w:space="0" w:color="404040"/>
              <w:right w:val="single" w:sz="10" w:space="0" w:color="404040"/>
            </w:tcBorders>
            <w:shd w:val="clear" w:color="auto" w:fill="D9D9D9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A03ABC4" w14:textId="77777777" w:rsidR="00BB0C13" w:rsidRDefault="00000000">
            <w:pPr>
              <w:jc w:val="center"/>
            </w:pPr>
            <w:r>
              <w:rPr>
                <w:b/>
                <w:sz w:val="16"/>
              </w:rPr>
              <w:t>Sayfa</w:t>
            </w:r>
            <w:r>
              <w:rPr>
                <w:b/>
                <w:sz w:val="16"/>
              </w:rPr>
              <w:br/>
              <w:t>Sayısı</w:t>
            </w:r>
          </w:p>
        </w:tc>
        <w:tc>
          <w:tcPr>
            <w:tcW w:w="1977" w:type="dxa"/>
            <w:tcBorders>
              <w:top w:val="single" w:sz="10" w:space="0" w:color="404040"/>
              <w:left w:val="single" w:sz="10" w:space="0" w:color="404040"/>
              <w:bottom w:val="single" w:sz="10" w:space="0" w:color="404040"/>
              <w:right w:val="single" w:sz="10" w:space="0" w:color="404040"/>
            </w:tcBorders>
            <w:shd w:val="clear" w:color="auto" w:fill="D9D9D9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9E14383" w14:textId="77777777" w:rsidR="00BB0C13" w:rsidRDefault="00000000">
            <w:pPr>
              <w:jc w:val="center"/>
            </w:pPr>
            <w:r>
              <w:rPr>
                <w:b/>
                <w:sz w:val="16"/>
              </w:rPr>
              <w:t>Başlama</w:t>
            </w:r>
            <w:r>
              <w:rPr>
                <w:b/>
                <w:sz w:val="16"/>
              </w:rPr>
              <w:br/>
              <w:t>Tarihi</w:t>
            </w:r>
          </w:p>
        </w:tc>
        <w:tc>
          <w:tcPr>
            <w:tcW w:w="1977" w:type="dxa"/>
            <w:tcBorders>
              <w:top w:val="single" w:sz="10" w:space="0" w:color="404040"/>
              <w:left w:val="single" w:sz="10" w:space="0" w:color="404040"/>
              <w:bottom w:val="single" w:sz="10" w:space="0" w:color="404040"/>
              <w:right w:val="single" w:sz="10" w:space="0" w:color="404040"/>
            </w:tcBorders>
            <w:shd w:val="clear" w:color="auto" w:fill="D9D9D9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1E7D31A" w14:textId="77777777" w:rsidR="00BB0C13" w:rsidRDefault="00000000">
            <w:pPr>
              <w:jc w:val="center"/>
            </w:pPr>
            <w:r>
              <w:rPr>
                <w:b/>
                <w:sz w:val="16"/>
              </w:rPr>
              <w:t>Bitirme</w:t>
            </w:r>
            <w:r>
              <w:rPr>
                <w:b/>
                <w:sz w:val="16"/>
              </w:rPr>
              <w:br/>
              <w:t>Tarihi</w:t>
            </w:r>
          </w:p>
        </w:tc>
        <w:tc>
          <w:tcPr>
            <w:tcW w:w="1977" w:type="dxa"/>
            <w:tcBorders>
              <w:top w:val="single" w:sz="10" w:space="0" w:color="404040"/>
              <w:left w:val="single" w:sz="10" w:space="0" w:color="404040"/>
              <w:bottom w:val="single" w:sz="10" w:space="0" w:color="404040"/>
              <w:right w:val="single" w:sz="10" w:space="0" w:color="404040"/>
            </w:tcBorders>
            <w:shd w:val="clear" w:color="auto" w:fill="D9D9D9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59A7679" w14:textId="77777777" w:rsidR="00BB0C13" w:rsidRDefault="00000000">
            <w:pPr>
              <w:jc w:val="center"/>
            </w:pPr>
            <w:r>
              <w:rPr>
                <w:b/>
                <w:sz w:val="16"/>
              </w:rPr>
              <w:t>Öğretmen Gözlemi / Sonraki Öneri</w:t>
            </w:r>
          </w:p>
        </w:tc>
      </w:tr>
      <w:tr w:rsidR="00BB0C13" w14:paraId="45BC82FA" w14:textId="77777777" w:rsidTr="006C090C">
        <w:trPr>
          <w:trHeight w:val="266"/>
          <w:jc w:val="center"/>
        </w:trPr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2731994" w14:textId="77777777" w:rsidR="00BB0C13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4A8EED2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FDEE700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550B660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47176BC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FE4FFC8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F3594AA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5952516" w14:textId="77777777" w:rsidR="00BB0C13" w:rsidRDefault="00BB0C13"/>
        </w:tc>
      </w:tr>
      <w:tr w:rsidR="00BB0C13" w14:paraId="1E22C8B3" w14:textId="77777777" w:rsidTr="006C090C">
        <w:trPr>
          <w:trHeight w:val="266"/>
          <w:jc w:val="center"/>
        </w:trPr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BF97D52" w14:textId="77777777" w:rsidR="00BB0C13" w:rsidRDefault="00000000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D499E16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C429006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09C34CF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3A2C1FE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5F8EA1D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93A4742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BCC77F4" w14:textId="77777777" w:rsidR="00BB0C13" w:rsidRDefault="00BB0C13"/>
        </w:tc>
      </w:tr>
      <w:tr w:rsidR="00BB0C13" w14:paraId="00B98272" w14:textId="77777777" w:rsidTr="006C090C">
        <w:trPr>
          <w:trHeight w:val="266"/>
          <w:jc w:val="center"/>
        </w:trPr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77A34A6" w14:textId="77777777" w:rsidR="00BB0C13" w:rsidRDefault="00000000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64291EE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2E53832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EA99CBF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BEF2945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10F2CC3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E34EF82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FD530B0" w14:textId="77777777" w:rsidR="00BB0C13" w:rsidRDefault="00BB0C13"/>
        </w:tc>
      </w:tr>
      <w:tr w:rsidR="00BB0C13" w14:paraId="3B05E4F6" w14:textId="77777777" w:rsidTr="006C090C">
        <w:trPr>
          <w:trHeight w:val="266"/>
          <w:jc w:val="center"/>
        </w:trPr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7CDECDC" w14:textId="77777777" w:rsidR="00BB0C13" w:rsidRDefault="00000000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2049C85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5F5957F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9751AA8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C8C59A0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F572A9C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E0A9A8E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7D82B66" w14:textId="77777777" w:rsidR="00BB0C13" w:rsidRDefault="00BB0C13"/>
        </w:tc>
      </w:tr>
      <w:tr w:rsidR="00BB0C13" w14:paraId="4ED3ADC8" w14:textId="77777777" w:rsidTr="006C090C">
        <w:trPr>
          <w:trHeight w:val="266"/>
          <w:jc w:val="center"/>
        </w:trPr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C2D8369" w14:textId="77777777" w:rsidR="00BB0C13" w:rsidRDefault="00000000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9174F61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E4CF5DB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980C68C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C4DC998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F3B92CE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B7BA05C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0C3B3C0" w14:textId="77777777" w:rsidR="00BB0C13" w:rsidRDefault="00BB0C13"/>
        </w:tc>
      </w:tr>
      <w:tr w:rsidR="00BB0C13" w14:paraId="6FD06BEF" w14:textId="77777777" w:rsidTr="006C090C">
        <w:trPr>
          <w:trHeight w:val="266"/>
          <w:jc w:val="center"/>
        </w:trPr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9BEB41D" w14:textId="77777777" w:rsidR="00BB0C13" w:rsidRDefault="00000000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41089F0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9888804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5D6D466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D9F29D0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E140BD1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216497C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C0DFDD9" w14:textId="77777777" w:rsidR="00BB0C13" w:rsidRDefault="00BB0C13"/>
        </w:tc>
      </w:tr>
      <w:tr w:rsidR="00BB0C13" w14:paraId="41BE9C7B" w14:textId="77777777" w:rsidTr="006C090C">
        <w:trPr>
          <w:trHeight w:val="266"/>
          <w:jc w:val="center"/>
        </w:trPr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9C9A4A4" w14:textId="77777777" w:rsidR="00BB0C13" w:rsidRDefault="00000000">
            <w:pPr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7BDE1F3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A91EDDD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B5EEECF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3FC4588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0042D14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B42145B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113DAD3" w14:textId="77777777" w:rsidR="00BB0C13" w:rsidRDefault="00BB0C13"/>
        </w:tc>
      </w:tr>
      <w:tr w:rsidR="00BB0C13" w14:paraId="0BCE074D" w14:textId="77777777" w:rsidTr="006C090C">
        <w:trPr>
          <w:trHeight w:val="266"/>
          <w:jc w:val="center"/>
        </w:trPr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885EDA1" w14:textId="77777777" w:rsidR="00BB0C13" w:rsidRDefault="00000000">
            <w:pPr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4FA1640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9346A25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AD8DF91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D057426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545B1AB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DBDBB1F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2C07179" w14:textId="77777777" w:rsidR="00BB0C13" w:rsidRDefault="00BB0C13"/>
        </w:tc>
      </w:tr>
      <w:tr w:rsidR="00BB0C13" w14:paraId="5A9E86EE" w14:textId="77777777" w:rsidTr="006C090C">
        <w:trPr>
          <w:trHeight w:val="266"/>
          <w:jc w:val="center"/>
        </w:trPr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9FACE5D" w14:textId="77777777" w:rsidR="00BB0C13" w:rsidRDefault="00000000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5CBCB3C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640839B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4059DBC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68119A1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1C0F148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1F52F0D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61ABBAC" w14:textId="77777777" w:rsidR="00BB0C13" w:rsidRDefault="00BB0C13"/>
        </w:tc>
      </w:tr>
      <w:tr w:rsidR="00BB0C13" w14:paraId="044B22F6" w14:textId="77777777" w:rsidTr="006C090C">
        <w:trPr>
          <w:trHeight w:val="266"/>
          <w:jc w:val="center"/>
        </w:trPr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EAB4350" w14:textId="77777777" w:rsidR="00BB0C13" w:rsidRDefault="00000000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B420849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F44C984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CF37D21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4145354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ACD660E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4D0E4D3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CE76644" w14:textId="77777777" w:rsidR="00BB0C13" w:rsidRDefault="00BB0C13"/>
        </w:tc>
      </w:tr>
      <w:tr w:rsidR="00BB0C13" w14:paraId="3EEFBE80" w14:textId="77777777" w:rsidTr="006C090C">
        <w:trPr>
          <w:trHeight w:val="266"/>
          <w:jc w:val="center"/>
        </w:trPr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188EC31" w14:textId="77777777" w:rsidR="00BB0C13" w:rsidRDefault="00000000">
            <w:pPr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CD9EFD1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FD1DA80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0B83578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5E815AF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394B349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AAEFA1F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5BE41D1" w14:textId="77777777" w:rsidR="00BB0C13" w:rsidRDefault="00BB0C13"/>
        </w:tc>
      </w:tr>
      <w:tr w:rsidR="00BB0C13" w14:paraId="6F334F3F" w14:textId="77777777" w:rsidTr="006C090C">
        <w:trPr>
          <w:trHeight w:val="266"/>
          <w:jc w:val="center"/>
        </w:trPr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E6C0A99" w14:textId="77777777" w:rsidR="00BB0C13" w:rsidRDefault="00000000">
            <w:pPr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1DF37BE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B6A5BA6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A4AD129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46F447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4160E3A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D2C9705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2AA6D63" w14:textId="77777777" w:rsidR="00BB0C13" w:rsidRDefault="00BB0C13"/>
        </w:tc>
      </w:tr>
      <w:tr w:rsidR="00BB0C13" w14:paraId="1293E226" w14:textId="77777777" w:rsidTr="006C090C">
        <w:trPr>
          <w:trHeight w:val="266"/>
          <w:jc w:val="center"/>
        </w:trPr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E740D63" w14:textId="77777777" w:rsidR="00BB0C13" w:rsidRDefault="00000000">
            <w:pPr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5325F36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87B890F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645FA9D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5AC1DAC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6FB11A6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8E0CFB0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38C9098" w14:textId="77777777" w:rsidR="00BB0C13" w:rsidRDefault="00BB0C13"/>
        </w:tc>
      </w:tr>
      <w:tr w:rsidR="00BB0C13" w14:paraId="3584FE65" w14:textId="77777777" w:rsidTr="006C090C">
        <w:trPr>
          <w:trHeight w:val="266"/>
          <w:jc w:val="center"/>
        </w:trPr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E5797DB" w14:textId="77777777" w:rsidR="00BB0C13" w:rsidRDefault="00000000">
            <w:pPr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169946A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A6F508C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B71BA84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50D2183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CB63F9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CC728F1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F7A6518" w14:textId="77777777" w:rsidR="00BB0C13" w:rsidRDefault="00BB0C13"/>
        </w:tc>
      </w:tr>
      <w:tr w:rsidR="00BB0C13" w14:paraId="6CC66DB2" w14:textId="77777777" w:rsidTr="006C090C">
        <w:trPr>
          <w:trHeight w:val="266"/>
          <w:jc w:val="center"/>
        </w:trPr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A2036C4" w14:textId="77777777" w:rsidR="00BB0C13" w:rsidRDefault="00000000">
            <w:pPr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0E1E162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49040D3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D13986C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3CB42CB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7CE649A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3F62F48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6808DA2" w14:textId="77777777" w:rsidR="00BB0C13" w:rsidRDefault="00BB0C13"/>
        </w:tc>
      </w:tr>
      <w:tr w:rsidR="00BB0C13" w14:paraId="49E227F6" w14:textId="77777777" w:rsidTr="006C090C">
        <w:trPr>
          <w:trHeight w:val="266"/>
          <w:jc w:val="center"/>
        </w:trPr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36B2A72" w14:textId="77777777" w:rsidR="00BB0C13" w:rsidRDefault="00000000">
            <w:pPr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14816BB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59CCA12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B00C89D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81D1218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E4BDB23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F22C54D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F7F0EB" w14:textId="77777777" w:rsidR="00BB0C13" w:rsidRDefault="00BB0C13"/>
        </w:tc>
      </w:tr>
      <w:tr w:rsidR="00BB0C13" w14:paraId="6ED12A1A" w14:textId="77777777" w:rsidTr="006C090C">
        <w:trPr>
          <w:trHeight w:val="266"/>
          <w:jc w:val="center"/>
        </w:trPr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423D1E0" w14:textId="77777777" w:rsidR="00BB0C13" w:rsidRDefault="00000000">
            <w:pPr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D37391E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A971D52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24CC283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5CEC879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8ED9C3B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E8F47D8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9C3FD16" w14:textId="77777777" w:rsidR="00BB0C13" w:rsidRDefault="00BB0C13"/>
        </w:tc>
      </w:tr>
      <w:tr w:rsidR="00BB0C13" w14:paraId="7ADB5A86" w14:textId="77777777" w:rsidTr="006C090C">
        <w:trPr>
          <w:trHeight w:val="266"/>
          <w:jc w:val="center"/>
        </w:trPr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949240D" w14:textId="77777777" w:rsidR="00BB0C13" w:rsidRDefault="00000000">
            <w:pPr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5F8E343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8334155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15E1200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0E565B7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B7BDD8C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9EF02F2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150FBDE" w14:textId="77777777" w:rsidR="00BB0C13" w:rsidRDefault="00BB0C13"/>
        </w:tc>
      </w:tr>
      <w:tr w:rsidR="00BB0C13" w14:paraId="07B95D70" w14:textId="77777777" w:rsidTr="006C090C">
        <w:trPr>
          <w:trHeight w:val="266"/>
          <w:jc w:val="center"/>
        </w:trPr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C2CAF94" w14:textId="77777777" w:rsidR="00BB0C13" w:rsidRDefault="00000000">
            <w:pPr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958A5FE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8E4EA54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0FE3EF4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4C1F773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03EC454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2FEA447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DF128DC" w14:textId="77777777" w:rsidR="00BB0C13" w:rsidRDefault="00BB0C13"/>
        </w:tc>
      </w:tr>
      <w:tr w:rsidR="00BB0C13" w14:paraId="7A108C7B" w14:textId="77777777" w:rsidTr="006C090C">
        <w:trPr>
          <w:trHeight w:val="266"/>
          <w:jc w:val="center"/>
        </w:trPr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D42392C" w14:textId="77777777" w:rsidR="00BB0C13" w:rsidRDefault="00000000">
            <w:pPr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09842A0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C40AE59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86D44FB" w14:textId="77777777" w:rsidR="00BB0C13" w:rsidRDefault="00BB0C13"/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2FC10F4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B2303DC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957D0A3" w14:textId="77777777" w:rsidR="00BB0C13" w:rsidRDefault="00BB0C13">
            <w:pPr>
              <w:jc w:val="center"/>
            </w:pPr>
          </w:p>
        </w:tc>
        <w:tc>
          <w:tcPr>
            <w:tcW w:w="1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8EBD329" w14:textId="77777777" w:rsidR="00BB0C13" w:rsidRDefault="00BB0C13"/>
        </w:tc>
      </w:tr>
    </w:tbl>
    <w:p w14:paraId="67EA3A8D" w14:textId="77777777" w:rsidR="00BB0C13" w:rsidRDefault="00000000">
      <w:pPr>
        <w:spacing w:before="80" w:after="0"/>
      </w:pPr>
      <w:r>
        <w:rPr>
          <w:i/>
          <w:sz w:val="15"/>
        </w:rPr>
        <w:t>Kısa gözlem örnekleri: düzenli okuyor • tür seçimine ihtiyaç duyuyor • kitabı ilgiyle tamamladı • bir sonraki kitap için öneri verildi</w:t>
      </w:r>
    </w:p>
    <w:p w14:paraId="1FD51468" w14:textId="51175E34" w:rsidR="00BB0C13" w:rsidRDefault="00BB0C13"/>
    <w:p w14:paraId="4C7CA3CF" w14:textId="77777777" w:rsidR="00BB0C13" w:rsidRDefault="00000000">
      <w:pPr>
        <w:spacing w:after="80"/>
        <w:jc w:val="center"/>
      </w:pPr>
      <w:r>
        <w:rPr>
          <w:b/>
          <w:sz w:val="32"/>
        </w:rPr>
        <w:t>SINIF KİTAP OKUMA TAKİP LİSTESİ — 21–40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BB0C13" w14:paraId="097FDDF3" w14:textId="77777777">
        <w:trPr>
          <w:trHeight w:val="368"/>
          <w:jc w:val="center"/>
        </w:trPr>
        <w:tc>
          <w:tcPr>
            <w:tcW w:w="3926" w:type="dxa"/>
            <w:tcBorders>
              <w:bottom w:val="single" w:sz="6" w:space="0" w:color="888888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4A527B8" w14:textId="77777777" w:rsidR="00BB0C13" w:rsidRDefault="00000000">
            <w:pPr>
              <w:spacing w:after="0"/>
            </w:pPr>
            <w:r>
              <w:rPr>
                <w:sz w:val="17"/>
              </w:rPr>
              <w:t>Okul: ................................</w:t>
            </w:r>
          </w:p>
        </w:tc>
        <w:tc>
          <w:tcPr>
            <w:tcW w:w="3926" w:type="dxa"/>
            <w:tcBorders>
              <w:bottom w:val="single" w:sz="6" w:space="0" w:color="888888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EF1B0C9" w14:textId="77777777" w:rsidR="00BB0C13" w:rsidRDefault="00000000">
            <w:pPr>
              <w:spacing w:after="0"/>
            </w:pPr>
            <w:r>
              <w:rPr>
                <w:sz w:val="17"/>
              </w:rPr>
              <w:t>Sınıf / Şube: ................</w:t>
            </w:r>
          </w:p>
        </w:tc>
        <w:tc>
          <w:tcPr>
            <w:tcW w:w="3926" w:type="dxa"/>
            <w:tcBorders>
              <w:bottom w:val="single" w:sz="6" w:space="0" w:color="888888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917DAED" w14:textId="77777777" w:rsidR="00BB0C13" w:rsidRDefault="00000000">
            <w:pPr>
              <w:spacing w:after="0"/>
            </w:pPr>
            <w:r>
              <w:rPr>
                <w:sz w:val="17"/>
              </w:rPr>
              <w:t>Dönem: ................</w:t>
            </w:r>
          </w:p>
        </w:tc>
        <w:tc>
          <w:tcPr>
            <w:tcW w:w="3926" w:type="dxa"/>
            <w:tcBorders>
              <w:bottom w:val="single" w:sz="6" w:space="0" w:color="888888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33669A5" w14:textId="77777777" w:rsidR="00BB0C13" w:rsidRDefault="00000000">
            <w:pPr>
              <w:spacing w:after="0"/>
            </w:pPr>
            <w:r>
              <w:rPr>
                <w:sz w:val="17"/>
              </w:rPr>
              <w:t>Öğretmen: ........................</w:t>
            </w:r>
          </w:p>
        </w:tc>
      </w:tr>
    </w:tbl>
    <w:p w14:paraId="09726243" w14:textId="77777777" w:rsidR="00BB0C13" w:rsidRDefault="00BB0C13">
      <w:pPr>
        <w:spacing w:after="20"/>
      </w:pP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54"/>
        <w:gridCol w:w="1954"/>
        <w:gridCol w:w="1954"/>
        <w:gridCol w:w="1954"/>
        <w:gridCol w:w="1954"/>
        <w:gridCol w:w="1954"/>
        <w:gridCol w:w="1954"/>
        <w:gridCol w:w="1954"/>
      </w:tblGrid>
      <w:tr w:rsidR="00BB0C13" w14:paraId="32CA9648" w14:textId="77777777" w:rsidTr="006C090C">
        <w:trPr>
          <w:trHeight w:val="421"/>
          <w:tblHeader/>
          <w:jc w:val="center"/>
        </w:trPr>
        <w:tc>
          <w:tcPr>
            <w:tcW w:w="1954" w:type="dxa"/>
            <w:tcBorders>
              <w:top w:val="single" w:sz="10" w:space="0" w:color="404040"/>
              <w:left w:val="single" w:sz="10" w:space="0" w:color="404040"/>
              <w:bottom w:val="single" w:sz="10" w:space="0" w:color="404040"/>
              <w:right w:val="single" w:sz="10" w:space="0" w:color="404040"/>
            </w:tcBorders>
            <w:shd w:val="clear" w:color="auto" w:fill="D9D9D9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430538C" w14:textId="77777777" w:rsidR="00BB0C13" w:rsidRDefault="00000000">
            <w:pPr>
              <w:jc w:val="center"/>
            </w:pPr>
            <w:r>
              <w:rPr>
                <w:b/>
                <w:sz w:val="16"/>
              </w:rPr>
              <w:t>Sıra</w:t>
            </w:r>
          </w:p>
        </w:tc>
        <w:tc>
          <w:tcPr>
            <w:tcW w:w="1954" w:type="dxa"/>
            <w:tcBorders>
              <w:top w:val="single" w:sz="10" w:space="0" w:color="404040"/>
              <w:left w:val="single" w:sz="10" w:space="0" w:color="404040"/>
              <w:bottom w:val="single" w:sz="10" w:space="0" w:color="404040"/>
              <w:right w:val="single" w:sz="10" w:space="0" w:color="404040"/>
            </w:tcBorders>
            <w:shd w:val="clear" w:color="auto" w:fill="D9D9D9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D01E5F8" w14:textId="77777777" w:rsidR="00BB0C13" w:rsidRDefault="00000000">
            <w:pPr>
              <w:jc w:val="center"/>
            </w:pPr>
            <w:r>
              <w:rPr>
                <w:b/>
                <w:sz w:val="16"/>
              </w:rPr>
              <w:t>Öğrenci Adı Soyadı</w:t>
            </w:r>
          </w:p>
        </w:tc>
        <w:tc>
          <w:tcPr>
            <w:tcW w:w="1954" w:type="dxa"/>
            <w:tcBorders>
              <w:top w:val="single" w:sz="10" w:space="0" w:color="404040"/>
              <w:left w:val="single" w:sz="10" w:space="0" w:color="404040"/>
              <w:bottom w:val="single" w:sz="10" w:space="0" w:color="404040"/>
              <w:right w:val="single" w:sz="10" w:space="0" w:color="404040"/>
            </w:tcBorders>
            <w:shd w:val="clear" w:color="auto" w:fill="D9D9D9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CE03934" w14:textId="77777777" w:rsidR="00BB0C13" w:rsidRDefault="00000000">
            <w:pPr>
              <w:jc w:val="center"/>
            </w:pPr>
            <w:r>
              <w:rPr>
                <w:b/>
                <w:sz w:val="16"/>
              </w:rPr>
              <w:t>Kitap / Yazar</w:t>
            </w:r>
          </w:p>
        </w:tc>
        <w:tc>
          <w:tcPr>
            <w:tcW w:w="1954" w:type="dxa"/>
            <w:tcBorders>
              <w:top w:val="single" w:sz="10" w:space="0" w:color="404040"/>
              <w:left w:val="single" w:sz="10" w:space="0" w:color="404040"/>
              <w:bottom w:val="single" w:sz="10" w:space="0" w:color="404040"/>
              <w:right w:val="single" w:sz="10" w:space="0" w:color="404040"/>
            </w:tcBorders>
            <w:shd w:val="clear" w:color="auto" w:fill="D9D9D9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0FF5F20" w14:textId="77777777" w:rsidR="00BB0C13" w:rsidRDefault="00000000">
            <w:pPr>
              <w:jc w:val="center"/>
            </w:pPr>
            <w:r>
              <w:rPr>
                <w:b/>
                <w:sz w:val="16"/>
              </w:rPr>
              <w:t>Kitap Türü</w:t>
            </w:r>
          </w:p>
        </w:tc>
        <w:tc>
          <w:tcPr>
            <w:tcW w:w="1954" w:type="dxa"/>
            <w:tcBorders>
              <w:top w:val="single" w:sz="10" w:space="0" w:color="404040"/>
              <w:left w:val="single" w:sz="10" w:space="0" w:color="404040"/>
              <w:bottom w:val="single" w:sz="10" w:space="0" w:color="404040"/>
              <w:right w:val="single" w:sz="10" w:space="0" w:color="404040"/>
            </w:tcBorders>
            <w:shd w:val="clear" w:color="auto" w:fill="D9D9D9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FF1234A" w14:textId="77777777" w:rsidR="00BB0C13" w:rsidRDefault="00000000">
            <w:pPr>
              <w:jc w:val="center"/>
            </w:pPr>
            <w:r>
              <w:rPr>
                <w:b/>
                <w:sz w:val="16"/>
              </w:rPr>
              <w:t>Sayfa</w:t>
            </w:r>
            <w:r>
              <w:rPr>
                <w:b/>
                <w:sz w:val="16"/>
              </w:rPr>
              <w:br/>
              <w:t>Sayısı</w:t>
            </w:r>
          </w:p>
        </w:tc>
        <w:tc>
          <w:tcPr>
            <w:tcW w:w="1954" w:type="dxa"/>
            <w:tcBorders>
              <w:top w:val="single" w:sz="10" w:space="0" w:color="404040"/>
              <w:left w:val="single" w:sz="10" w:space="0" w:color="404040"/>
              <w:bottom w:val="single" w:sz="10" w:space="0" w:color="404040"/>
              <w:right w:val="single" w:sz="10" w:space="0" w:color="404040"/>
            </w:tcBorders>
            <w:shd w:val="clear" w:color="auto" w:fill="D9D9D9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0E3D7D3" w14:textId="77777777" w:rsidR="00BB0C13" w:rsidRDefault="00000000">
            <w:pPr>
              <w:jc w:val="center"/>
            </w:pPr>
            <w:r>
              <w:rPr>
                <w:b/>
                <w:sz w:val="16"/>
              </w:rPr>
              <w:t>Başlama</w:t>
            </w:r>
            <w:r>
              <w:rPr>
                <w:b/>
                <w:sz w:val="16"/>
              </w:rPr>
              <w:br/>
              <w:t>Tarihi</w:t>
            </w:r>
          </w:p>
        </w:tc>
        <w:tc>
          <w:tcPr>
            <w:tcW w:w="1954" w:type="dxa"/>
            <w:tcBorders>
              <w:top w:val="single" w:sz="10" w:space="0" w:color="404040"/>
              <w:left w:val="single" w:sz="10" w:space="0" w:color="404040"/>
              <w:bottom w:val="single" w:sz="10" w:space="0" w:color="404040"/>
              <w:right w:val="single" w:sz="10" w:space="0" w:color="404040"/>
            </w:tcBorders>
            <w:shd w:val="clear" w:color="auto" w:fill="D9D9D9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FDBA2EE" w14:textId="77777777" w:rsidR="00BB0C13" w:rsidRDefault="00000000">
            <w:pPr>
              <w:jc w:val="center"/>
            </w:pPr>
            <w:r>
              <w:rPr>
                <w:b/>
                <w:sz w:val="16"/>
              </w:rPr>
              <w:t>Bitirme</w:t>
            </w:r>
            <w:r>
              <w:rPr>
                <w:b/>
                <w:sz w:val="16"/>
              </w:rPr>
              <w:br/>
              <w:t>Tarihi</w:t>
            </w:r>
          </w:p>
        </w:tc>
        <w:tc>
          <w:tcPr>
            <w:tcW w:w="1954" w:type="dxa"/>
            <w:tcBorders>
              <w:top w:val="single" w:sz="10" w:space="0" w:color="404040"/>
              <w:left w:val="single" w:sz="10" w:space="0" w:color="404040"/>
              <w:bottom w:val="single" w:sz="10" w:space="0" w:color="404040"/>
              <w:right w:val="single" w:sz="10" w:space="0" w:color="404040"/>
            </w:tcBorders>
            <w:shd w:val="clear" w:color="auto" w:fill="D9D9D9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8063FCE" w14:textId="77777777" w:rsidR="00BB0C13" w:rsidRDefault="00000000">
            <w:pPr>
              <w:jc w:val="center"/>
            </w:pPr>
            <w:r>
              <w:rPr>
                <w:b/>
                <w:sz w:val="16"/>
              </w:rPr>
              <w:t>Öğretmen Gözlemi / Sonraki Öneri</w:t>
            </w:r>
          </w:p>
        </w:tc>
      </w:tr>
      <w:tr w:rsidR="00BB0C13" w14:paraId="28D88DFF" w14:textId="77777777" w:rsidTr="006C090C">
        <w:trPr>
          <w:trHeight w:val="274"/>
          <w:jc w:val="center"/>
        </w:trPr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0F416D5" w14:textId="77777777" w:rsidR="00BB0C13" w:rsidRDefault="00000000">
            <w:pPr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F1CB894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BE1DF62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3436F5E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D144EE8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F23C105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9B0B321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AD502C9" w14:textId="77777777" w:rsidR="00BB0C13" w:rsidRDefault="00BB0C13"/>
        </w:tc>
      </w:tr>
      <w:tr w:rsidR="00BB0C13" w14:paraId="30275046" w14:textId="77777777" w:rsidTr="006C090C">
        <w:trPr>
          <w:trHeight w:val="274"/>
          <w:jc w:val="center"/>
        </w:trPr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6CC333A" w14:textId="77777777" w:rsidR="00BB0C13" w:rsidRDefault="00000000">
            <w:pPr>
              <w:jc w:val="center"/>
            </w:pPr>
            <w:r>
              <w:rPr>
                <w:sz w:val="16"/>
              </w:rPr>
              <w:t>22</w:t>
            </w: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2D5E567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2CE7623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596EEC3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A5284B6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AB9F3BC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AC86748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52F3C40" w14:textId="77777777" w:rsidR="00BB0C13" w:rsidRDefault="00BB0C13"/>
        </w:tc>
      </w:tr>
      <w:tr w:rsidR="00BB0C13" w14:paraId="01F3306A" w14:textId="77777777" w:rsidTr="006C090C">
        <w:trPr>
          <w:trHeight w:val="274"/>
          <w:jc w:val="center"/>
        </w:trPr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F3F4BFE" w14:textId="77777777" w:rsidR="00BB0C13" w:rsidRDefault="00000000">
            <w:pPr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A5342D0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73702DA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4751E24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C1226B8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F6419F1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E43F5C3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0381110" w14:textId="77777777" w:rsidR="00BB0C13" w:rsidRDefault="00BB0C13"/>
        </w:tc>
      </w:tr>
      <w:tr w:rsidR="00BB0C13" w14:paraId="2DF1E022" w14:textId="77777777" w:rsidTr="006C090C">
        <w:trPr>
          <w:trHeight w:val="274"/>
          <w:jc w:val="center"/>
        </w:trPr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994FC51" w14:textId="77777777" w:rsidR="00BB0C13" w:rsidRDefault="00000000">
            <w:pPr>
              <w:jc w:val="center"/>
            </w:pPr>
            <w:r>
              <w:rPr>
                <w:sz w:val="16"/>
              </w:rPr>
              <w:t>24</w:t>
            </w: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3A0A548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4F163FF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B95E0E4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FE14799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08477F8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4FB5890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9813C44" w14:textId="77777777" w:rsidR="00BB0C13" w:rsidRDefault="00BB0C13"/>
        </w:tc>
      </w:tr>
      <w:tr w:rsidR="00BB0C13" w14:paraId="35B5DB67" w14:textId="77777777" w:rsidTr="006C090C">
        <w:trPr>
          <w:trHeight w:val="274"/>
          <w:jc w:val="center"/>
        </w:trPr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30539E" w14:textId="77777777" w:rsidR="00BB0C13" w:rsidRDefault="00000000">
            <w:pPr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0049104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A3C1E45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F621268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0691BB6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B58FF97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05221F7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9EDDFF6" w14:textId="77777777" w:rsidR="00BB0C13" w:rsidRDefault="00BB0C13"/>
        </w:tc>
      </w:tr>
      <w:tr w:rsidR="00BB0C13" w14:paraId="1931D212" w14:textId="77777777" w:rsidTr="006C090C">
        <w:trPr>
          <w:trHeight w:val="274"/>
          <w:jc w:val="center"/>
        </w:trPr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CAEBBA3" w14:textId="77777777" w:rsidR="00BB0C13" w:rsidRDefault="00000000">
            <w:pPr>
              <w:jc w:val="center"/>
            </w:pPr>
            <w:r>
              <w:rPr>
                <w:sz w:val="16"/>
              </w:rPr>
              <w:t>26</w:t>
            </w: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6611F0C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6F11077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9115781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956EB7E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69535BC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53B5BE4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1411790" w14:textId="77777777" w:rsidR="00BB0C13" w:rsidRDefault="00BB0C13"/>
        </w:tc>
      </w:tr>
      <w:tr w:rsidR="00BB0C13" w14:paraId="2F5C0434" w14:textId="77777777" w:rsidTr="006C090C">
        <w:trPr>
          <w:trHeight w:val="274"/>
          <w:jc w:val="center"/>
        </w:trPr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754BF74" w14:textId="77777777" w:rsidR="00BB0C13" w:rsidRDefault="00000000">
            <w:pPr>
              <w:jc w:val="center"/>
            </w:pPr>
            <w:r>
              <w:rPr>
                <w:sz w:val="16"/>
              </w:rPr>
              <w:t>27</w:t>
            </w: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941807B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0EAE97D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F0C5586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739CBDA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F4E1953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22E68A9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971D743" w14:textId="77777777" w:rsidR="00BB0C13" w:rsidRDefault="00BB0C13"/>
        </w:tc>
      </w:tr>
      <w:tr w:rsidR="00BB0C13" w14:paraId="1A0A1614" w14:textId="77777777" w:rsidTr="006C090C">
        <w:trPr>
          <w:trHeight w:val="274"/>
          <w:jc w:val="center"/>
        </w:trPr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81A07B8" w14:textId="77777777" w:rsidR="00BB0C13" w:rsidRDefault="00000000">
            <w:pPr>
              <w:jc w:val="center"/>
            </w:pPr>
            <w:r>
              <w:rPr>
                <w:sz w:val="16"/>
              </w:rPr>
              <w:t>28</w:t>
            </w: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9A70CF7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8A92198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B7A9118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81D2D7F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2672A91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AD8D6D0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BB5D71B" w14:textId="77777777" w:rsidR="00BB0C13" w:rsidRDefault="00BB0C13"/>
        </w:tc>
      </w:tr>
      <w:tr w:rsidR="00BB0C13" w14:paraId="5E93A5B2" w14:textId="77777777" w:rsidTr="006C090C">
        <w:trPr>
          <w:trHeight w:val="274"/>
          <w:jc w:val="center"/>
        </w:trPr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FFDCCFE" w14:textId="77777777" w:rsidR="00BB0C13" w:rsidRDefault="00000000">
            <w:pPr>
              <w:jc w:val="center"/>
            </w:pPr>
            <w:r>
              <w:rPr>
                <w:sz w:val="16"/>
              </w:rPr>
              <w:t>29</w:t>
            </w: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6ADE9F1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8F488D6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8323BC1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A2B35ED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6C0A4A1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778A508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A5FF700" w14:textId="77777777" w:rsidR="00BB0C13" w:rsidRDefault="00BB0C13"/>
        </w:tc>
      </w:tr>
      <w:tr w:rsidR="00BB0C13" w14:paraId="6639609F" w14:textId="77777777" w:rsidTr="006C090C">
        <w:trPr>
          <w:trHeight w:val="274"/>
          <w:jc w:val="center"/>
        </w:trPr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14890AD" w14:textId="77777777" w:rsidR="00BB0C13" w:rsidRDefault="00000000">
            <w:pPr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7E33615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29E996D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9709D40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04D7200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61B23FF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A40B7BD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FD5C027" w14:textId="77777777" w:rsidR="00BB0C13" w:rsidRDefault="00BB0C13"/>
        </w:tc>
      </w:tr>
      <w:tr w:rsidR="00BB0C13" w14:paraId="0E40E15C" w14:textId="77777777" w:rsidTr="006C090C">
        <w:trPr>
          <w:trHeight w:val="274"/>
          <w:jc w:val="center"/>
        </w:trPr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23CA667" w14:textId="77777777" w:rsidR="00BB0C13" w:rsidRDefault="00000000">
            <w:pPr>
              <w:jc w:val="center"/>
            </w:pPr>
            <w:r>
              <w:rPr>
                <w:sz w:val="16"/>
              </w:rPr>
              <w:t>31</w:t>
            </w: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BC893D0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8DB5699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19602BA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2F35691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C4CA69C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3A06F69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CDEE695" w14:textId="77777777" w:rsidR="00BB0C13" w:rsidRDefault="00BB0C13"/>
        </w:tc>
      </w:tr>
      <w:tr w:rsidR="00BB0C13" w14:paraId="2FFFA819" w14:textId="77777777" w:rsidTr="006C090C">
        <w:trPr>
          <w:trHeight w:val="274"/>
          <w:jc w:val="center"/>
        </w:trPr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A124A3B" w14:textId="77777777" w:rsidR="00BB0C13" w:rsidRDefault="00000000">
            <w:pPr>
              <w:jc w:val="center"/>
            </w:pPr>
            <w:r>
              <w:rPr>
                <w:sz w:val="16"/>
              </w:rPr>
              <w:t>32</w:t>
            </w: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AB6A208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B72FCA0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552594B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33883E9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A29709D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2D21154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FEF7245" w14:textId="77777777" w:rsidR="00BB0C13" w:rsidRDefault="00BB0C13"/>
        </w:tc>
      </w:tr>
      <w:tr w:rsidR="00BB0C13" w14:paraId="3E62DF90" w14:textId="77777777" w:rsidTr="006C090C">
        <w:trPr>
          <w:trHeight w:val="274"/>
          <w:jc w:val="center"/>
        </w:trPr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DE08831" w14:textId="77777777" w:rsidR="00BB0C13" w:rsidRDefault="00000000">
            <w:pPr>
              <w:jc w:val="center"/>
            </w:pPr>
            <w:r>
              <w:rPr>
                <w:sz w:val="16"/>
              </w:rPr>
              <w:t>33</w:t>
            </w: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9D5BA16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750A241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B6D5D4C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DA10399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514005D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B5ECC51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ED14C23" w14:textId="77777777" w:rsidR="00BB0C13" w:rsidRDefault="00BB0C13"/>
        </w:tc>
      </w:tr>
      <w:tr w:rsidR="00BB0C13" w14:paraId="585746F8" w14:textId="77777777" w:rsidTr="006C090C">
        <w:trPr>
          <w:trHeight w:val="274"/>
          <w:jc w:val="center"/>
        </w:trPr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2277319" w14:textId="77777777" w:rsidR="00BB0C13" w:rsidRDefault="00000000">
            <w:pPr>
              <w:jc w:val="center"/>
            </w:pPr>
            <w:r>
              <w:rPr>
                <w:sz w:val="16"/>
              </w:rPr>
              <w:t>34</w:t>
            </w: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E77737A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795F0A6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E3E0EB5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DC72014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B266F71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C8E032A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F1C362D" w14:textId="77777777" w:rsidR="00BB0C13" w:rsidRDefault="00BB0C13"/>
        </w:tc>
      </w:tr>
      <w:tr w:rsidR="00BB0C13" w14:paraId="471DFA20" w14:textId="77777777" w:rsidTr="006C090C">
        <w:trPr>
          <w:trHeight w:val="274"/>
          <w:jc w:val="center"/>
        </w:trPr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74A8424" w14:textId="77777777" w:rsidR="00BB0C13" w:rsidRDefault="00000000">
            <w:pPr>
              <w:jc w:val="center"/>
            </w:pPr>
            <w:r>
              <w:rPr>
                <w:sz w:val="16"/>
              </w:rPr>
              <w:t>35</w:t>
            </w: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0BC3011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E8CF7F4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1114E8B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FFEEA90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1795567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6CE3382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F9AF7B8" w14:textId="77777777" w:rsidR="00BB0C13" w:rsidRDefault="00BB0C13"/>
        </w:tc>
      </w:tr>
      <w:tr w:rsidR="00BB0C13" w14:paraId="1426FC14" w14:textId="77777777" w:rsidTr="006C090C">
        <w:trPr>
          <w:trHeight w:val="274"/>
          <w:jc w:val="center"/>
        </w:trPr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41184E0" w14:textId="77777777" w:rsidR="00BB0C13" w:rsidRDefault="00000000">
            <w:pPr>
              <w:jc w:val="center"/>
            </w:pPr>
            <w:r>
              <w:rPr>
                <w:sz w:val="16"/>
              </w:rPr>
              <w:t>36</w:t>
            </w: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F236AC2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CC33EBC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94A9D38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E7E4EE6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EA5BA6D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6EDBE84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9B29C67" w14:textId="77777777" w:rsidR="00BB0C13" w:rsidRDefault="00BB0C13"/>
        </w:tc>
      </w:tr>
      <w:tr w:rsidR="00BB0C13" w14:paraId="133AF52B" w14:textId="77777777" w:rsidTr="006C090C">
        <w:trPr>
          <w:trHeight w:val="274"/>
          <w:jc w:val="center"/>
        </w:trPr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6A14AE1" w14:textId="77777777" w:rsidR="00BB0C13" w:rsidRDefault="00000000">
            <w:pPr>
              <w:jc w:val="center"/>
            </w:pPr>
            <w:r>
              <w:rPr>
                <w:sz w:val="16"/>
              </w:rPr>
              <w:t>37</w:t>
            </w: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4C27BBE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4121858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53CA62A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2BF4397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E90E9C0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86421D2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4726288" w14:textId="77777777" w:rsidR="00BB0C13" w:rsidRDefault="00BB0C13"/>
        </w:tc>
      </w:tr>
      <w:tr w:rsidR="00BB0C13" w14:paraId="4C2D1EF6" w14:textId="77777777" w:rsidTr="006C090C">
        <w:trPr>
          <w:trHeight w:val="274"/>
          <w:jc w:val="center"/>
        </w:trPr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7DC2C77" w14:textId="77777777" w:rsidR="00BB0C13" w:rsidRDefault="00000000">
            <w:pPr>
              <w:jc w:val="center"/>
            </w:pPr>
            <w:r>
              <w:rPr>
                <w:sz w:val="16"/>
              </w:rPr>
              <w:t>38</w:t>
            </w: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4A2B3C3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0D71435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62F2353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96AFA79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817CD33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427DDD1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8756EEB" w14:textId="77777777" w:rsidR="00BB0C13" w:rsidRDefault="00BB0C13"/>
        </w:tc>
      </w:tr>
      <w:tr w:rsidR="00BB0C13" w14:paraId="41611CC0" w14:textId="77777777" w:rsidTr="006C090C">
        <w:trPr>
          <w:trHeight w:val="274"/>
          <w:jc w:val="center"/>
        </w:trPr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A09AB4A" w14:textId="77777777" w:rsidR="00BB0C13" w:rsidRDefault="00000000">
            <w:pPr>
              <w:jc w:val="center"/>
            </w:pPr>
            <w:r>
              <w:rPr>
                <w:sz w:val="16"/>
              </w:rPr>
              <w:t>39</w:t>
            </w: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FFD339C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FB1DFEF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5E89BC2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7AC2357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1D48D7B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2448F76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B406B4D" w14:textId="77777777" w:rsidR="00BB0C13" w:rsidRDefault="00BB0C13"/>
        </w:tc>
      </w:tr>
      <w:tr w:rsidR="00BB0C13" w14:paraId="7D0DB2CD" w14:textId="77777777" w:rsidTr="006C090C">
        <w:trPr>
          <w:trHeight w:val="274"/>
          <w:jc w:val="center"/>
        </w:trPr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598B8EF" w14:textId="77777777" w:rsidR="00BB0C13" w:rsidRDefault="00000000">
            <w:pPr>
              <w:jc w:val="center"/>
            </w:pPr>
            <w:r>
              <w:rPr>
                <w:sz w:val="16"/>
              </w:rPr>
              <w:t>40</w:t>
            </w: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EFB71BC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F46E2A8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D722B10" w14:textId="77777777" w:rsidR="00BB0C13" w:rsidRDefault="00BB0C13"/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FEACB18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D7E4018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F6DB387" w14:textId="77777777" w:rsidR="00BB0C13" w:rsidRDefault="00BB0C13">
            <w:pPr>
              <w:jc w:val="center"/>
            </w:pPr>
          </w:p>
        </w:tc>
        <w:tc>
          <w:tcPr>
            <w:tcW w:w="19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E8D47F1" w14:textId="77777777" w:rsidR="00BB0C13" w:rsidRDefault="00BB0C13"/>
        </w:tc>
      </w:tr>
    </w:tbl>
    <w:p w14:paraId="119162E7" w14:textId="77777777" w:rsidR="00BB0C13" w:rsidRDefault="00000000">
      <w:pPr>
        <w:spacing w:before="80" w:after="0"/>
      </w:pPr>
      <w:r>
        <w:rPr>
          <w:sz w:val="16"/>
        </w:rPr>
        <w:t>Bu liste öğrencileri karşılaştırmak için değil; okuma düzenini, ilgi alanlarını ve bir sonraki kitap seçimini takip etmek için kullanılabilir.</w:t>
      </w:r>
    </w:p>
    <w:sectPr w:rsidR="00BB0C13" w:rsidSect="00034616">
      <w:pgSz w:w="16838" w:h="11906" w:orient="landscape"/>
      <w:pgMar w:top="652" w:right="567" w:bottom="595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855615">
    <w:abstractNumId w:val="8"/>
  </w:num>
  <w:num w:numId="2" w16cid:durableId="1795059030">
    <w:abstractNumId w:val="6"/>
  </w:num>
  <w:num w:numId="3" w16cid:durableId="1004941986">
    <w:abstractNumId w:val="5"/>
  </w:num>
  <w:num w:numId="4" w16cid:durableId="227306652">
    <w:abstractNumId w:val="4"/>
  </w:num>
  <w:num w:numId="5" w16cid:durableId="1999797940">
    <w:abstractNumId w:val="7"/>
  </w:num>
  <w:num w:numId="6" w16cid:durableId="333578515">
    <w:abstractNumId w:val="3"/>
  </w:num>
  <w:num w:numId="7" w16cid:durableId="52779485">
    <w:abstractNumId w:val="2"/>
  </w:num>
  <w:num w:numId="8" w16cid:durableId="755321334">
    <w:abstractNumId w:val="1"/>
  </w:num>
  <w:num w:numId="9" w16cid:durableId="12996060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090C"/>
    <w:rsid w:val="00AA1D8D"/>
    <w:rsid w:val="00B47730"/>
    <w:rsid w:val="00BB0C13"/>
    <w:rsid w:val="00CB0664"/>
    <w:rsid w:val="00CF66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517BAE"/>
  <w14:defaultImageDpi w14:val="300"/>
  <w15:docId w15:val="{97138EA9-D24B-8442-ADA2-6E789D623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Sınıf Kitap Okuma Takip Listesi - 40 Öğrenci</dc:title>
  <dc:subject>40 öğrencilik, düzenlenebilir kitap okuma takip formu</dc:subject>
  <dc:creator>EtkinlikPaylaş</dc:creator>
  <cp:keywords/>
  <dc:description>generated by python-docx</dc:description>
  <cp:lastModifiedBy>t2894</cp:lastModifiedBy>
  <cp:revision>2</cp:revision>
  <dcterms:created xsi:type="dcterms:W3CDTF">2013-12-23T23:15:00Z</dcterms:created>
  <dcterms:modified xsi:type="dcterms:W3CDTF">2026-09-23T22:07:00Z</dcterms:modified>
  <cp:category/>
</cp:coreProperties>
</file>