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</w:rPr>
        <w:t>6 Sınıf Müzik Dersi İkinci Dönem İkinci Yazılı Sınav Taslağı</w:t>
      </w:r>
    </w:p>
    <w:p>
      <w:r>
        <w:t>Bu düzenlenebilir Word taslağı, öğretmenin işlediği konulara göre soru seçmesi, puanları uyarlaması ve yazdırması için hazırlanmıştır. Sınav kapsamı okulun ders işleyişine göre öğretmen tarafından belirlenmelidir.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Adı Soyadı: </w:t>
            </w:r>
            <w:r>
              <w:t>................................</w:t>
            </w:r>
          </w:p>
        </w:tc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Sınıfı ve Numarası: </w:t>
            </w:r>
            <w:r>
              <w:t>................................</w:t>
            </w:r>
          </w:p>
        </w:tc>
      </w:tr>
      <w:tr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Tarih: </w:t>
            </w:r>
            <w:r>
              <w:t>................................</w:t>
            </w:r>
          </w:p>
        </w:tc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Süre: </w:t>
            </w:r>
            <w:r>
              <w:t>................................</w:t>
            </w:r>
          </w:p>
        </w:tc>
      </w:tr>
    </w:tbl>
    <w:p/>
    <w:p>
      <w:pPr>
        <w:pStyle w:val="Heading1"/>
      </w:pPr>
      <w:r>
        <w:t>Açıklamalar</w:t>
      </w:r>
    </w:p>
    <w:p>
      <w:r>
        <w:t>Her soruyu dikkatle okuyunuz. Öğretmeninizin belirlediği puanlama ve süreyi takip ediniz.</w:t>
      </w:r>
    </w:p>
    <w:p>
      <w:pPr>
        <w:pStyle w:val="Heading1"/>
      </w:pPr>
      <w:r>
        <w:t>Sorular</w:t>
      </w:r>
    </w:p>
    <w:p>
      <w:r>
        <w:rPr>
          <w:b/>
        </w:rPr>
        <w:t xml:space="preserve">1. </w:t>
      </w:r>
      <w:r>
        <w:t>Porte veya dizek ne için kullanılır? Kısa açıklayınız.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2. </w:t>
      </w:r>
      <w:r>
        <w:t>Sol anahtarının görevini yazınız.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3. </w:t>
      </w:r>
      <w:r>
        <w:t>Ölçü çizgisinin müzik yazısındaki işlevini açıklayınız.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4. </w:t>
      </w:r>
      <w:r>
        <w:t>Ritim nedir? Bir örnekle anlatınız.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5. </w:t>
      </w:r>
      <w:r>
        <w:t>Vurmalı, yaylı veya üflemeli çalgılardan ikisini yazınız.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6. </w:t>
      </w:r>
      <w:r>
        <w:t>Dinlediğiniz bir eserde tempo değişimini nasıl fark edebileceğinizi açıklayınız.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7. </w:t>
      </w:r>
      <w:r>
        <w:t>Türk Halk Müziği ile Türk Sanat Müziğinden bildiğiniz birer örnek yazınız.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rPr>
          <w:b/>
        </w:rPr>
        <w:t xml:space="preserve">8. </w:t>
      </w:r>
      <w:r>
        <w:t>Bir müzik terimini seçip anlamını yazınız.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pPr>
        <w:pStyle w:val="Heading1"/>
      </w:pPr>
      <w:r>
        <w:t>Öğretmen Notu</w:t>
      </w:r>
    </w:p>
    <w:p>
      <w:r>
        <w:t>Sorular, işlenen ünite ve öğrenci düzeyine göre çıkarılabilir, değiştirilebilir veya yeni sorular eklenebilir. Cevap anahtarı bu taslağa eklenmemiştir.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EtkinlikPaylaş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